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4A364" w14:textId="77777777" w:rsidR="00D56AFB" w:rsidRPr="005931D4" w:rsidRDefault="00B80BC3" w:rsidP="004B2CD6">
      <w:pPr>
        <w:spacing w:before="800" w:after="160"/>
        <w:jc w:val="center"/>
        <w:rPr>
          <w:color w:val="000000" w:themeColor="text1"/>
          <w:lang w:val="pt-PT"/>
        </w:rPr>
      </w:pPr>
      <w:r w:rsidRPr="005931D4">
        <w:rPr>
          <w:b/>
          <w:color w:val="000000" w:themeColor="text1"/>
          <w:sz w:val="24"/>
          <w:lang w:val="pt-PT"/>
        </w:rPr>
        <w:t>ORDEM DOS ARQUITECTOS</w:t>
      </w:r>
    </w:p>
    <w:p w14:paraId="63BCDB6A" w14:textId="77777777" w:rsidR="00D56AFB" w:rsidRPr="005931D4" w:rsidRDefault="00B80BC3" w:rsidP="004B2CD6">
      <w:pPr>
        <w:pStyle w:val="Ttulo"/>
        <w:jc w:val="center"/>
        <w:rPr>
          <w:color w:val="000000" w:themeColor="text1"/>
          <w:lang w:val="pt-PT"/>
        </w:rPr>
      </w:pPr>
      <w:r w:rsidRPr="005931D4">
        <w:rPr>
          <w:color w:val="000000" w:themeColor="text1"/>
          <w:lang w:val="pt-PT"/>
        </w:rPr>
        <w:t>Formulários para apresentação de candidaturas</w:t>
      </w:r>
    </w:p>
    <w:p w14:paraId="5F3A522A" w14:textId="77777777" w:rsidR="00D56AFB" w:rsidRPr="005931D4" w:rsidRDefault="00B80BC3" w:rsidP="004B2CD6">
      <w:pPr>
        <w:pStyle w:val="Subttulo"/>
        <w:jc w:val="center"/>
        <w:rPr>
          <w:color w:val="000000" w:themeColor="text1"/>
          <w:lang w:val="pt-PT"/>
        </w:rPr>
      </w:pPr>
      <w:r w:rsidRPr="005931D4">
        <w:rPr>
          <w:color w:val="000000" w:themeColor="text1"/>
          <w:lang w:val="pt-PT"/>
        </w:rPr>
        <w:t xml:space="preserve">Órgãos nacionais e </w:t>
      </w:r>
      <w:proofErr w:type="gramStart"/>
      <w:r w:rsidRPr="005931D4">
        <w:rPr>
          <w:color w:val="000000" w:themeColor="text1"/>
          <w:lang w:val="pt-PT"/>
        </w:rPr>
        <w:t>regionais  |</w:t>
      </w:r>
      <w:proofErr w:type="gramEnd"/>
      <w:r w:rsidRPr="005931D4">
        <w:rPr>
          <w:color w:val="000000" w:themeColor="text1"/>
          <w:lang w:val="pt-PT"/>
        </w:rPr>
        <w:t xml:space="preserve">  Mandato 2027–2029</w:t>
      </w:r>
    </w:p>
    <w:p w14:paraId="4E6D842A" w14:textId="77777777" w:rsidR="00CD2577" w:rsidRPr="005931D4" w:rsidRDefault="00CD2577" w:rsidP="004B2CD6">
      <w:pPr>
        <w:jc w:val="both"/>
        <w:rPr>
          <w:lang w:val="pt-PT"/>
        </w:rPr>
      </w:pPr>
    </w:p>
    <w:p w14:paraId="7FD95AFE" w14:textId="668E616B" w:rsidR="00CD2577" w:rsidRPr="005931D4" w:rsidRDefault="00CD2577" w:rsidP="004B2CD6">
      <w:pPr>
        <w:spacing w:after="200" w:line="276" w:lineRule="auto"/>
        <w:jc w:val="both"/>
        <w:rPr>
          <w:lang w:val="pt-PT"/>
        </w:rPr>
      </w:pPr>
    </w:p>
    <w:p w14:paraId="5B6EFB3C" w14:textId="77777777" w:rsidR="00D56AFB" w:rsidRPr="005931D4" w:rsidRDefault="00B80BC3" w:rsidP="004B2CD6">
      <w:pPr>
        <w:spacing w:before="160" w:after="360"/>
        <w:jc w:val="both"/>
        <w:rPr>
          <w:color w:val="000000" w:themeColor="text1"/>
          <w:lang w:val="pt-PT"/>
        </w:rPr>
      </w:pPr>
      <w:r w:rsidRPr="005931D4">
        <w:rPr>
          <w:b/>
          <w:color w:val="000000" w:themeColor="text1"/>
          <w:sz w:val="22"/>
          <w:lang w:val="pt-PT"/>
        </w:rPr>
        <w:t>Assembleia Eleitoral: 30 de outubro de 2026</w:t>
      </w:r>
    </w:p>
    <w:tbl>
      <w:tblPr>
        <w:tblStyle w:val="TabelacomGrelha"/>
        <w:tblW w:w="9300" w:type="dxa"/>
        <w:tblInd w:w="110" w:type="dxa"/>
        <w:tblLayout w:type="fixed"/>
        <w:tblLook w:val="04A0" w:firstRow="1" w:lastRow="0" w:firstColumn="1" w:lastColumn="0" w:noHBand="0" w:noVBand="1"/>
      </w:tblPr>
      <w:tblGrid>
        <w:gridCol w:w="9300"/>
      </w:tblGrid>
      <w:tr w:rsidR="00D56AFB" w:rsidRPr="006E2932" w14:paraId="2FA9BECB" w14:textId="77777777">
        <w:trPr>
          <w:tblHeader/>
        </w:trPr>
        <w:tc>
          <w:tcPr>
            <w:tcW w:w="9300" w:type="dxa"/>
            <w:shd w:val="clear" w:color="auto" w:fill="F4F6F9"/>
            <w:tcMar>
              <w:top w:w="90" w:type="dxa"/>
              <w:left w:w="110" w:type="dxa"/>
              <w:bottom w:w="90" w:type="dxa"/>
              <w:right w:w="110" w:type="dxa"/>
            </w:tcMar>
            <w:vAlign w:val="center"/>
          </w:tcPr>
          <w:p w14:paraId="4BA90ECD" w14:textId="77777777" w:rsidR="00D56AFB" w:rsidRPr="005931D4" w:rsidRDefault="00B80BC3" w:rsidP="004B2CD6">
            <w:pPr>
              <w:spacing w:after="30" w:line="240" w:lineRule="auto"/>
              <w:jc w:val="both"/>
              <w:rPr>
                <w:color w:val="000000" w:themeColor="text1"/>
                <w:lang w:val="pt-PT"/>
              </w:rPr>
            </w:pPr>
            <w:r w:rsidRPr="005931D4">
              <w:rPr>
                <w:b/>
                <w:color w:val="000000" w:themeColor="text1"/>
                <w:sz w:val="18"/>
                <w:lang w:val="pt-PT"/>
              </w:rPr>
              <w:t xml:space="preserve">Importante: </w:t>
            </w:r>
            <w:r w:rsidRPr="005931D4">
              <w:rPr>
                <w:b/>
                <w:bCs/>
                <w:color w:val="000000" w:themeColor="text1"/>
                <w:sz w:val="18"/>
                <w:lang w:val="pt-PT"/>
              </w:rPr>
              <w:t>Modelos editáveis de utilização facultativa</w:t>
            </w:r>
            <w:r w:rsidRPr="005931D4">
              <w:rPr>
                <w:color w:val="000000" w:themeColor="text1"/>
                <w:sz w:val="18"/>
                <w:lang w:val="pt-PT"/>
              </w:rPr>
              <w:t>. A candidatura pode ser instruída por outros documentos idóneos, desde que cumpra o Estatuto da Ordem dos Arquitectos, o Regulamento n.º 453/2026 e a convocatória aplicável.</w:t>
            </w:r>
          </w:p>
        </w:tc>
      </w:tr>
    </w:tbl>
    <w:p w14:paraId="1E092FF0" w14:textId="77777777" w:rsidR="00D56AFB" w:rsidRPr="005931D4" w:rsidRDefault="00D56AFB" w:rsidP="004B2CD6">
      <w:pPr>
        <w:spacing w:after="20"/>
        <w:jc w:val="both"/>
        <w:rPr>
          <w:color w:val="000000" w:themeColor="text1"/>
          <w:lang w:val="pt-PT"/>
        </w:rPr>
      </w:pPr>
    </w:p>
    <w:tbl>
      <w:tblPr>
        <w:tblStyle w:val="TabelacomGrelha"/>
        <w:tblW w:w="9300" w:type="dxa"/>
        <w:tblInd w:w="110" w:type="dxa"/>
        <w:tblLayout w:type="fixed"/>
        <w:tblLook w:val="04A0" w:firstRow="1" w:lastRow="0" w:firstColumn="1" w:lastColumn="0" w:noHBand="0" w:noVBand="1"/>
      </w:tblPr>
      <w:tblGrid>
        <w:gridCol w:w="2200"/>
        <w:gridCol w:w="7100"/>
      </w:tblGrid>
      <w:tr w:rsidR="00CD2577" w:rsidRPr="00CD2577" w14:paraId="430B4AB6" w14:textId="77777777">
        <w:trPr>
          <w:cantSplit/>
          <w:tblHeader/>
        </w:trPr>
        <w:tc>
          <w:tcPr>
            <w:tcW w:w="2200" w:type="dxa"/>
            <w:shd w:val="clear" w:color="auto" w:fill="E8EEF5"/>
            <w:tcMar>
              <w:top w:w="90" w:type="dxa"/>
              <w:left w:w="110" w:type="dxa"/>
              <w:bottom w:w="90" w:type="dxa"/>
              <w:right w:w="110" w:type="dxa"/>
            </w:tcMar>
            <w:vAlign w:val="center"/>
          </w:tcPr>
          <w:p w14:paraId="6180DAE2" w14:textId="77777777" w:rsidR="00D56AFB" w:rsidRPr="00CD2577" w:rsidRDefault="00B80BC3" w:rsidP="004B2CD6">
            <w:pPr>
              <w:spacing w:after="30" w:line="240" w:lineRule="auto"/>
              <w:jc w:val="both"/>
              <w:rPr>
                <w:color w:val="000000" w:themeColor="text1"/>
              </w:rPr>
            </w:pPr>
            <w:proofErr w:type="spellStart"/>
            <w:r w:rsidRPr="00CD2577">
              <w:rPr>
                <w:b/>
                <w:color w:val="000000" w:themeColor="text1"/>
                <w:sz w:val="18"/>
              </w:rPr>
              <w:t>Designação</w:t>
            </w:r>
            <w:proofErr w:type="spellEnd"/>
            <w:r w:rsidRPr="00CD2577">
              <w:rPr>
                <w:b/>
                <w:color w:val="000000" w:themeColor="text1"/>
                <w:sz w:val="18"/>
              </w:rPr>
              <w:t xml:space="preserve"> da </w:t>
            </w:r>
            <w:proofErr w:type="spellStart"/>
            <w:r w:rsidRPr="00CD2577">
              <w:rPr>
                <w:b/>
                <w:color w:val="000000" w:themeColor="text1"/>
                <w:sz w:val="18"/>
              </w:rPr>
              <w:t>candidatura</w:t>
            </w:r>
            <w:proofErr w:type="spellEnd"/>
          </w:p>
        </w:tc>
        <w:tc>
          <w:tcPr>
            <w:tcW w:w="7100" w:type="dxa"/>
            <w:tcMar>
              <w:top w:w="90" w:type="dxa"/>
              <w:left w:w="110" w:type="dxa"/>
              <w:bottom w:w="90" w:type="dxa"/>
              <w:right w:w="110" w:type="dxa"/>
            </w:tcMar>
            <w:vAlign w:val="center"/>
          </w:tcPr>
          <w:p w14:paraId="275A01FF" w14:textId="75930436" w:rsidR="00D56AFB" w:rsidRPr="00CD2577" w:rsidRDefault="00D56AFB" w:rsidP="004B2CD6">
            <w:pPr>
              <w:spacing w:after="30" w:line="240" w:lineRule="auto"/>
              <w:jc w:val="both"/>
              <w:rPr>
                <w:color w:val="000000" w:themeColor="text1"/>
              </w:rPr>
            </w:pPr>
          </w:p>
        </w:tc>
      </w:tr>
      <w:tr w:rsidR="00CD2577" w:rsidRPr="006E2932" w14:paraId="0C2A50E7" w14:textId="77777777">
        <w:trPr>
          <w:cantSplit/>
        </w:trPr>
        <w:tc>
          <w:tcPr>
            <w:tcW w:w="2200" w:type="dxa"/>
            <w:shd w:val="clear" w:color="auto" w:fill="E8EEF5"/>
            <w:tcMar>
              <w:top w:w="90" w:type="dxa"/>
              <w:left w:w="110" w:type="dxa"/>
              <w:bottom w:w="90" w:type="dxa"/>
              <w:right w:w="110" w:type="dxa"/>
            </w:tcMar>
            <w:vAlign w:val="center"/>
          </w:tcPr>
          <w:p w14:paraId="233DEF00" w14:textId="048F1EF9" w:rsidR="00D56AFB" w:rsidRPr="005931D4" w:rsidRDefault="00B80BC3" w:rsidP="004B2CD6">
            <w:pPr>
              <w:spacing w:after="30" w:line="240" w:lineRule="auto"/>
              <w:jc w:val="both"/>
              <w:rPr>
                <w:color w:val="000000" w:themeColor="text1"/>
                <w:lang w:val="pt-PT"/>
              </w:rPr>
            </w:pPr>
            <w:r w:rsidRPr="005931D4">
              <w:rPr>
                <w:b/>
                <w:color w:val="000000" w:themeColor="text1"/>
                <w:sz w:val="18"/>
                <w:lang w:val="pt-PT"/>
              </w:rPr>
              <w:t>Letra</w:t>
            </w:r>
            <w:r w:rsidR="004B2CD6" w:rsidRPr="005931D4">
              <w:rPr>
                <w:b/>
                <w:color w:val="000000" w:themeColor="text1"/>
                <w:sz w:val="18"/>
                <w:lang w:val="pt-PT"/>
              </w:rPr>
              <w:t xml:space="preserve"> </w:t>
            </w:r>
            <w:proofErr w:type="spellStart"/>
            <w:r w:rsidR="004B2CD6" w:rsidRPr="005931D4">
              <w:rPr>
                <w:b/>
                <w:color w:val="000000" w:themeColor="text1"/>
                <w:sz w:val="18"/>
                <w:lang w:val="pt-PT"/>
              </w:rPr>
              <w:t>Atríbuida</w:t>
            </w:r>
            <w:proofErr w:type="spellEnd"/>
            <w:r w:rsidR="004B2CD6" w:rsidRPr="005931D4">
              <w:rPr>
                <w:b/>
                <w:color w:val="000000" w:themeColor="text1"/>
                <w:sz w:val="18"/>
                <w:lang w:val="pt-PT"/>
              </w:rPr>
              <w:t xml:space="preserve"> pela Comissão Eleitoral</w:t>
            </w:r>
          </w:p>
        </w:tc>
        <w:tc>
          <w:tcPr>
            <w:tcW w:w="7100" w:type="dxa"/>
            <w:tcMar>
              <w:top w:w="90" w:type="dxa"/>
              <w:left w:w="110" w:type="dxa"/>
              <w:bottom w:w="90" w:type="dxa"/>
              <w:right w:w="110" w:type="dxa"/>
            </w:tcMar>
            <w:vAlign w:val="center"/>
          </w:tcPr>
          <w:p w14:paraId="1A06A666" w14:textId="24157558" w:rsidR="00D56AFB" w:rsidRPr="005931D4" w:rsidRDefault="00D56AFB" w:rsidP="004B2CD6">
            <w:pPr>
              <w:spacing w:after="30" w:line="240" w:lineRule="auto"/>
              <w:jc w:val="both"/>
              <w:rPr>
                <w:color w:val="000000" w:themeColor="text1"/>
                <w:lang w:val="pt-PT"/>
              </w:rPr>
            </w:pPr>
          </w:p>
        </w:tc>
      </w:tr>
      <w:tr w:rsidR="00CD2577" w:rsidRPr="006E2932" w14:paraId="03A9917F" w14:textId="77777777">
        <w:trPr>
          <w:cantSplit/>
        </w:trPr>
        <w:tc>
          <w:tcPr>
            <w:tcW w:w="2200" w:type="dxa"/>
            <w:shd w:val="clear" w:color="auto" w:fill="E8EEF5"/>
            <w:tcMar>
              <w:top w:w="90" w:type="dxa"/>
              <w:left w:w="110" w:type="dxa"/>
              <w:bottom w:w="90" w:type="dxa"/>
              <w:right w:w="110" w:type="dxa"/>
            </w:tcMar>
            <w:vAlign w:val="center"/>
          </w:tcPr>
          <w:p w14:paraId="4E6E6A16" w14:textId="77777777" w:rsidR="00D56AFB" w:rsidRPr="00CD2577" w:rsidRDefault="00B80BC3" w:rsidP="004B2CD6">
            <w:pPr>
              <w:spacing w:after="30" w:line="240" w:lineRule="auto"/>
              <w:jc w:val="both"/>
              <w:rPr>
                <w:color w:val="000000" w:themeColor="text1"/>
              </w:rPr>
            </w:pPr>
            <w:proofErr w:type="spellStart"/>
            <w:r w:rsidRPr="00CD2577">
              <w:rPr>
                <w:b/>
                <w:color w:val="000000" w:themeColor="text1"/>
                <w:sz w:val="18"/>
              </w:rPr>
              <w:t>Âmbito</w:t>
            </w:r>
            <w:proofErr w:type="spellEnd"/>
          </w:p>
        </w:tc>
        <w:tc>
          <w:tcPr>
            <w:tcW w:w="7100" w:type="dxa"/>
            <w:tcMar>
              <w:top w:w="90" w:type="dxa"/>
              <w:left w:w="110" w:type="dxa"/>
              <w:bottom w:w="90" w:type="dxa"/>
              <w:right w:w="110" w:type="dxa"/>
            </w:tcMar>
            <w:vAlign w:val="center"/>
          </w:tcPr>
          <w:p w14:paraId="7CE8A25C" w14:textId="77777777" w:rsidR="00D56AFB" w:rsidRPr="005931D4" w:rsidRDefault="00B80BC3" w:rsidP="004B2CD6">
            <w:pPr>
              <w:spacing w:after="30" w:line="240" w:lineRule="auto"/>
              <w:jc w:val="both"/>
              <w:rPr>
                <w:color w:val="000000" w:themeColor="text1"/>
                <w:lang w:val="pt-PT"/>
              </w:rPr>
            </w:pPr>
            <w:r w:rsidRPr="005931D4">
              <w:rPr>
                <w:color w:val="000000" w:themeColor="text1"/>
                <w:sz w:val="19"/>
                <w:lang w:val="pt-PT"/>
              </w:rPr>
              <w:t>☐ Nacional   ☐ Regional   ☐ Nacional e regional</w:t>
            </w:r>
          </w:p>
        </w:tc>
      </w:tr>
      <w:tr w:rsidR="00CD2577" w:rsidRPr="006E2932" w14:paraId="1D55068C" w14:textId="77777777">
        <w:trPr>
          <w:cantSplit/>
        </w:trPr>
        <w:tc>
          <w:tcPr>
            <w:tcW w:w="2200" w:type="dxa"/>
            <w:shd w:val="clear" w:color="auto" w:fill="E8EEF5"/>
            <w:tcMar>
              <w:top w:w="90" w:type="dxa"/>
              <w:left w:w="110" w:type="dxa"/>
              <w:bottom w:w="90" w:type="dxa"/>
              <w:right w:w="110" w:type="dxa"/>
            </w:tcMar>
            <w:vAlign w:val="center"/>
          </w:tcPr>
          <w:p w14:paraId="1B3F622C" w14:textId="77777777" w:rsidR="00D56AFB" w:rsidRPr="00CD2577" w:rsidRDefault="00B80BC3" w:rsidP="004B2CD6">
            <w:pPr>
              <w:spacing w:after="30" w:line="240" w:lineRule="auto"/>
              <w:jc w:val="both"/>
              <w:rPr>
                <w:color w:val="000000" w:themeColor="text1"/>
              </w:rPr>
            </w:pPr>
            <w:r w:rsidRPr="00CD2577">
              <w:rPr>
                <w:b/>
                <w:color w:val="000000" w:themeColor="text1"/>
                <w:sz w:val="18"/>
              </w:rPr>
              <w:t>Secção(</w:t>
            </w:r>
            <w:proofErr w:type="spellStart"/>
            <w:r w:rsidRPr="00CD2577">
              <w:rPr>
                <w:b/>
                <w:color w:val="000000" w:themeColor="text1"/>
                <w:sz w:val="18"/>
              </w:rPr>
              <w:t>ões</w:t>
            </w:r>
            <w:proofErr w:type="spellEnd"/>
            <w:r w:rsidRPr="00CD2577">
              <w:rPr>
                <w:b/>
                <w:color w:val="000000" w:themeColor="text1"/>
                <w:sz w:val="18"/>
              </w:rPr>
              <w:t>) regional(is)</w:t>
            </w:r>
          </w:p>
        </w:tc>
        <w:tc>
          <w:tcPr>
            <w:tcW w:w="7100" w:type="dxa"/>
            <w:tcMar>
              <w:top w:w="90" w:type="dxa"/>
              <w:left w:w="110" w:type="dxa"/>
              <w:bottom w:w="90" w:type="dxa"/>
              <w:right w:w="110" w:type="dxa"/>
            </w:tcMar>
            <w:vAlign w:val="center"/>
          </w:tcPr>
          <w:p w14:paraId="69A5EBD4" w14:textId="77777777" w:rsidR="00D56AFB" w:rsidRPr="005931D4" w:rsidRDefault="00B80BC3" w:rsidP="004B2CD6">
            <w:pPr>
              <w:spacing w:after="30" w:line="240" w:lineRule="auto"/>
              <w:jc w:val="both"/>
              <w:rPr>
                <w:color w:val="000000" w:themeColor="text1"/>
                <w:lang w:val="pt-PT"/>
              </w:rPr>
            </w:pPr>
            <w:r w:rsidRPr="005931D4">
              <w:rPr>
                <w:color w:val="000000" w:themeColor="text1"/>
                <w:sz w:val="19"/>
                <w:lang w:val="pt-PT"/>
              </w:rPr>
              <w:t xml:space="preserve">☐ </w:t>
            </w:r>
            <w:proofErr w:type="gramStart"/>
            <w:r w:rsidRPr="005931D4">
              <w:rPr>
                <w:color w:val="000000" w:themeColor="text1"/>
                <w:sz w:val="19"/>
                <w:lang w:val="pt-PT"/>
              </w:rPr>
              <w:t>Norte  ☐</w:t>
            </w:r>
            <w:proofErr w:type="gramEnd"/>
            <w:r w:rsidRPr="005931D4">
              <w:rPr>
                <w:color w:val="000000" w:themeColor="text1"/>
                <w:sz w:val="19"/>
                <w:lang w:val="pt-PT"/>
              </w:rPr>
              <w:t xml:space="preserve"> </w:t>
            </w:r>
            <w:proofErr w:type="gramStart"/>
            <w:r w:rsidRPr="005931D4">
              <w:rPr>
                <w:color w:val="000000" w:themeColor="text1"/>
                <w:sz w:val="19"/>
                <w:lang w:val="pt-PT"/>
              </w:rPr>
              <w:t>Centro  ☐</w:t>
            </w:r>
            <w:proofErr w:type="gramEnd"/>
            <w:r w:rsidRPr="005931D4">
              <w:rPr>
                <w:color w:val="000000" w:themeColor="text1"/>
                <w:sz w:val="19"/>
                <w:lang w:val="pt-PT"/>
              </w:rPr>
              <w:t xml:space="preserve"> Lisboa e Vale do </w:t>
            </w:r>
            <w:proofErr w:type="gramStart"/>
            <w:r w:rsidRPr="005931D4">
              <w:rPr>
                <w:color w:val="000000" w:themeColor="text1"/>
                <w:sz w:val="19"/>
                <w:lang w:val="pt-PT"/>
              </w:rPr>
              <w:t>Tejo  ☐</w:t>
            </w:r>
            <w:proofErr w:type="gramEnd"/>
            <w:r w:rsidRPr="005931D4">
              <w:rPr>
                <w:color w:val="000000" w:themeColor="text1"/>
                <w:sz w:val="19"/>
                <w:lang w:val="pt-PT"/>
              </w:rPr>
              <w:t xml:space="preserve"> </w:t>
            </w:r>
            <w:proofErr w:type="gramStart"/>
            <w:r w:rsidRPr="005931D4">
              <w:rPr>
                <w:color w:val="000000" w:themeColor="text1"/>
                <w:sz w:val="19"/>
                <w:lang w:val="pt-PT"/>
              </w:rPr>
              <w:t>Alentejo  ☐</w:t>
            </w:r>
            <w:proofErr w:type="gramEnd"/>
            <w:r w:rsidRPr="005931D4">
              <w:rPr>
                <w:color w:val="000000" w:themeColor="text1"/>
                <w:sz w:val="19"/>
                <w:lang w:val="pt-PT"/>
              </w:rPr>
              <w:t xml:space="preserve"> </w:t>
            </w:r>
            <w:proofErr w:type="gramStart"/>
            <w:r w:rsidRPr="005931D4">
              <w:rPr>
                <w:color w:val="000000" w:themeColor="text1"/>
                <w:sz w:val="19"/>
                <w:lang w:val="pt-PT"/>
              </w:rPr>
              <w:t>Algarve  ☐</w:t>
            </w:r>
            <w:proofErr w:type="gramEnd"/>
            <w:r w:rsidRPr="005931D4">
              <w:rPr>
                <w:color w:val="000000" w:themeColor="text1"/>
                <w:sz w:val="19"/>
                <w:lang w:val="pt-PT"/>
              </w:rPr>
              <w:t xml:space="preserve"> </w:t>
            </w:r>
            <w:proofErr w:type="gramStart"/>
            <w:r w:rsidRPr="005931D4">
              <w:rPr>
                <w:color w:val="000000" w:themeColor="text1"/>
                <w:sz w:val="19"/>
                <w:lang w:val="pt-PT"/>
              </w:rPr>
              <w:t>Madeira  ☐</w:t>
            </w:r>
            <w:proofErr w:type="gramEnd"/>
            <w:r w:rsidRPr="005931D4">
              <w:rPr>
                <w:color w:val="000000" w:themeColor="text1"/>
                <w:sz w:val="19"/>
                <w:lang w:val="pt-PT"/>
              </w:rPr>
              <w:t xml:space="preserve"> Açores</w:t>
            </w:r>
          </w:p>
        </w:tc>
      </w:tr>
      <w:tr w:rsidR="00CD2577" w:rsidRPr="00CD2577" w14:paraId="4D3EA066" w14:textId="77777777">
        <w:trPr>
          <w:cantSplit/>
        </w:trPr>
        <w:tc>
          <w:tcPr>
            <w:tcW w:w="2200" w:type="dxa"/>
            <w:shd w:val="clear" w:color="auto" w:fill="E8EEF5"/>
            <w:tcMar>
              <w:top w:w="90" w:type="dxa"/>
              <w:left w:w="110" w:type="dxa"/>
              <w:bottom w:w="90" w:type="dxa"/>
              <w:right w:w="110" w:type="dxa"/>
            </w:tcMar>
            <w:vAlign w:val="center"/>
          </w:tcPr>
          <w:p w14:paraId="61E8FD3A" w14:textId="77777777" w:rsidR="00D56AFB" w:rsidRPr="00CD2577" w:rsidRDefault="00B80BC3" w:rsidP="004B2CD6">
            <w:pPr>
              <w:spacing w:after="30" w:line="240" w:lineRule="auto"/>
              <w:jc w:val="both"/>
              <w:rPr>
                <w:color w:val="000000" w:themeColor="text1"/>
              </w:rPr>
            </w:pPr>
            <w:r w:rsidRPr="00CD2577">
              <w:rPr>
                <w:b/>
                <w:color w:val="000000" w:themeColor="text1"/>
                <w:sz w:val="18"/>
              </w:rPr>
              <w:t>Delegado/a</w:t>
            </w:r>
          </w:p>
        </w:tc>
        <w:tc>
          <w:tcPr>
            <w:tcW w:w="7100" w:type="dxa"/>
            <w:tcMar>
              <w:top w:w="90" w:type="dxa"/>
              <w:left w:w="110" w:type="dxa"/>
              <w:bottom w:w="90" w:type="dxa"/>
              <w:right w:w="110" w:type="dxa"/>
            </w:tcMar>
            <w:vAlign w:val="center"/>
          </w:tcPr>
          <w:p w14:paraId="42478824" w14:textId="15A492F8" w:rsidR="00D56AFB" w:rsidRPr="00CD2577" w:rsidRDefault="00D56AFB" w:rsidP="004B2CD6">
            <w:pPr>
              <w:spacing w:after="30" w:line="240" w:lineRule="auto"/>
              <w:jc w:val="both"/>
              <w:rPr>
                <w:color w:val="000000" w:themeColor="text1"/>
              </w:rPr>
            </w:pPr>
          </w:p>
        </w:tc>
      </w:tr>
      <w:tr w:rsidR="00CD2577" w:rsidRPr="00CD2577" w14:paraId="438FD48D" w14:textId="77777777">
        <w:trPr>
          <w:cantSplit/>
        </w:trPr>
        <w:tc>
          <w:tcPr>
            <w:tcW w:w="2200" w:type="dxa"/>
            <w:shd w:val="clear" w:color="auto" w:fill="E8EEF5"/>
            <w:tcMar>
              <w:top w:w="90" w:type="dxa"/>
              <w:left w:w="110" w:type="dxa"/>
              <w:bottom w:w="90" w:type="dxa"/>
              <w:right w:w="110" w:type="dxa"/>
            </w:tcMar>
            <w:vAlign w:val="center"/>
          </w:tcPr>
          <w:p w14:paraId="769C424B" w14:textId="77777777" w:rsidR="00D56AFB" w:rsidRPr="00CD2577" w:rsidRDefault="00B80BC3" w:rsidP="004B2CD6">
            <w:pPr>
              <w:spacing w:after="30" w:line="240" w:lineRule="auto"/>
              <w:jc w:val="both"/>
              <w:rPr>
                <w:color w:val="000000" w:themeColor="text1"/>
              </w:rPr>
            </w:pPr>
            <w:r w:rsidRPr="00CD2577">
              <w:rPr>
                <w:b/>
                <w:color w:val="000000" w:themeColor="text1"/>
                <w:sz w:val="18"/>
              </w:rPr>
              <w:t>E-mail</w:t>
            </w:r>
          </w:p>
        </w:tc>
        <w:tc>
          <w:tcPr>
            <w:tcW w:w="7100" w:type="dxa"/>
            <w:tcMar>
              <w:top w:w="90" w:type="dxa"/>
              <w:left w:w="110" w:type="dxa"/>
              <w:bottom w:w="90" w:type="dxa"/>
              <w:right w:w="110" w:type="dxa"/>
            </w:tcMar>
            <w:vAlign w:val="center"/>
          </w:tcPr>
          <w:p w14:paraId="63A81DE5" w14:textId="759E18D3" w:rsidR="00D56AFB" w:rsidRPr="00CD2577" w:rsidRDefault="00D56AFB" w:rsidP="004B2CD6">
            <w:pPr>
              <w:spacing w:after="30" w:line="240" w:lineRule="auto"/>
              <w:jc w:val="both"/>
              <w:rPr>
                <w:color w:val="000000" w:themeColor="text1"/>
              </w:rPr>
            </w:pPr>
          </w:p>
        </w:tc>
      </w:tr>
      <w:tr w:rsidR="00D56AFB" w:rsidRPr="00CD2577" w14:paraId="4699F7D5" w14:textId="77777777">
        <w:trPr>
          <w:cantSplit/>
        </w:trPr>
        <w:tc>
          <w:tcPr>
            <w:tcW w:w="2200" w:type="dxa"/>
            <w:shd w:val="clear" w:color="auto" w:fill="E8EEF5"/>
            <w:tcMar>
              <w:top w:w="90" w:type="dxa"/>
              <w:left w:w="110" w:type="dxa"/>
              <w:bottom w:w="90" w:type="dxa"/>
              <w:right w:w="110" w:type="dxa"/>
            </w:tcMar>
            <w:vAlign w:val="center"/>
          </w:tcPr>
          <w:p w14:paraId="7FD9F072" w14:textId="77777777" w:rsidR="00D56AFB" w:rsidRPr="00CD2577" w:rsidRDefault="00B80BC3" w:rsidP="004B2CD6">
            <w:pPr>
              <w:spacing w:after="30" w:line="240" w:lineRule="auto"/>
              <w:jc w:val="both"/>
              <w:rPr>
                <w:color w:val="000000" w:themeColor="text1"/>
              </w:rPr>
            </w:pPr>
            <w:r w:rsidRPr="00CD2577">
              <w:rPr>
                <w:b/>
                <w:color w:val="000000" w:themeColor="text1"/>
                <w:sz w:val="18"/>
              </w:rPr>
              <w:t>Telefone</w:t>
            </w:r>
          </w:p>
        </w:tc>
        <w:tc>
          <w:tcPr>
            <w:tcW w:w="7100" w:type="dxa"/>
            <w:tcMar>
              <w:top w:w="90" w:type="dxa"/>
              <w:left w:w="110" w:type="dxa"/>
              <w:bottom w:w="90" w:type="dxa"/>
              <w:right w:w="110" w:type="dxa"/>
            </w:tcMar>
            <w:vAlign w:val="center"/>
          </w:tcPr>
          <w:p w14:paraId="66EA53B3" w14:textId="4D2B3CC7" w:rsidR="00D56AFB" w:rsidRPr="00CD2577" w:rsidRDefault="00D56AFB" w:rsidP="004B2CD6">
            <w:pPr>
              <w:spacing w:after="30" w:line="240" w:lineRule="auto"/>
              <w:jc w:val="both"/>
              <w:rPr>
                <w:color w:val="000000" w:themeColor="text1"/>
              </w:rPr>
            </w:pPr>
          </w:p>
        </w:tc>
      </w:tr>
    </w:tbl>
    <w:p w14:paraId="1BC57F3F" w14:textId="77777777" w:rsidR="00D56AFB" w:rsidRPr="00CD2577" w:rsidRDefault="00D56AFB" w:rsidP="004B2CD6">
      <w:pPr>
        <w:spacing w:after="20"/>
        <w:jc w:val="both"/>
        <w:rPr>
          <w:color w:val="000000" w:themeColor="text1"/>
        </w:rPr>
      </w:pPr>
    </w:p>
    <w:p w14:paraId="02AF57B3" w14:textId="77777777" w:rsidR="00D56AFB" w:rsidRPr="005931D4" w:rsidRDefault="00B80BC3" w:rsidP="004B2CD6">
      <w:pPr>
        <w:spacing w:before="240" w:after="0"/>
        <w:jc w:val="both"/>
        <w:rPr>
          <w:color w:val="000000" w:themeColor="text1"/>
          <w:lang w:val="pt-PT"/>
        </w:rPr>
      </w:pPr>
      <w:r w:rsidRPr="005931D4">
        <w:rPr>
          <w:i/>
          <w:color w:val="000000" w:themeColor="text1"/>
          <w:sz w:val="17"/>
          <w:lang w:val="pt-PT"/>
        </w:rPr>
        <w:t>Versão preparada para preenchimento em Microsoft Word ou aplicação compatível</w:t>
      </w:r>
    </w:p>
    <w:p w14:paraId="1BC43044" w14:textId="77777777" w:rsidR="00D56AFB" w:rsidRPr="005931D4" w:rsidRDefault="00B80BC3" w:rsidP="004B2CD6">
      <w:pPr>
        <w:jc w:val="both"/>
        <w:rPr>
          <w:color w:val="000000" w:themeColor="text1"/>
          <w:lang w:val="pt-PT"/>
        </w:rPr>
      </w:pPr>
      <w:r w:rsidRPr="005931D4">
        <w:rPr>
          <w:color w:val="000000" w:themeColor="text1"/>
          <w:lang w:val="pt-PT"/>
        </w:rPr>
        <w:br w:type="page"/>
      </w:r>
    </w:p>
    <w:p w14:paraId="507C6A0F" w14:textId="77777777" w:rsidR="00D56AFB" w:rsidRPr="005931D4" w:rsidRDefault="00B80BC3" w:rsidP="004B2CD6">
      <w:pPr>
        <w:keepNext/>
        <w:spacing w:before="40" w:after="40"/>
        <w:jc w:val="both"/>
        <w:rPr>
          <w:color w:val="000000" w:themeColor="text1"/>
          <w:lang w:val="pt-PT"/>
        </w:rPr>
      </w:pPr>
      <w:r w:rsidRPr="005931D4">
        <w:rPr>
          <w:b/>
          <w:color w:val="000000" w:themeColor="text1"/>
          <w:sz w:val="17"/>
          <w:lang w:val="pt-PT"/>
        </w:rPr>
        <w:lastRenderedPageBreak/>
        <w:t>INSTRUÇÕES</w:t>
      </w:r>
    </w:p>
    <w:p w14:paraId="4FFDAB9F" w14:textId="77777777" w:rsidR="00D56AFB" w:rsidRPr="005931D4" w:rsidRDefault="00B80BC3" w:rsidP="004B2CD6">
      <w:pPr>
        <w:pStyle w:val="Ttulo1"/>
        <w:jc w:val="both"/>
        <w:rPr>
          <w:color w:val="000000" w:themeColor="text1"/>
          <w:lang w:val="pt-PT"/>
        </w:rPr>
      </w:pPr>
      <w:r w:rsidRPr="005931D4">
        <w:rPr>
          <w:color w:val="000000" w:themeColor="text1"/>
          <w:lang w:val="pt-PT"/>
        </w:rPr>
        <w:t>Como utilizar este caderno de formulários</w:t>
      </w:r>
    </w:p>
    <w:p w14:paraId="51ADDB5C" w14:textId="77777777" w:rsidR="00D56AFB" w:rsidRPr="005931D4" w:rsidRDefault="00B80BC3" w:rsidP="004B2CD6">
      <w:pPr>
        <w:pStyle w:val="Ttulo2"/>
        <w:jc w:val="both"/>
        <w:rPr>
          <w:color w:val="000000" w:themeColor="text1"/>
          <w:lang w:val="pt-PT"/>
        </w:rPr>
      </w:pPr>
      <w:r w:rsidRPr="005931D4">
        <w:rPr>
          <w:color w:val="000000" w:themeColor="text1"/>
          <w:lang w:val="pt-PT"/>
        </w:rPr>
        <w:t>Prazo e entrega</w:t>
      </w:r>
    </w:p>
    <w:p w14:paraId="15C54825" w14:textId="77777777" w:rsidR="00D56AFB" w:rsidRPr="005931D4" w:rsidRDefault="00B80BC3" w:rsidP="004B2CD6">
      <w:pPr>
        <w:spacing w:after="140"/>
        <w:jc w:val="both"/>
        <w:rPr>
          <w:color w:val="000000" w:themeColor="text1"/>
          <w:lang w:val="pt-PT"/>
        </w:rPr>
      </w:pPr>
      <w:r w:rsidRPr="005931D4">
        <w:rPr>
          <w:color w:val="000000" w:themeColor="text1"/>
          <w:lang w:val="pt-PT"/>
        </w:rPr>
        <w:t>A candidatura deve ser apresentada até 31 de agosto de 2026: por correio eletrónico para eleicoes@ordemdosarquitectos.org até às 23h59 (hora de Portugal Continental), ou presencialmente nos serviços de secretaria da OA até ao horário indicado na convocatória aplicável. Também pode ser enviada por correio registado, relevando a data da expedição.</w:t>
      </w:r>
    </w:p>
    <w:p w14:paraId="4C6D6040" w14:textId="77777777" w:rsidR="00D56AFB" w:rsidRPr="005931D4" w:rsidRDefault="00B80BC3" w:rsidP="004B2CD6">
      <w:pPr>
        <w:pStyle w:val="Ttulo2"/>
        <w:jc w:val="both"/>
        <w:rPr>
          <w:color w:val="000000" w:themeColor="text1"/>
          <w:lang w:val="pt-PT"/>
        </w:rPr>
      </w:pPr>
      <w:r w:rsidRPr="005931D4">
        <w:rPr>
          <w:color w:val="000000" w:themeColor="text1"/>
          <w:lang w:val="pt-PT"/>
        </w:rPr>
        <w:t>Individualização</w:t>
      </w:r>
    </w:p>
    <w:p w14:paraId="1B12428E" w14:textId="77777777" w:rsidR="00D56AFB" w:rsidRPr="005931D4" w:rsidRDefault="00B80BC3" w:rsidP="004B2CD6">
      <w:pPr>
        <w:spacing w:after="140"/>
        <w:jc w:val="both"/>
        <w:rPr>
          <w:color w:val="000000" w:themeColor="text1"/>
          <w:lang w:val="pt-PT"/>
        </w:rPr>
      </w:pPr>
      <w:r w:rsidRPr="005931D4">
        <w:rPr>
          <w:color w:val="000000" w:themeColor="text1"/>
          <w:lang w:val="pt-PT"/>
        </w:rPr>
        <w:t>Cada candidatura deve ser individualizada por órgão, ainda que duas ou mais candidaturas sejam apresentadas conjuntamente.</w:t>
      </w:r>
    </w:p>
    <w:p w14:paraId="26900A1E" w14:textId="77777777" w:rsidR="00D56AFB" w:rsidRPr="005931D4" w:rsidRDefault="00B80BC3" w:rsidP="004B2CD6">
      <w:pPr>
        <w:pStyle w:val="Ttulo2"/>
        <w:jc w:val="both"/>
        <w:rPr>
          <w:color w:val="000000" w:themeColor="text1"/>
          <w:lang w:val="pt-PT"/>
        </w:rPr>
      </w:pPr>
      <w:r w:rsidRPr="005931D4">
        <w:rPr>
          <w:color w:val="000000" w:themeColor="text1"/>
          <w:lang w:val="pt-PT"/>
        </w:rPr>
        <w:t>Conteúdo mínimo</w:t>
      </w:r>
    </w:p>
    <w:p w14:paraId="7EE0F424" w14:textId="77777777" w:rsidR="00D56AFB" w:rsidRPr="005931D4" w:rsidRDefault="00B80BC3" w:rsidP="004B2CD6">
      <w:pPr>
        <w:spacing w:after="140"/>
        <w:jc w:val="both"/>
        <w:rPr>
          <w:color w:val="000000" w:themeColor="text1"/>
          <w:lang w:val="pt-PT"/>
        </w:rPr>
      </w:pPr>
      <w:r w:rsidRPr="005931D4">
        <w:rPr>
          <w:color w:val="000000" w:themeColor="text1"/>
          <w:lang w:val="pt-PT"/>
        </w:rPr>
        <w:t>Lista de candidatos; declaração individual de aceitação de cada candidato; subscrições exigidas; designação e aceitação do delegado; programa de candidatura; e documentos complementares aplicáveis.</w:t>
      </w:r>
    </w:p>
    <w:p w14:paraId="170301B7" w14:textId="77777777" w:rsidR="00D56AFB" w:rsidRPr="006E2932" w:rsidRDefault="00B80BC3" w:rsidP="004B2CD6">
      <w:pPr>
        <w:pStyle w:val="Ttulo2"/>
        <w:jc w:val="both"/>
        <w:rPr>
          <w:color w:val="000000" w:themeColor="text1"/>
          <w:lang w:val="pt-PT"/>
        </w:rPr>
      </w:pPr>
      <w:r w:rsidRPr="006E2932">
        <w:rPr>
          <w:color w:val="000000" w:themeColor="text1"/>
          <w:lang w:val="pt-PT"/>
        </w:rPr>
        <w:t>Candidatos, subscritores e delegado</w:t>
      </w:r>
    </w:p>
    <w:p w14:paraId="69658DE3" w14:textId="5B8AC7C2" w:rsidR="00D56AFB" w:rsidRPr="005931D4" w:rsidRDefault="00B80BC3" w:rsidP="004B2CD6">
      <w:pPr>
        <w:spacing w:after="140"/>
        <w:jc w:val="both"/>
        <w:rPr>
          <w:color w:val="000000" w:themeColor="text1"/>
          <w:lang w:val="pt-PT"/>
        </w:rPr>
      </w:pPr>
      <w:r w:rsidRPr="005931D4">
        <w:rPr>
          <w:color w:val="000000" w:themeColor="text1"/>
          <w:lang w:val="pt-PT"/>
        </w:rPr>
        <w:t>Salvo os candidatos não membros expressamente admitidos para os órgãos de disciplina e supervisão, a participação está reservada a membros efetivos com inscrição em vigor e no pleno exercício dos seus direitos. Os subscritores não podem integrar a lista que subscrevem. O delegado não pode ser candidato a qualquer órgão nacional ou regional.</w:t>
      </w:r>
    </w:p>
    <w:p w14:paraId="78013772" w14:textId="77777777" w:rsidR="00D56AFB" w:rsidRPr="005931D4" w:rsidRDefault="00B80BC3" w:rsidP="004B2CD6">
      <w:pPr>
        <w:pStyle w:val="Ttulo2"/>
        <w:jc w:val="both"/>
        <w:rPr>
          <w:color w:val="000000" w:themeColor="text1"/>
          <w:lang w:val="pt-PT"/>
        </w:rPr>
      </w:pPr>
      <w:r w:rsidRPr="005931D4">
        <w:rPr>
          <w:color w:val="000000" w:themeColor="text1"/>
          <w:lang w:val="pt-PT"/>
        </w:rPr>
        <w:t>Paridade e incompatibilidades</w:t>
      </w:r>
    </w:p>
    <w:p w14:paraId="61B90586" w14:textId="77777777" w:rsidR="00D56AFB" w:rsidRPr="005931D4" w:rsidRDefault="00B80BC3" w:rsidP="004B2CD6">
      <w:pPr>
        <w:spacing w:after="140"/>
        <w:jc w:val="both"/>
        <w:rPr>
          <w:color w:val="000000" w:themeColor="text1"/>
          <w:lang w:val="pt-PT"/>
        </w:rPr>
      </w:pPr>
      <w:r w:rsidRPr="005931D4">
        <w:rPr>
          <w:color w:val="000000" w:themeColor="text1"/>
          <w:lang w:val="pt-PT"/>
        </w:rPr>
        <w:t>As listas devem promover a igualdade entre mulheres e homens, assegurando, em regra, uma proporção não inferior a 40 % de pessoas de cada sexo. Os candidatos devem confirmar as incompatibilidades previstas no artigo 13.º do Estatuto.</w:t>
      </w:r>
    </w:p>
    <w:tbl>
      <w:tblPr>
        <w:tblStyle w:val="TabelacomGrelha"/>
        <w:tblW w:w="9300" w:type="dxa"/>
        <w:tblInd w:w="110" w:type="dxa"/>
        <w:tblLayout w:type="fixed"/>
        <w:tblLook w:val="04A0" w:firstRow="1" w:lastRow="0" w:firstColumn="1" w:lastColumn="0" w:noHBand="0" w:noVBand="1"/>
      </w:tblPr>
      <w:tblGrid>
        <w:gridCol w:w="9300"/>
      </w:tblGrid>
      <w:tr w:rsidR="00D56AFB" w:rsidRPr="006E2932" w14:paraId="6C96E6FB" w14:textId="77777777">
        <w:trPr>
          <w:tblHeader/>
        </w:trPr>
        <w:tc>
          <w:tcPr>
            <w:tcW w:w="9300" w:type="dxa"/>
            <w:shd w:val="clear" w:color="auto" w:fill="F4F6F9"/>
            <w:tcMar>
              <w:top w:w="90" w:type="dxa"/>
              <w:left w:w="110" w:type="dxa"/>
              <w:bottom w:w="90" w:type="dxa"/>
              <w:right w:w="110" w:type="dxa"/>
            </w:tcMar>
            <w:vAlign w:val="center"/>
          </w:tcPr>
          <w:p w14:paraId="1215E24A" w14:textId="77777777" w:rsidR="00D56AFB" w:rsidRPr="005931D4" w:rsidRDefault="00B80BC3" w:rsidP="004B2CD6">
            <w:pPr>
              <w:spacing w:after="30" w:line="240" w:lineRule="auto"/>
              <w:jc w:val="both"/>
              <w:rPr>
                <w:color w:val="000000" w:themeColor="text1"/>
                <w:lang w:val="pt-PT"/>
              </w:rPr>
            </w:pPr>
            <w:r w:rsidRPr="005931D4">
              <w:rPr>
                <w:b/>
                <w:color w:val="000000" w:themeColor="text1"/>
                <w:sz w:val="18"/>
                <w:lang w:val="pt-PT"/>
              </w:rPr>
              <w:t xml:space="preserve">Nota: </w:t>
            </w:r>
            <w:r w:rsidRPr="005931D4">
              <w:rPr>
                <w:color w:val="000000" w:themeColor="text1"/>
                <w:sz w:val="18"/>
                <w:lang w:val="pt-PT"/>
              </w:rPr>
              <w:t>Os campos a cinzento são instruções de preenchimento e podem ser substituídos. As linhas de assinatura podem ser assinadas manualmente ou por assinatura eletrónica válida.</w:t>
            </w:r>
          </w:p>
        </w:tc>
      </w:tr>
    </w:tbl>
    <w:p w14:paraId="74280A91" w14:textId="77777777" w:rsidR="00D56AFB" w:rsidRPr="005931D4" w:rsidRDefault="00D56AFB" w:rsidP="004B2CD6">
      <w:pPr>
        <w:spacing w:after="20"/>
        <w:jc w:val="both"/>
        <w:rPr>
          <w:color w:val="000000" w:themeColor="text1"/>
          <w:lang w:val="pt-PT"/>
        </w:rPr>
      </w:pPr>
    </w:p>
    <w:p w14:paraId="3F2A3F5B" w14:textId="77777777" w:rsidR="00D56AFB" w:rsidRPr="00CD2577" w:rsidRDefault="00B80BC3" w:rsidP="004B2CD6">
      <w:pPr>
        <w:pStyle w:val="Ttulo2"/>
        <w:jc w:val="both"/>
        <w:rPr>
          <w:color w:val="000000" w:themeColor="text1"/>
        </w:rPr>
      </w:pPr>
      <w:proofErr w:type="spellStart"/>
      <w:r w:rsidRPr="00CD2577">
        <w:rPr>
          <w:color w:val="000000" w:themeColor="text1"/>
        </w:rPr>
        <w:t>Índice</w:t>
      </w:r>
      <w:proofErr w:type="spellEnd"/>
      <w:r w:rsidRPr="00CD2577">
        <w:rPr>
          <w:color w:val="000000" w:themeColor="text1"/>
        </w:rPr>
        <w:t xml:space="preserve"> dos </w:t>
      </w:r>
      <w:proofErr w:type="spellStart"/>
      <w:r w:rsidRPr="00CD2577">
        <w:rPr>
          <w:color w:val="000000" w:themeColor="text1"/>
        </w:rPr>
        <w:t>formulários</w:t>
      </w:r>
      <w:proofErr w:type="spellEnd"/>
    </w:p>
    <w:tbl>
      <w:tblPr>
        <w:tblStyle w:val="TabelacomGrelha"/>
        <w:tblW w:w="9300" w:type="dxa"/>
        <w:tblInd w:w="110" w:type="dxa"/>
        <w:tblLayout w:type="fixed"/>
        <w:tblLook w:val="04A0" w:firstRow="1" w:lastRow="0" w:firstColumn="1" w:lastColumn="0" w:noHBand="0" w:noVBand="1"/>
      </w:tblPr>
      <w:tblGrid>
        <w:gridCol w:w="1300"/>
        <w:gridCol w:w="8000"/>
      </w:tblGrid>
      <w:tr w:rsidR="00CD2577" w:rsidRPr="00CD2577" w14:paraId="1ED6CDFF" w14:textId="77777777">
        <w:trPr>
          <w:tblHeader/>
        </w:trPr>
        <w:tc>
          <w:tcPr>
            <w:tcW w:w="1300" w:type="dxa"/>
            <w:shd w:val="clear" w:color="auto" w:fill="17365D"/>
            <w:tcMar>
              <w:top w:w="90" w:type="dxa"/>
              <w:left w:w="110" w:type="dxa"/>
              <w:bottom w:w="90" w:type="dxa"/>
              <w:right w:w="110" w:type="dxa"/>
            </w:tcMar>
            <w:vAlign w:val="center"/>
          </w:tcPr>
          <w:p w14:paraId="52CD6870"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8"/>
              </w:rPr>
              <w:t>Código</w:t>
            </w:r>
          </w:p>
        </w:tc>
        <w:tc>
          <w:tcPr>
            <w:tcW w:w="8000" w:type="dxa"/>
            <w:shd w:val="clear" w:color="auto" w:fill="17365D"/>
            <w:tcMar>
              <w:top w:w="90" w:type="dxa"/>
              <w:left w:w="110" w:type="dxa"/>
              <w:bottom w:w="90" w:type="dxa"/>
              <w:right w:w="110" w:type="dxa"/>
            </w:tcMar>
            <w:vAlign w:val="center"/>
          </w:tcPr>
          <w:p w14:paraId="2D2C7D7C" w14:textId="77777777" w:rsidR="00D56AFB" w:rsidRPr="00CD2577" w:rsidRDefault="00B80BC3" w:rsidP="004B2CD6">
            <w:pPr>
              <w:spacing w:after="30" w:line="240" w:lineRule="auto"/>
              <w:jc w:val="both"/>
              <w:rPr>
                <w:color w:val="FFFFFF" w:themeColor="background1"/>
              </w:rPr>
            </w:pPr>
            <w:proofErr w:type="spellStart"/>
            <w:r w:rsidRPr="00CD2577">
              <w:rPr>
                <w:b/>
                <w:color w:val="FFFFFF" w:themeColor="background1"/>
                <w:sz w:val="18"/>
              </w:rPr>
              <w:t>Formulário</w:t>
            </w:r>
            <w:proofErr w:type="spellEnd"/>
          </w:p>
        </w:tc>
      </w:tr>
      <w:tr w:rsidR="00CD2577" w:rsidRPr="006E2932" w14:paraId="29C87045" w14:textId="77777777">
        <w:tc>
          <w:tcPr>
            <w:tcW w:w="1300" w:type="dxa"/>
            <w:tcMar>
              <w:top w:w="90" w:type="dxa"/>
              <w:left w:w="110" w:type="dxa"/>
              <w:bottom w:w="90" w:type="dxa"/>
              <w:right w:w="110" w:type="dxa"/>
            </w:tcMar>
            <w:vAlign w:val="center"/>
          </w:tcPr>
          <w:p w14:paraId="31A98235" w14:textId="77777777" w:rsidR="00D56AFB" w:rsidRPr="00CD2577" w:rsidRDefault="00B80BC3" w:rsidP="004B2CD6">
            <w:pPr>
              <w:spacing w:after="30" w:line="240" w:lineRule="auto"/>
              <w:jc w:val="both"/>
              <w:rPr>
                <w:color w:val="000000" w:themeColor="text1"/>
              </w:rPr>
            </w:pPr>
            <w:r w:rsidRPr="00CD2577">
              <w:rPr>
                <w:b/>
                <w:color w:val="000000" w:themeColor="text1"/>
                <w:sz w:val="18"/>
              </w:rPr>
              <w:t>F00</w:t>
            </w:r>
          </w:p>
        </w:tc>
        <w:tc>
          <w:tcPr>
            <w:tcW w:w="8000" w:type="dxa"/>
            <w:tcMar>
              <w:top w:w="90" w:type="dxa"/>
              <w:left w:w="110" w:type="dxa"/>
              <w:bottom w:w="90" w:type="dxa"/>
              <w:right w:w="110" w:type="dxa"/>
            </w:tcMar>
            <w:vAlign w:val="center"/>
          </w:tcPr>
          <w:p w14:paraId="4EF50B89" w14:textId="77777777" w:rsidR="00D56AFB" w:rsidRPr="005931D4" w:rsidRDefault="00B80BC3" w:rsidP="004B2CD6">
            <w:pPr>
              <w:spacing w:after="30" w:line="240" w:lineRule="auto"/>
              <w:jc w:val="both"/>
              <w:rPr>
                <w:color w:val="000000" w:themeColor="text1"/>
                <w:lang w:val="pt-PT"/>
              </w:rPr>
            </w:pPr>
            <w:r w:rsidRPr="005931D4">
              <w:rPr>
                <w:color w:val="000000" w:themeColor="text1"/>
                <w:sz w:val="18"/>
                <w:lang w:val="pt-PT"/>
              </w:rPr>
              <w:t>Folha de rosto e controlo da candidatura</w:t>
            </w:r>
          </w:p>
        </w:tc>
      </w:tr>
      <w:tr w:rsidR="00CD2577" w:rsidRPr="006E2932" w14:paraId="54727906" w14:textId="77777777">
        <w:tc>
          <w:tcPr>
            <w:tcW w:w="1300" w:type="dxa"/>
            <w:tcMar>
              <w:top w:w="90" w:type="dxa"/>
              <w:left w:w="110" w:type="dxa"/>
              <w:bottom w:w="90" w:type="dxa"/>
              <w:right w:w="110" w:type="dxa"/>
            </w:tcMar>
            <w:vAlign w:val="center"/>
          </w:tcPr>
          <w:p w14:paraId="0987D751" w14:textId="77777777" w:rsidR="00D56AFB" w:rsidRPr="00CD2577" w:rsidRDefault="00B80BC3" w:rsidP="004B2CD6">
            <w:pPr>
              <w:spacing w:after="30" w:line="240" w:lineRule="auto"/>
              <w:jc w:val="both"/>
              <w:rPr>
                <w:color w:val="000000" w:themeColor="text1"/>
              </w:rPr>
            </w:pPr>
            <w:r w:rsidRPr="00CD2577">
              <w:rPr>
                <w:b/>
                <w:color w:val="000000" w:themeColor="text1"/>
                <w:sz w:val="18"/>
              </w:rPr>
              <w:t>F01–F06</w:t>
            </w:r>
          </w:p>
        </w:tc>
        <w:tc>
          <w:tcPr>
            <w:tcW w:w="8000" w:type="dxa"/>
            <w:tcMar>
              <w:top w:w="90" w:type="dxa"/>
              <w:left w:w="110" w:type="dxa"/>
              <w:bottom w:w="90" w:type="dxa"/>
              <w:right w:w="110" w:type="dxa"/>
            </w:tcMar>
            <w:vAlign w:val="center"/>
          </w:tcPr>
          <w:p w14:paraId="3B5C0682" w14:textId="77777777" w:rsidR="00D56AFB" w:rsidRPr="005931D4" w:rsidRDefault="00B80BC3" w:rsidP="004B2CD6">
            <w:pPr>
              <w:spacing w:after="30" w:line="240" w:lineRule="auto"/>
              <w:jc w:val="both"/>
              <w:rPr>
                <w:color w:val="000000" w:themeColor="text1"/>
                <w:lang w:val="pt-PT"/>
              </w:rPr>
            </w:pPr>
            <w:r w:rsidRPr="005931D4">
              <w:rPr>
                <w:color w:val="000000" w:themeColor="text1"/>
                <w:sz w:val="18"/>
                <w:lang w:val="pt-PT"/>
              </w:rPr>
              <w:t>Listas de candidatos aos órgãos nacionais</w:t>
            </w:r>
          </w:p>
        </w:tc>
      </w:tr>
      <w:tr w:rsidR="00CD2577" w:rsidRPr="006E2932" w14:paraId="0BE017C4" w14:textId="77777777">
        <w:tc>
          <w:tcPr>
            <w:tcW w:w="1300" w:type="dxa"/>
            <w:tcMar>
              <w:top w:w="90" w:type="dxa"/>
              <w:left w:w="110" w:type="dxa"/>
              <w:bottom w:w="90" w:type="dxa"/>
              <w:right w:w="110" w:type="dxa"/>
            </w:tcMar>
            <w:vAlign w:val="center"/>
          </w:tcPr>
          <w:p w14:paraId="4699C62D" w14:textId="77777777" w:rsidR="00D56AFB" w:rsidRPr="00CD2577" w:rsidRDefault="00B80BC3" w:rsidP="004B2CD6">
            <w:pPr>
              <w:spacing w:after="30" w:line="240" w:lineRule="auto"/>
              <w:jc w:val="both"/>
              <w:rPr>
                <w:color w:val="000000" w:themeColor="text1"/>
              </w:rPr>
            </w:pPr>
            <w:r w:rsidRPr="00CD2577">
              <w:rPr>
                <w:b/>
                <w:color w:val="000000" w:themeColor="text1"/>
                <w:sz w:val="18"/>
              </w:rPr>
              <w:t>F07–F11</w:t>
            </w:r>
          </w:p>
        </w:tc>
        <w:tc>
          <w:tcPr>
            <w:tcW w:w="8000" w:type="dxa"/>
            <w:tcMar>
              <w:top w:w="90" w:type="dxa"/>
              <w:left w:w="110" w:type="dxa"/>
              <w:bottom w:w="90" w:type="dxa"/>
              <w:right w:w="110" w:type="dxa"/>
            </w:tcMar>
            <w:vAlign w:val="center"/>
          </w:tcPr>
          <w:p w14:paraId="145494E0" w14:textId="77777777" w:rsidR="00D56AFB" w:rsidRPr="005931D4" w:rsidRDefault="00B80BC3" w:rsidP="004B2CD6">
            <w:pPr>
              <w:spacing w:after="30" w:line="240" w:lineRule="auto"/>
              <w:jc w:val="both"/>
              <w:rPr>
                <w:color w:val="000000" w:themeColor="text1"/>
                <w:lang w:val="pt-PT"/>
              </w:rPr>
            </w:pPr>
            <w:r w:rsidRPr="005931D4">
              <w:rPr>
                <w:color w:val="000000" w:themeColor="text1"/>
                <w:sz w:val="18"/>
                <w:lang w:val="pt-PT"/>
              </w:rPr>
              <w:t>Listas de candidatos aos órgãos regionais</w:t>
            </w:r>
          </w:p>
        </w:tc>
      </w:tr>
      <w:tr w:rsidR="00CD2577" w:rsidRPr="00CD2577" w14:paraId="2C781036" w14:textId="77777777">
        <w:tc>
          <w:tcPr>
            <w:tcW w:w="1300" w:type="dxa"/>
            <w:tcMar>
              <w:top w:w="90" w:type="dxa"/>
              <w:left w:w="110" w:type="dxa"/>
              <w:bottom w:w="90" w:type="dxa"/>
              <w:right w:w="110" w:type="dxa"/>
            </w:tcMar>
            <w:vAlign w:val="center"/>
          </w:tcPr>
          <w:p w14:paraId="2EFC6B22" w14:textId="77777777" w:rsidR="00D56AFB" w:rsidRPr="00CD2577" w:rsidRDefault="00B80BC3" w:rsidP="004B2CD6">
            <w:pPr>
              <w:spacing w:after="30" w:line="240" w:lineRule="auto"/>
              <w:jc w:val="both"/>
              <w:rPr>
                <w:color w:val="000000" w:themeColor="text1"/>
              </w:rPr>
            </w:pPr>
            <w:r w:rsidRPr="00CD2577">
              <w:rPr>
                <w:b/>
                <w:color w:val="000000" w:themeColor="text1"/>
                <w:sz w:val="18"/>
              </w:rPr>
              <w:t>F12–F14</w:t>
            </w:r>
          </w:p>
        </w:tc>
        <w:tc>
          <w:tcPr>
            <w:tcW w:w="8000" w:type="dxa"/>
            <w:tcMar>
              <w:top w:w="90" w:type="dxa"/>
              <w:left w:w="110" w:type="dxa"/>
              <w:bottom w:w="90" w:type="dxa"/>
              <w:right w:w="110" w:type="dxa"/>
            </w:tcMar>
            <w:vAlign w:val="center"/>
          </w:tcPr>
          <w:p w14:paraId="24A6C248" w14:textId="77777777" w:rsidR="00D56AFB" w:rsidRPr="00CD2577" w:rsidRDefault="00B80BC3" w:rsidP="004B2CD6">
            <w:pPr>
              <w:spacing w:after="30" w:line="240" w:lineRule="auto"/>
              <w:jc w:val="both"/>
              <w:rPr>
                <w:color w:val="000000" w:themeColor="text1"/>
              </w:rPr>
            </w:pPr>
            <w:proofErr w:type="spellStart"/>
            <w:r w:rsidRPr="00CD2577">
              <w:rPr>
                <w:color w:val="000000" w:themeColor="text1"/>
                <w:sz w:val="18"/>
              </w:rPr>
              <w:t>Declarações</w:t>
            </w:r>
            <w:proofErr w:type="spellEnd"/>
            <w:r w:rsidRPr="00CD2577">
              <w:rPr>
                <w:color w:val="000000" w:themeColor="text1"/>
                <w:sz w:val="18"/>
              </w:rPr>
              <w:t xml:space="preserve"> </w:t>
            </w:r>
            <w:proofErr w:type="spellStart"/>
            <w:r w:rsidRPr="00CD2577">
              <w:rPr>
                <w:color w:val="000000" w:themeColor="text1"/>
                <w:sz w:val="18"/>
              </w:rPr>
              <w:t>individuais</w:t>
            </w:r>
            <w:proofErr w:type="spellEnd"/>
            <w:r w:rsidRPr="00CD2577">
              <w:rPr>
                <w:color w:val="000000" w:themeColor="text1"/>
                <w:sz w:val="18"/>
              </w:rPr>
              <w:t xml:space="preserve"> de </w:t>
            </w:r>
            <w:proofErr w:type="spellStart"/>
            <w:r w:rsidRPr="00CD2577">
              <w:rPr>
                <w:color w:val="000000" w:themeColor="text1"/>
                <w:sz w:val="18"/>
              </w:rPr>
              <w:t>aceitação</w:t>
            </w:r>
            <w:proofErr w:type="spellEnd"/>
          </w:p>
        </w:tc>
      </w:tr>
      <w:tr w:rsidR="00CD2577" w:rsidRPr="00CD2577" w14:paraId="5A486445" w14:textId="77777777">
        <w:tc>
          <w:tcPr>
            <w:tcW w:w="1300" w:type="dxa"/>
            <w:tcMar>
              <w:top w:w="90" w:type="dxa"/>
              <w:left w:w="110" w:type="dxa"/>
              <w:bottom w:w="90" w:type="dxa"/>
              <w:right w:w="110" w:type="dxa"/>
            </w:tcMar>
            <w:vAlign w:val="center"/>
          </w:tcPr>
          <w:p w14:paraId="1512A91C" w14:textId="77777777" w:rsidR="00D56AFB" w:rsidRPr="00CD2577" w:rsidRDefault="00B80BC3" w:rsidP="004B2CD6">
            <w:pPr>
              <w:spacing w:after="30" w:line="240" w:lineRule="auto"/>
              <w:jc w:val="both"/>
              <w:rPr>
                <w:color w:val="000000" w:themeColor="text1"/>
              </w:rPr>
            </w:pPr>
            <w:r w:rsidRPr="00CD2577">
              <w:rPr>
                <w:b/>
                <w:color w:val="000000" w:themeColor="text1"/>
                <w:sz w:val="18"/>
              </w:rPr>
              <w:t>F15</w:t>
            </w:r>
          </w:p>
        </w:tc>
        <w:tc>
          <w:tcPr>
            <w:tcW w:w="8000" w:type="dxa"/>
            <w:tcMar>
              <w:top w:w="90" w:type="dxa"/>
              <w:left w:w="110" w:type="dxa"/>
              <w:bottom w:w="90" w:type="dxa"/>
              <w:right w:w="110" w:type="dxa"/>
            </w:tcMar>
            <w:vAlign w:val="center"/>
          </w:tcPr>
          <w:p w14:paraId="07EE4136" w14:textId="77777777" w:rsidR="00D56AFB" w:rsidRPr="00CD2577" w:rsidRDefault="00B80BC3" w:rsidP="004B2CD6">
            <w:pPr>
              <w:spacing w:after="30" w:line="240" w:lineRule="auto"/>
              <w:jc w:val="both"/>
              <w:rPr>
                <w:color w:val="000000" w:themeColor="text1"/>
              </w:rPr>
            </w:pPr>
            <w:proofErr w:type="spellStart"/>
            <w:r w:rsidRPr="00CD2577">
              <w:rPr>
                <w:color w:val="000000" w:themeColor="text1"/>
                <w:sz w:val="18"/>
              </w:rPr>
              <w:t>Declaração</w:t>
            </w:r>
            <w:proofErr w:type="spellEnd"/>
            <w:r w:rsidRPr="00CD2577">
              <w:rPr>
                <w:color w:val="000000" w:themeColor="text1"/>
                <w:sz w:val="18"/>
              </w:rPr>
              <w:t xml:space="preserve"> de </w:t>
            </w:r>
            <w:proofErr w:type="spellStart"/>
            <w:r w:rsidRPr="00CD2577">
              <w:rPr>
                <w:color w:val="000000" w:themeColor="text1"/>
                <w:sz w:val="18"/>
              </w:rPr>
              <w:t>candidatura</w:t>
            </w:r>
            <w:proofErr w:type="spellEnd"/>
            <w:r w:rsidRPr="00CD2577">
              <w:rPr>
                <w:color w:val="000000" w:themeColor="text1"/>
                <w:sz w:val="18"/>
              </w:rPr>
              <w:t xml:space="preserve"> </w:t>
            </w:r>
            <w:proofErr w:type="spellStart"/>
            <w:r w:rsidRPr="00CD2577">
              <w:rPr>
                <w:color w:val="000000" w:themeColor="text1"/>
                <w:sz w:val="18"/>
              </w:rPr>
              <w:t>conjunta</w:t>
            </w:r>
            <w:proofErr w:type="spellEnd"/>
          </w:p>
        </w:tc>
      </w:tr>
      <w:tr w:rsidR="00CD2577" w:rsidRPr="006E2932" w14:paraId="6E7E09BA" w14:textId="77777777">
        <w:tc>
          <w:tcPr>
            <w:tcW w:w="1300" w:type="dxa"/>
            <w:tcMar>
              <w:top w:w="90" w:type="dxa"/>
              <w:left w:w="110" w:type="dxa"/>
              <w:bottom w:w="90" w:type="dxa"/>
              <w:right w:w="110" w:type="dxa"/>
            </w:tcMar>
            <w:vAlign w:val="center"/>
          </w:tcPr>
          <w:p w14:paraId="263B98FD" w14:textId="12B1BBE0" w:rsidR="00D56AFB" w:rsidRPr="00CD2577" w:rsidRDefault="00B80BC3" w:rsidP="004B2CD6">
            <w:pPr>
              <w:spacing w:after="30" w:line="240" w:lineRule="auto"/>
              <w:jc w:val="both"/>
              <w:rPr>
                <w:color w:val="000000" w:themeColor="text1"/>
              </w:rPr>
            </w:pPr>
            <w:r w:rsidRPr="00CD2577">
              <w:rPr>
                <w:b/>
                <w:color w:val="000000" w:themeColor="text1"/>
                <w:sz w:val="18"/>
              </w:rPr>
              <w:t>F16</w:t>
            </w:r>
          </w:p>
        </w:tc>
        <w:tc>
          <w:tcPr>
            <w:tcW w:w="8000" w:type="dxa"/>
            <w:tcMar>
              <w:top w:w="90" w:type="dxa"/>
              <w:left w:w="110" w:type="dxa"/>
              <w:bottom w:w="90" w:type="dxa"/>
              <w:right w:w="110" w:type="dxa"/>
            </w:tcMar>
            <w:vAlign w:val="center"/>
          </w:tcPr>
          <w:p w14:paraId="5768E74B" w14:textId="17A3193E" w:rsidR="00D56AFB" w:rsidRPr="005931D4" w:rsidRDefault="006E2932" w:rsidP="004B2CD6">
            <w:pPr>
              <w:spacing w:after="30" w:line="240" w:lineRule="auto"/>
              <w:jc w:val="both"/>
              <w:rPr>
                <w:color w:val="000000" w:themeColor="text1"/>
                <w:lang w:val="pt-PT"/>
              </w:rPr>
            </w:pPr>
            <w:r>
              <w:rPr>
                <w:color w:val="000000" w:themeColor="text1"/>
                <w:sz w:val="18"/>
                <w:lang w:val="pt-PT"/>
              </w:rPr>
              <w:t>D</w:t>
            </w:r>
            <w:r w:rsidR="00B80BC3" w:rsidRPr="005931D4">
              <w:rPr>
                <w:color w:val="000000" w:themeColor="text1"/>
                <w:sz w:val="18"/>
                <w:lang w:val="pt-PT"/>
              </w:rPr>
              <w:t>eclaração subscrição</w:t>
            </w:r>
          </w:p>
        </w:tc>
      </w:tr>
      <w:tr w:rsidR="00CD2577" w:rsidRPr="006E2932" w14:paraId="00CE6ACB" w14:textId="77777777">
        <w:tc>
          <w:tcPr>
            <w:tcW w:w="1300" w:type="dxa"/>
            <w:tcMar>
              <w:top w:w="90" w:type="dxa"/>
              <w:left w:w="110" w:type="dxa"/>
              <w:bottom w:w="90" w:type="dxa"/>
              <w:right w:w="110" w:type="dxa"/>
            </w:tcMar>
            <w:vAlign w:val="center"/>
          </w:tcPr>
          <w:p w14:paraId="74480A78" w14:textId="448F2546" w:rsidR="00D56AFB" w:rsidRPr="00CD2577" w:rsidRDefault="00B80BC3" w:rsidP="004B2CD6">
            <w:pPr>
              <w:spacing w:after="30" w:line="240" w:lineRule="auto"/>
              <w:jc w:val="both"/>
              <w:rPr>
                <w:color w:val="000000" w:themeColor="text1"/>
              </w:rPr>
            </w:pPr>
            <w:r w:rsidRPr="00CD2577">
              <w:rPr>
                <w:b/>
                <w:color w:val="000000" w:themeColor="text1"/>
                <w:sz w:val="18"/>
              </w:rPr>
              <w:t>F1</w:t>
            </w:r>
            <w:r w:rsidR="006E2932">
              <w:rPr>
                <w:b/>
                <w:color w:val="000000" w:themeColor="text1"/>
                <w:sz w:val="18"/>
              </w:rPr>
              <w:t>7</w:t>
            </w:r>
          </w:p>
        </w:tc>
        <w:tc>
          <w:tcPr>
            <w:tcW w:w="8000" w:type="dxa"/>
            <w:tcMar>
              <w:top w:w="90" w:type="dxa"/>
              <w:left w:w="110" w:type="dxa"/>
              <w:bottom w:w="90" w:type="dxa"/>
              <w:right w:w="110" w:type="dxa"/>
            </w:tcMar>
            <w:vAlign w:val="center"/>
          </w:tcPr>
          <w:p w14:paraId="0AC69F00" w14:textId="77777777" w:rsidR="00D56AFB" w:rsidRPr="005931D4" w:rsidRDefault="00B80BC3" w:rsidP="004B2CD6">
            <w:pPr>
              <w:spacing w:after="30" w:line="240" w:lineRule="auto"/>
              <w:jc w:val="both"/>
              <w:rPr>
                <w:color w:val="000000" w:themeColor="text1"/>
                <w:lang w:val="pt-PT"/>
              </w:rPr>
            </w:pPr>
            <w:r w:rsidRPr="005931D4">
              <w:rPr>
                <w:color w:val="000000" w:themeColor="text1"/>
                <w:sz w:val="18"/>
                <w:lang w:val="pt-PT"/>
              </w:rPr>
              <w:t>Designação e aceitação do delegado</w:t>
            </w:r>
          </w:p>
        </w:tc>
      </w:tr>
      <w:tr w:rsidR="00CD2577" w:rsidRPr="006E2932" w14:paraId="02D207DB" w14:textId="77777777">
        <w:tc>
          <w:tcPr>
            <w:tcW w:w="1300" w:type="dxa"/>
            <w:tcMar>
              <w:top w:w="90" w:type="dxa"/>
              <w:left w:w="110" w:type="dxa"/>
              <w:bottom w:w="90" w:type="dxa"/>
              <w:right w:w="110" w:type="dxa"/>
            </w:tcMar>
            <w:vAlign w:val="center"/>
          </w:tcPr>
          <w:p w14:paraId="09E38C2C" w14:textId="061CDD28" w:rsidR="00D56AFB" w:rsidRPr="00CD2577" w:rsidRDefault="00B80BC3" w:rsidP="004B2CD6">
            <w:pPr>
              <w:spacing w:after="30" w:line="240" w:lineRule="auto"/>
              <w:jc w:val="both"/>
              <w:rPr>
                <w:color w:val="000000" w:themeColor="text1"/>
              </w:rPr>
            </w:pPr>
            <w:r w:rsidRPr="00CD2577">
              <w:rPr>
                <w:b/>
                <w:color w:val="000000" w:themeColor="text1"/>
                <w:sz w:val="18"/>
              </w:rPr>
              <w:t>F1</w:t>
            </w:r>
            <w:r w:rsidR="006E2932">
              <w:rPr>
                <w:b/>
                <w:color w:val="000000" w:themeColor="text1"/>
                <w:sz w:val="18"/>
              </w:rPr>
              <w:t>8</w:t>
            </w:r>
          </w:p>
        </w:tc>
        <w:tc>
          <w:tcPr>
            <w:tcW w:w="8000" w:type="dxa"/>
            <w:tcMar>
              <w:top w:w="90" w:type="dxa"/>
              <w:left w:w="110" w:type="dxa"/>
              <w:bottom w:w="90" w:type="dxa"/>
              <w:right w:w="110" w:type="dxa"/>
            </w:tcMar>
            <w:vAlign w:val="center"/>
          </w:tcPr>
          <w:p w14:paraId="79851DB8" w14:textId="05DA8AFC" w:rsidR="00D56AFB" w:rsidRPr="00B627AB" w:rsidRDefault="00CB54FC" w:rsidP="004B2CD6">
            <w:pPr>
              <w:spacing w:after="30" w:line="240" w:lineRule="auto"/>
              <w:jc w:val="both"/>
              <w:rPr>
                <w:color w:val="000000" w:themeColor="text1"/>
                <w:lang w:val="pt-PT"/>
              </w:rPr>
            </w:pPr>
            <w:r w:rsidRPr="00B627AB">
              <w:rPr>
                <w:color w:val="000000" w:themeColor="text1"/>
                <w:sz w:val="18"/>
                <w:lang w:val="pt-PT"/>
              </w:rPr>
              <w:t xml:space="preserve">Lista de </w:t>
            </w:r>
            <w:r w:rsidR="003F202F" w:rsidRPr="00B627AB">
              <w:rPr>
                <w:color w:val="000000" w:themeColor="text1"/>
                <w:sz w:val="18"/>
                <w:lang w:val="pt-PT"/>
              </w:rPr>
              <w:t xml:space="preserve">documentos </w:t>
            </w:r>
            <w:r w:rsidRPr="00B627AB">
              <w:rPr>
                <w:color w:val="000000" w:themeColor="text1"/>
                <w:sz w:val="18"/>
                <w:lang w:val="pt-PT"/>
              </w:rPr>
              <w:t>entreg</w:t>
            </w:r>
            <w:r w:rsidR="003F202F" w:rsidRPr="00B627AB">
              <w:rPr>
                <w:color w:val="000000" w:themeColor="text1"/>
                <w:sz w:val="18"/>
                <w:lang w:val="pt-PT"/>
              </w:rPr>
              <w:t>ues</w:t>
            </w:r>
            <w:r w:rsidR="00B627AB" w:rsidRPr="00B627AB">
              <w:rPr>
                <w:color w:val="000000" w:themeColor="text1"/>
                <w:sz w:val="18"/>
                <w:lang w:val="pt-PT"/>
              </w:rPr>
              <w:t xml:space="preserve"> n</w:t>
            </w:r>
            <w:r w:rsidR="00B627AB">
              <w:rPr>
                <w:color w:val="000000" w:themeColor="text1"/>
                <w:sz w:val="18"/>
                <w:lang w:val="pt-PT"/>
              </w:rPr>
              <w:t>a apresentação de candidatura</w:t>
            </w:r>
          </w:p>
        </w:tc>
      </w:tr>
    </w:tbl>
    <w:p w14:paraId="4E841CEC" w14:textId="77777777" w:rsidR="00D56AFB" w:rsidRPr="00B627AB" w:rsidRDefault="00B80BC3" w:rsidP="004B2CD6">
      <w:pPr>
        <w:jc w:val="both"/>
        <w:rPr>
          <w:color w:val="000000" w:themeColor="text1"/>
          <w:lang w:val="pt-PT"/>
        </w:rPr>
      </w:pPr>
      <w:r w:rsidRPr="00B627AB">
        <w:rPr>
          <w:color w:val="000000" w:themeColor="text1"/>
          <w:lang w:val="pt-PT"/>
        </w:rPr>
        <w:br w:type="page"/>
      </w:r>
    </w:p>
    <w:p w14:paraId="3D5664B3" w14:textId="77777777" w:rsidR="00D56AFB" w:rsidRPr="006E2932" w:rsidRDefault="00B80BC3" w:rsidP="004B2CD6">
      <w:pPr>
        <w:keepNext/>
        <w:spacing w:before="40" w:after="40"/>
        <w:jc w:val="both"/>
        <w:rPr>
          <w:color w:val="000000" w:themeColor="text1"/>
          <w:lang w:val="pt-PT"/>
        </w:rPr>
      </w:pPr>
      <w:r w:rsidRPr="006E2932">
        <w:rPr>
          <w:b/>
          <w:color w:val="000000" w:themeColor="text1"/>
          <w:sz w:val="17"/>
          <w:lang w:val="pt-PT"/>
        </w:rPr>
        <w:lastRenderedPageBreak/>
        <w:t>F00</w:t>
      </w:r>
    </w:p>
    <w:p w14:paraId="36620523" w14:textId="77777777" w:rsidR="00D56AFB" w:rsidRPr="005931D4" w:rsidRDefault="00B80BC3" w:rsidP="004B2CD6">
      <w:pPr>
        <w:pStyle w:val="Ttulo1"/>
        <w:jc w:val="both"/>
        <w:rPr>
          <w:color w:val="000000" w:themeColor="text1"/>
          <w:lang w:val="pt-PT"/>
        </w:rPr>
      </w:pPr>
      <w:r w:rsidRPr="005931D4">
        <w:rPr>
          <w:color w:val="000000" w:themeColor="text1"/>
          <w:lang w:val="pt-PT"/>
        </w:rPr>
        <w:t>Folha de rosto e controlo da candidatura</w:t>
      </w:r>
    </w:p>
    <w:tbl>
      <w:tblPr>
        <w:tblStyle w:val="TabelacomGrelha"/>
        <w:tblW w:w="9300" w:type="dxa"/>
        <w:tblInd w:w="110" w:type="dxa"/>
        <w:tblLayout w:type="fixed"/>
        <w:tblLook w:val="04A0" w:firstRow="1" w:lastRow="0" w:firstColumn="1" w:lastColumn="0" w:noHBand="0" w:noVBand="1"/>
      </w:tblPr>
      <w:tblGrid>
        <w:gridCol w:w="2200"/>
        <w:gridCol w:w="7100"/>
      </w:tblGrid>
      <w:tr w:rsidR="00CD2577" w:rsidRPr="006E2932" w14:paraId="51BC8B7E" w14:textId="77777777">
        <w:trPr>
          <w:cantSplit/>
          <w:tblHeader/>
        </w:trPr>
        <w:tc>
          <w:tcPr>
            <w:tcW w:w="2200" w:type="dxa"/>
            <w:shd w:val="clear" w:color="auto" w:fill="E8EEF5"/>
            <w:tcMar>
              <w:top w:w="90" w:type="dxa"/>
              <w:left w:w="110" w:type="dxa"/>
              <w:bottom w:w="90" w:type="dxa"/>
              <w:right w:w="110" w:type="dxa"/>
            </w:tcMar>
            <w:vAlign w:val="center"/>
          </w:tcPr>
          <w:p w14:paraId="696BEEF2" w14:textId="77777777" w:rsidR="00D56AFB" w:rsidRPr="00CD2577" w:rsidRDefault="00B80BC3" w:rsidP="004B2CD6">
            <w:pPr>
              <w:spacing w:after="30" w:line="240" w:lineRule="auto"/>
              <w:jc w:val="both"/>
              <w:rPr>
                <w:color w:val="000000" w:themeColor="text1"/>
              </w:rPr>
            </w:pPr>
            <w:proofErr w:type="spellStart"/>
            <w:r w:rsidRPr="00CD2577">
              <w:rPr>
                <w:b/>
                <w:color w:val="000000" w:themeColor="text1"/>
                <w:sz w:val="18"/>
              </w:rPr>
              <w:t>Destinatário</w:t>
            </w:r>
            <w:proofErr w:type="spellEnd"/>
          </w:p>
        </w:tc>
        <w:tc>
          <w:tcPr>
            <w:tcW w:w="7100" w:type="dxa"/>
            <w:tcMar>
              <w:top w:w="90" w:type="dxa"/>
              <w:left w:w="110" w:type="dxa"/>
              <w:bottom w:w="90" w:type="dxa"/>
              <w:right w:w="110" w:type="dxa"/>
            </w:tcMar>
            <w:vAlign w:val="center"/>
          </w:tcPr>
          <w:p w14:paraId="6CBAB4F2" w14:textId="77777777" w:rsidR="00D56AFB" w:rsidRPr="005931D4" w:rsidRDefault="00B80BC3" w:rsidP="004B2CD6">
            <w:pPr>
              <w:spacing w:after="30" w:line="240" w:lineRule="auto"/>
              <w:jc w:val="both"/>
              <w:rPr>
                <w:color w:val="000000" w:themeColor="text1"/>
                <w:lang w:val="pt-PT"/>
              </w:rPr>
            </w:pPr>
            <w:r w:rsidRPr="005931D4">
              <w:rPr>
                <w:color w:val="000000" w:themeColor="text1"/>
                <w:sz w:val="19"/>
                <w:lang w:val="pt-PT"/>
              </w:rPr>
              <w:t>☐ Presidente da Mesa da Assembleia Geral   ☐ Presidente da Mesa da Assembleia Regional de __________________</w:t>
            </w:r>
          </w:p>
        </w:tc>
      </w:tr>
      <w:tr w:rsidR="00CD2577" w:rsidRPr="00CD2577" w14:paraId="4D54B09F" w14:textId="77777777">
        <w:trPr>
          <w:cantSplit/>
        </w:trPr>
        <w:tc>
          <w:tcPr>
            <w:tcW w:w="2200" w:type="dxa"/>
            <w:shd w:val="clear" w:color="auto" w:fill="E8EEF5"/>
            <w:tcMar>
              <w:top w:w="90" w:type="dxa"/>
              <w:left w:w="110" w:type="dxa"/>
              <w:bottom w:w="90" w:type="dxa"/>
              <w:right w:w="110" w:type="dxa"/>
            </w:tcMar>
            <w:vAlign w:val="center"/>
          </w:tcPr>
          <w:p w14:paraId="49404A0C" w14:textId="77777777" w:rsidR="00D56AFB" w:rsidRPr="00CD2577" w:rsidRDefault="00B80BC3" w:rsidP="004B2CD6">
            <w:pPr>
              <w:spacing w:after="30" w:line="240" w:lineRule="auto"/>
              <w:jc w:val="both"/>
              <w:rPr>
                <w:color w:val="000000" w:themeColor="text1"/>
              </w:rPr>
            </w:pPr>
            <w:proofErr w:type="spellStart"/>
            <w:r w:rsidRPr="00CD2577">
              <w:rPr>
                <w:b/>
                <w:color w:val="000000" w:themeColor="text1"/>
                <w:sz w:val="18"/>
              </w:rPr>
              <w:t>Designação</w:t>
            </w:r>
            <w:proofErr w:type="spellEnd"/>
            <w:r w:rsidRPr="00CD2577">
              <w:rPr>
                <w:b/>
                <w:color w:val="000000" w:themeColor="text1"/>
                <w:sz w:val="18"/>
              </w:rPr>
              <w:t xml:space="preserve"> da </w:t>
            </w:r>
            <w:proofErr w:type="spellStart"/>
            <w:r w:rsidRPr="00CD2577">
              <w:rPr>
                <w:b/>
                <w:color w:val="000000" w:themeColor="text1"/>
                <w:sz w:val="18"/>
              </w:rPr>
              <w:t>candidatura</w:t>
            </w:r>
            <w:proofErr w:type="spellEnd"/>
          </w:p>
        </w:tc>
        <w:tc>
          <w:tcPr>
            <w:tcW w:w="7100" w:type="dxa"/>
            <w:tcMar>
              <w:top w:w="90" w:type="dxa"/>
              <w:left w:w="110" w:type="dxa"/>
              <w:bottom w:w="90" w:type="dxa"/>
              <w:right w:w="110" w:type="dxa"/>
            </w:tcMar>
            <w:vAlign w:val="center"/>
          </w:tcPr>
          <w:p w14:paraId="42659011" w14:textId="5B620613" w:rsidR="00D56AFB" w:rsidRPr="00CD2577" w:rsidRDefault="00D56AFB" w:rsidP="004B2CD6">
            <w:pPr>
              <w:spacing w:after="30" w:line="240" w:lineRule="auto"/>
              <w:jc w:val="both"/>
              <w:rPr>
                <w:color w:val="000000" w:themeColor="text1"/>
              </w:rPr>
            </w:pPr>
          </w:p>
        </w:tc>
      </w:tr>
      <w:tr w:rsidR="00CD2577" w:rsidRPr="006E2932" w14:paraId="4EDD5B14" w14:textId="77777777">
        <w:trPr>
          <w:cantSplit/>
        </w:trPr>
        <w:tc>
          <w:tcPr>
            <w:tcW w:w="2200" w:type="dxa"/>
            <w:shd w:val="clear" w:color="auto" w:fill="E8EEF5"/>
            <w:tcMar>
              <w:top w:w="90" w:type="dxa"/>
              <w:left w:w="110" w:type="dxa"/>
              <w:bottom w:w="90" w:type="dxa"/>
              <w:right w:w="110" w:type="dxa"/>
            </w:tcMar>
            <w:vAlign w:val="center"/>
          </w:tcPr>
          <w:p w14:paraId="45089270" w14:textId="77777777" w:rsidR="00D56AFB" w:rsidRPr="00CD2577" w:rsidRDefault="00B80BC3" w:rsidP="004B2CD6">
            <w:pPr>
              <w:spacing w:after="30" w:line="240" w:lineRule="auto"/>
              <w:jc w:val="both"/>
              <w:rPr>
                <w:color w:val="000000" w:themeColor="text1"/>
              </w:rPr>
            </w:pPr>
            <w:proofErr w:type="spellStart"/>
            <w:r w:rsidRPr="00CD2577">
              <w:rPr>
                <w:b/>
                <w:color w:val="000000" w:themeColor="text1"/>
                <w:sz w:val="18"/>
              </w:rPr>
              <w:t>Âmbito</w:t>
            </w:r>
            <w:proofErr w:type="spellEnd"/>
          </w:p>
        </w:tc>
        <w:tc>
          <w:tcPr>
            <w:tcW w:w="7100" w:type="dxa"/>
            <w:tcMar>
              <w:top w:w="90" w:type="dxa"/>
              <w:left w:w="110" w:type="dxa"/>
              <w:bottom w:w="90" w:type="dxa"/>
              <w:right w:w="110" w:type="dxa"/>
            </w:tcMar>
            <w:vAlign w:val="center"/>
          </w:tcPr>
          <w:p w14:paraId="74E6A1E2" w14:textId="77777777" w:rsidR="00D56AFB" w:rsidRPr="005931D4" w:rsidRDefault="00B80BC3" w:rsidP="004B2CD6">
            <w:pPr>
              <w:spacing w:after="30" w:line="240" w:lineRule="auto"/>
              <w:jc w:val="both"/>
              <w:rPr>
                <w:color w:val="000000" w:themeColor="text1"/>
                <w:lang w:val="pt-PT"/>
              </w:rPr>
            </w:pPr>
            <w:r w:rsidRPr="005931D4">
              <w:rPr>
                <w:color w:val="000000" w:themeColor="text1"/>
                <w:sz w:val="19"/>
                <w:lang w:val="pt-PT"/>
              </w:rPr>
              <w:t>☐ Nacional   ☐ Regional   ☐ Nacional e regional</w:t>
            </w:r>
          </w:p>
        </w:tc>
      </w:tr>
      <w:tr w:rsidR="00CD2577" w:rsidRPr="006E2932" w14:paraId="2F3A0384" w14:textId="77777777">
        <w:trPr>
          <w:cantSplit/>
        </w:trPr>
        <w:tc>
          <w:tcPr>
            <w:tcW w:w="2200" w:type="dxa"/>
            <w:shd w:val="clear" w:color="auto" w:fill="E8EEF5"/>
            <w:tcMar>
              <w:top w:w="90" w:type="dxa"/>
              <w:left w:w="110" w:type="dxa"/>
              <w:bottom w:w="90" w:type="dxa"/>
              <w:right w:w="110" w:type="dxa"/>
            </w:tcMar>
            <w:vAlign w:val="center"/>
          </w:tcPr>
          <w:p w14:paraId="1CFBF166" w14:textId="0FAA44E0" w:rsidR="00D56AFB" w:rsidRPr="00671692" w:rsidRDefault="00B80BC3" w:rsidP="004B2CD6">
            <w:pPr>
              <w:spacing w:after="30" w:line="240" w:lineRule="auto"/>
              <w:jc w:val="both"/>
              <w:rPr>
                <w:color w:val="000000" w:themeColor="text1"/>
                <w:lang w:val="pt-PT"/>
              </w:rPr>
            </w:pPr>
            <w:r w:rsidRPr="00671692">
              <w:rPr>
                <w:b/>
                <w:color w:val="000000" w:themeColor="text1"/>
                <w:sz w:val="18"/>
                <w:lang w:val="pt-PT"/>
              </w:rPr>
              <w:t xml:space="preserve">Órgãos a que </w:t>
            </w:r>
            <w:r w:rsidR="00671692" w:rsidRPr="00671692">
              <w:rPr>
                <w:b/>
                <w:color w:val="000000" w:themeColor="text1"/>
                <w:sz w:val="18"/>
                <w:lang w:val="pt-PT"/>
              </w:rPr>
              <w:t>se candidata</w:t>
            </w:r>
          </w:p>
        </w:tc>
        <w:tc>
          <w:tcPr>
            <w:tcW w:w="7100" w:type="dxa"/>
            <w:tcMar>
              <w:top w:w="90" w:type="dxa"/>
              <w:left w:w="110" w:type="dxa"/>
              <w:bottom w:w="90" w:type="dxa"/>
              <w:right w:w="110" w:type="dxa"/>
            </w:tcMar>
            <w:vAlign w:val="center"/>
          </w:tcPr>
          <w:p w14:paraId="08689573" w14:textId="5A8FF066" w:rsidR="00D56AFB" w:rsidRPr="00671692" w:rsidRDefault="00D56AFB" w:rsidP="004B2CD6">
            <w:pPr>
              <w:spacing w:after="30" w:line="240" w:lineRule="auto"/>
              <w:jc w:val="both"/>
              <w:rPr>
                <w:color w:val="000000" w:themeColor="text1"/>
                <w:lang w:val="pt-PT"/>
              </w:rPr>
            </w:pPr>
          </w:p>
        </w:tc>
      </w:tr>
      <w:tr w:rsidR="00CD2577" w:rsidRPr="00CD2577" w14:paraId="5FE81266" w14:textId="77777777">
        <w:trPr>
          <w:cantSplit/>
        </w:trPr>
        <w:tc>
          <w:tcPr>
            <w:tcW w:w="2200" w:type="dxa"/>
            <w:shd w:val="clear" w:color="auto" w:fill="E8EEF5"/>
            <w:tcMar>
              <w:top w:w="90" w:type="dxa"/>
              <w:left w:w="110" w:type="dxa"/>
              <w:bottom w:w="90" w:type="dxa"/>
              <w:right w:w="110" w:type="dxa"/>
            </w:tcMar>
            <w:vAlign w:val="center"/>
          </w:tcPr>
          <w:p w14:paraId="5FA5B545" w14:textId="77777777" w:rsidR="00D56AFB" w:rsidRPr="00CD2577" w:rsidRDefault="00B80BC3" w:rsidP="004B2CD6">
            <w:pPr>
              <w:spacing w:after="30" w:line="240" w:lineRule="auto"/>
              <w:jc w:val="both"/>
              <w:rPr>
                <w:color w:val="000000" w:themeColor="text1"/>
              </w:rPr>
            </w:pPr>
            <w:r w:rsidRPr="00CD2577">
              <w:rPr>
                <w:b/>
                <w:color w:val="000000" w:themeColor="text1"/>
                <w:sz w:val="18"/>
              </w:rPr>
              <w:t>Secção(</w:t>
            </w:r>
            <w:proofErr w:type="spellStart"/>
            <w:r w:rsidRPr="00CD2577">
              <w:rPr>
                <w:b/>
                <w:color w:val="000000" w:themeColor="text1"/>
                <w:sz w:val="18"/>
              </w:rPr>
              <w:t>ões</w:t>
            </w:r>
            <w:proofErr w:type="spellEnd"/>
            <w:r w:rsidRPr="00CD2577">
              <w:rPr>
                <w:b/>
                <w:color w:val="000000" w:themeColor="text1"/>
                <w:sz w:val="18"/>
              </w:rPr>
              <w:t>) regional(is)</w:t>
            </w:r>
          </w:p>
        </w:tc>
        <w:tc>
          <w:tcPr>
            <w:tcW w:w="7100" w:type="dxa"/>
            <w:tcMar>
              <w:top w:w="90" w:type="dxa"/>
              <w:left w:w="110" w:type="dxa"/>
              <w:bottom w:w="90" w:type="dxa"/>
              <w:right w:w="110" w:type="dxa"/>
            </w:tcMar>
            <w:vAlign w:val="center"/>
          </w:tcPr>
          <w:p w14:paraId="7327FB7E" w14:textId="5F066FAA" w:rsidR="00D56AFB" w:rsidRPr="00CD2577" w:rsidRDefault="00D56AFB" w:rsidP="004B2CD6">
            <w:pPr>
              <w:spacing w:after="30" w:line="240" w:lineRule="auto"/>
              <w:jc w:val="both"/>
              <w:rPr>
                <w:color w:val="000000" w:themeColor="text1"/>
              </w:rPr>
            </w:pPr>
          </w:p>
        </w:tc>
      </w:tr>
      <w:tr w:rsidR="00CD2577" w:rsidRPr="00CD2577" w14:paraId="77B0D455" w14:textId="77777777">
        <w:trPr>
          <w:cantSplit/>
        </w:trPr>
        <w:tc>
          <w:tcPr>
            <w:tcW w:w="2200" w:type="dxa"/>
            <w:shd w:val="clear" w:color="auto" w:fill="E8EEF5"/>
            <w:tcMar>
              <w:top w:w="90" w:type="dxa"/>
              <w:left w:w="110" w:type="dxa"/>
              <w:bottom w:w="90" w:type="dxa"/>
              <w:right w:w="110" w:type="dxa"/>
            </w:tcMar>
            <w:vAlign w:val="center"/>
          </w:tcPr>
          <w:p w14:paraId="6516B608" w14:textId="77777777" w:rsidR="00D56AFB" w:rsidRPr="00CD2577" w:rsidRDefault="00B80BC3" w:rsidP="004B2CD6">
            <w:pPr>
              <w:spacing w:after="30" w:line="240" w:lineRule="auto"/>
              <w:jc w:val="both"/>
              <w:rPr>
                <w:color w:val="000000" w:themeColor="text1"/>
              </w:rPr>
            </w:pPr>
            <w:r w:rsidRPr="00CD2577">
              <w:rPr>
                <w:b/>
                <w:color w:val="000000" w:themeColor="text1"/>
                <w:sz w:val="18"/>
              </w:rPr>
              <w:t>Delegado/a</w:t>
            </w:r>
          </w:p>
        </w:tc>
        <w:tc>
          <w:tcPr>
            <w:tcW w:w="7100" w:type="dxa"/>
            <w:tcMar>
              <w:top w:w="90" w:type="dxa"/>
              <w:left w:w="110" w:type="dxa"/>
              <w:bottom w:w="90" w:type="dxa"/>
              <w:right w:w="110" w:type="dxa"/>
            </w:tcMar>
            <w:vAlign w:val="center"/>
          </w:tcPr>
          <w:p w14:paraId="33524F16" w14:textId="14F6BB34" w:rsidR="00D56AFB" w:rsidRPr="00CD2577" w:rsidRDefault="00D56AFB" w:rsidP="004B2CD6">
            <w:pPr>
              <w:spacing w:after="30" w:line="240" w:lineRule="auto"/>
              <w:jc w:val="both"/>
              <w:rPr>
                <w:color w:val="000000" w:themeColor="text1"/>
              </w:rPr>
            </w:pPr>
          </w:p>
        </w:tc>
      </w:tr>
      <w:tr w:rsidR="00CD2577" w:rsidRPr="00CD2577" w14:paraId="43B41398" w14:textId="77777777">
        <w:trPr>
          <w:cantSplit/>
        </w:trPr>
        <w:tc>
          <w:tcPr>
            <w:tcW w:w="2200" w:type="dxa"/>
            <w:shd w:val="clear" w:color="auto" w:fill="E8EEF5"/>
            <w:tcMar>
              <w:top w:w="90" w:type="dxa"/>
              <w:left w:w="110" w:type="dxa"/>
              <w:bottom w:w="90" w:type="dxa"/>
              <w:right w:w="110" w:type="dxa"/>
            </w:tcMar>
            <w:vAlign w:val="center"/>
          </w:tcPr>
          <w:p w14:paraId="55CEBCCF" w14:textId="77777777" w:rsidR="00D56AFB" w:rsidRPr="00CD2577" w:rsidRDefault="00B80BC3" w:rsidP="004B2CD6">
            <w:pPr>
              <w:spacing w:after="30" w:line="240" w:lineRule="auto"/>
              <w:jc w:val="both"/>
              <w:rPr>
                <w:color w:val="000000" w:themeColor="text1"/>
              </w:rPr>
            </w:pPr>
            <w:proofErr w:type="gramStart"/>
            <w:r w:rsidRPr="00CD2577">
              <w:rPr>
                <w:b/>
                <w:color w:val="000000" w:themeColor="text1"/>
                <w:sz w:val="18"/>
              </w:rPr>
              <w:t>N.º</w:t>
            </w:r>
            <w:proofErr w:type="gramEnd"/>
            <w:r w:rsidRPr="00CD2577">
              <w:rPr>
                <w:b/>
                <w:color w:val="000000" w:themeColor="text1"/>
                <w:sz w:val="18"/>
              </w:rPr>
              <w:t xml:space="preserve"> de </w:t>
            </w:r>
            <w:proofErr w:type="spellStart"/>
            <w:r w:rsidRPr="00CD2577">
              <w:rPr>
                <w:b/>
                <w:color w:val="000000" w:themeColor="text1"/>
                <w:sz w:val="18"/>
              </w:rPr>
              <w:t>membro</w:t>
            </w:r>
            <w:proofErr w:type="spellEnd"/>
          </w:p>
        </w:tc>
        <w:tc>
          <w:tcPr>
            <w:tcW w:w="7100" w:type="dxa"/>
            <w:tcMar>
              <w:top w:w="90" w:type="dxa"/>
              <w:left w:w="110" w:type="dxa"/>
              <w:bottom w:w="90" w:type="dxa"/>
              <w:right w:w="110" w:type="dxa"/>
            </w:tcMar>
            <w:vAlign w:val="center"/>
          </w:tcPr>
          <w:p w14:paraId="772E3BAB" w14:textId="587889B0" w:rsidR="00D56AFB" w:rsidRPr="00CD2577" w:rsidRDefault="00D56AFB" w:rsidP="004B2CD6">
            <w:pPr>
              <w:spacing w:after="30" w:line="240" w:lineRule="auto"/>
              <w:jc w:val="both"/>
              <w:rPr>
                <w:color w:val="000000" w:themeColor="text1"/>
              </w:rPr>
            </w:pPr>
          </w:p>
        </w:tc>
      </w:tr>
      <w:tr w:rsidR="00CD2577" w:rsidRPr="00CD2577" w14:paraId="16113BC8" w14:textId="77777777">
        <w:trPr>
          <w:cantSplit/>
        </w:trPr>
        <w:tc>
          <w:tcPr>
            <w:tcW w:w="2200" w:type="dxa"/>
            <w:shd w:val="clear" w:color="auto" w:fill="E8EEF5"/>
            <w:tcMar>
              <w:top w:w="90" w:type="dxa"/>
              <w:left w:w="110" w:type="dxa"/>
              <w:bottom w:w="90" w:type="dxa"/>
              <w:right w:w="110" w:type="dxa"/>
            </w:tcMar>
            <w:vAlign w:val="center"/>
          </w:tcPr>
          <w:p w14:paraId="6E608D73" w14:textId="77777777" w:rsidR="00D56AFB" w:rsidRPr="00CD2577" w:rsidRDefault="00B80BC3" w:rsidP="004B2CD6">
            <w:pPr>
              <w:spacing w:after="30" w:line="240" w:lineRule="auto"/>
              <w:jc w:val="both"/>
              <w:rPr>
                <w:color w:val="000000" w:themeColor="text1"/>
              </w:rPr>
            </w:pPr>
            <w:r w:rsidRPr="00CD2577">
              <w:rPr>
                <w:b/>
                <w:color w:val="000000" w:themeColor="text1"/>
                <w:sz w:val="18"/>
              </w:rPr>
              <w:t xml:space="preserve">Contacto </w:t>
            </w:r>
            <w:proofErr w:type="spellStart"/>
            <w:r w:rsidRPr="00CD2577">
              <w:rPr>
                <w:b/>
                <w:color w:val="000000" w:themeColor="text1"/>
                <w:sz w:val="18"/>
              </w:rPr>
              <w:t>telefónico</w:t>
            </w:r>
            <w:proofErr w:type="spellEnd"/>
          </w:p>
        </w:tc>
        <w:tc>
          <w:tcPr>
            <w:tcW w:w="7100" w:type="dxa"/>
            <w:tcMar>
              <w:top w:w="90" w:type="dxa"/>
              <w:left w:w="110" w:type="dxa"/>
              <w:bottom w:w="90" w:type="dxa"/>
              <w:right w:w="110" w:type="dxa"/>
            </w:tcMar>
            <w:vAlign w:val="center"/>
          </w:tcPr>
          <w:p w14:paraId="091F6FD0" w14:textId="23470FF0" w:rsidR="00D56AFB" w:rsidRPr="00CD2577" w:rsidRDefault="00D56AFB" w:rsidP="004B2CD6">
            <w:pPr>
              <w:spacing w:after="30" w:line="240" w:lineRule="auto"/>
              <w:jc w:val="both"/>
              <w:rPr>
                <w:color w:val="000000" w:themeColor="text1"/>
              </w:rPr>
            </w:pPr>
          </w:p>
        </w:tc>
      </w:tr>
      <w:tr w:rsidR="00D56AFB" w:rsidRPr="00CD2577" w14:paraId="1699C028" w14:textId="77777777">
        <w:trPr>
          <w:cantSplit/>
        </w:trPr>
        <w:tc>
          <w:tcPr>
            <w:tcW w:w="2200" w:type="dxa"/>
            <w:shd w:val="clear" w:color="auto" w:fill="E8EEF5"/>
            <w:tcMar>
              <w:top w:w="90" w:type="dxa"/>
              <w:left w:w="110" w:type="dxa"/>
              <w:bottom w:w="90" w:type="dxa"/>
              <w:right w:w="110" w:type="dxa"/>
            </w:tcMar>
            <w:vAlign w:val="center"/>
          </w:tcPr>
          <w:p w14:paraId="2E2F2A7E" w14:textId="77777777" w:rsidR="00D56AFB" w:rsidRPr="00CD2577" w:rsidRDefault="00B80BC3" w:rsidP="004B2CD6">
            <w:pPr>
              <w:spacing w:after="30" w:line="240" w:lineRule="auto"/>
              <w:jc w:val="both"/>
              <w:rPr>
                <w:color w:val="000000" w:themeColor="text1"/>
              </w:rPr>
            </w:pPr>
            <w:proofErr w:type="spellStart"/>
            <w:r w:rsidRPr="00CD2577">
              <w:rPr>
                <w:b/>
                <w:color w:val="000000" w:themeColor="text1"/>
                <w:sz w:val="18"/>
              </w:rPr>
              <w:t>Correio</w:t>
            </w:r>
            <w:proofErr w:type="spellEnd"/>
            <w:r w:rsidRPr="00CD2577">
              <w:rPr>
                <w:b/>
                <w:color w:val="000000" w:themeColor="text1"/>
                <w:sz w:val="18"/>
              </w:rPr>
              <w:t xml:space="preserve"> </w:t>
            </w:r>
            <w:proofErr w:type="spellStart"/>
            <w:r w:rsidRPr="00CD2577">
              <w:rPr>
                <w:b/>
                <w:color w:val="000000" w:themeColor="text1"/>
                <w:sz w:val="18"/>
              </w:rPr>
              <w:t>eletrónico</w:t>
            </w:r>
            <w:proofErr w:type="spellEnd"/>
          </w:p>
        </w:tc>
        <w:tc>
          <w:tcPr>
            <w:tcW w:w="7100" w:type="dxa"/>
            <w:tcMar>
              <w:top w:w="90" w:type="dxa"/>
              <w:left w:w="110" w:type="dxa"/>
              <w:bottom w:w="90" w:type="dxa"/>
              <w:right w:w="110" w:type="dxa"/>
            </w:tcMar>
            <w:vAlign w:val="center"/>
          </w:tcPr>
          <w:p w14:paraId="627DFE83" w14:textId="783B2C59" w:rsidR="00D56AFB" w:rsidRPr="00CD2577" w:rsidRDefault="00D56AFB" w:rsidP="004B2CD6">
            <w:pPr>
              <w:spacing w:after="30" w:line="240" w:lineRule="auto"/>
              <w:jc w:val="both"/>
              <w:rPr>
                <w:color w:val="000000" w:themeColor="text1"/>
              </w:rPr>
            </w:pPr>
          </w:p>
        </w:tc>
      </w:tr>
    </w:tbl>
    <w:p w14:paraId="236D8CD5" w14:textId="77777777" w:rsidR="00D56AFB" w:rsidRPr="00CD2577" w:rsidRDefault="00D56AFB" w:rsidP="004B2CD6">
      <w:pPr>
        <w:spacing w:after="20"/>
        <w:jc w:val="both"/>
        <w:rPr>
          <w:color w:val="000000" w:themeColor="text1"/>
        </w:rPr>
      </w:pPr>
    </w:p>
    <w:p w14:paraId="3CC09A1A" w14:textId="77777777" w:rsidR="00D56AFB" w:rsidRPr="00CD2577" w:rsidRDefault="00B80BC3" w:rsidP="004B2CD6">
      <w:pPr>
        <w:pStyle w:val="Ttulo2"/>
        <w:jc w:val="both"/>
        <w:rPr>
          <w:color w:val="000000" w:themeColor="text1"/>
        </w:rPr>
      </w:pPr>
      <w:proofErr w:type="spellStart"/>
      <w:r w:rsidRPr="00CD2577">
        <w:rPr>
          <w:color w:val="000000" w:themeColor="text1"/>
        </w:rPr>
        <w:t>Documentos</w:t>
      </w:r>
      <w:proofErr w:type="spellEnd"/>
      <w:r w:rsidRPr="00CD2577">
        <w:rPr>
          <w:color w:val="000000" w:themeColor="text1"/>
        </w:rPr>
        <w:t xml:space="preserve"> </w:t>
      </w:r>
      <w:proofErr w:type="spellStart"/>
      <w:r w:rsidRPr="00CD2577">
        <w:rPr>
          <w:color w:val="000000" w:themeColor="text1"/>
        </w:rPr>
        <w:t>que</w:t>
      </w:r>
      <w:proofErr w:type="spellEnd"/>
      <w:r w:rsidRPr="00CD2577">
        <w:rPr>
          <w:color w:val="000000" w:themeColor="text1"/>
        </w:rPr>
        <w:t xml:space="preserve"> </w:t>
      </w:r>
      <w:proofErr w:type="spellStart"/>
      <w:r w:rsidRPr="00CD2577">
        <w:rPr>
          <w:color w:val="000000" w:themeColor="text1"/>
        </w:rPr>
        <w:t>integram</w:t>
      </w:r>
      <w:proofErr w:type="spellEnd"/>
      <w:r w:rsidRPr="00CD2577">
        <w:rPr>
          <w:color w:val="000000" w:themeColor="text1"/>
        </w:rPr>
        <w:t xml:space="preserve"> a </w:t>
      </w:r>
      <w:proofErr w:type="spellStart"/>
      <w:r w:rsidRPr="00CD2577">
        <w:rPr>
          <w:color w:val="000000" w:themeColor="text1"/>
        </w:rPr>
        <w:t>candidatura</w:t>
      </w:r>
      <w:proofErr w:type="spellEnd"/>
    </w:p>
    <w:tbl>
      <w:tblPr>
        <w:tblStyle w:val="TabelacomGrelha"/>
        <w:tblW w:w="9300" w:type="dxa"/>
        <w:tblInd w:w="110" w:type="dxa"/>
        <w:tblLayout w:type="fixed"/>
        <w:tblLook w:val="04A0" w:firstRow="1" w:lastRow="0" w:firstColumn="1" w:lastColumn="0" w:noHBand="0" w:noVBand="1"/>
      </w:tblPr>
      <w:tblGrid>
        <w:gridCol w:w="1276"/>
        <w:gridCol w:w="924"/>
        <w:gridCol w:w="5800"/>
        <w:gridCol w:w="1300"/>
      </w:tblGrid>
      <w:tr w:rsidR="00FB0A27" w:rsidRPr="00FB0A27" w14:paraId="47C5895D" w14:textId="77777777" w:rsidTr="00FB0A27">
        <w:trPr>
          <w:tblHeader/>
        </w:trPr>
        <w:tc>
          <w:tcPr>
            <w:tcW w:w="1276" w:type="dxa"/>
            <w:shd w:val="clear" w:color="auto" w:fill="17365D"/>
            <w:tcMar>
              <w:top w:w="90" w:type="dxa"/>
              <w:left w:w="110" w:type="dxa"/>
              <w:bottom w:w="90" w:type="dxa"/>
              <w:right w:w="110" w:type="dxa"/>
            </w:tcMar>
            <w:vAlign w:val="center"/>
          </w:tcPr>
          <w:p w14:paraId="43E49F4D" w14:textId="77777777" w:rsidR="00D56AFB" w:rsidRPr="00FB0A27" w:rsidRDefault="00B80BC3" w:rsidP="004B2CD6">
            <w:pPr>
              <w:spacing w:after="30" w:line="240" w:lineRule="auto"/>
              <w:jc w:val="both"/>
              <w:rPr>
                <w:color w:val="FFFFFF" w:themeColor="background1"/>
              </w:rPr>
            </w:pPr>
            <w:proofErr w:type="spellStart"/>
            <w:r w:rsidRPr="00FB0A27">
              <w:rPr>
                <w:b/>
                <w:color w:val="FFFFFF" w:themeColor="background1"/>
                <w:sz w:val="17"/>
              </w:rPr>
              <w:t>Confirmação</w:t>
            </w:r>
            <w:proofErr w:type="spellEnd"/>
          </w:p>
        </w:tc>
        <w:tc>
          <w:tcPr>
            <w:tcW w:w="6724" w:type="dxa"/>
            <w:gridSpan w:val="2"/>
            <w:shd w:val="clear" w:color="auto" w:fill="17365D"/>
            <w:tcMar>
              <w:top w:w="90" w:type="dxa"/>
              <w:left w:w="110" w:type="dxa"/>
              <w:bottom w:w="90" w:type="dxa"/>
              <w:right w:w="110" w:type="dxa"/>
            </w:tcMar>
            <w:vAlign w:val="center"/>
          </w:tcPr>
          <w:p w14:paraId="34C02E3B" w14:textId="77777777" w:rsidR="00D56AFB" w:rsidRPr="00FB0A27" w:rsidRDefault="00B80BC3" w:rsidP="004B2CD6">
            <w:pPr>
              <w:spacing w:after="30" w:line="240" w:lineRule="auto"/>
              <w:jc w:val="both"/>
              <w:rPr>
                <w:color w:val="FFFFFF" w:themeColor="background1"/>
              </w:rPr>
            </w:pPr>
            <w:proofErr w:type="spellStart"/>
            <w:r w:rsidRPr="00FB0A27">
              <w:rPr>
                <w:b/>
                <w:color w:val="FFFFFF" w:themeColor="background1"/>
                <w:sz w:val="17"/>
              </w:rPr>
              <w:t>Documento</w:t>
            </w:r>
            <w:proofErr w:type="spellEnd"/>
          </w:p>
        </w:tc>
        <w:tc>
          <w:tcPr>
            <w:tcW w:w="1300" w:type="dxa"/>
            <w:shd w:val="clear" w:color="auto" w:fill="17365D"/>
            <w:tcMar>
              <w:top w:w="90" w:type="dxa"/>
              <w:left w:w="110" w:type="dxa"/>
              <w:bottom w:w="90" w:type="dxa"/>
              <w:right w:w="110" w:type="dxa"/>
            </w:tcMar>
            <w:vAlign w:val="center"/>
          </w:tcPr>
          <w:p w14:paraId="4BBA5E6E" w14:textId="77777777" w:rsidR="00D56AFB" w:rsidRPr="00FB0A27" w:rsidRDefault="00B80BC3" w:rsidP="004B2CD6">
            <w:pPr>
              <w:spacing w:after="30" w:line="240" w:lineRule="auto"/>
              <w:jc w:val="both"/>
              <w:rPr>
                <w:color w:val="FFFFFF" w:themeColor="background1"/>
              </w:rPr>
            </w:pPr>
            <w:proofErr w:type="spellStart"/>
            <w:r w:rsidRPr="00FB0A27">
              <w:rPr>
                <w:b/>
                <w:color w:val="FFFFFF" w:themeColor="background1"/>
                <w:sz w:val="17"/>
              </w:rPr>
              <w:t>Páginas</w:t>
            </w:r>
            <w:proofErr w:type="spellEnd"/>
          </w:p>
        </w:tc>
      </w:tr>
      <w:tr w:rsidR="00CD2577" w:rsidRPr="006E2932" w14:paraId="7536303C" w14:textId="77777777" w:rsidTr="00FB0A27">
        <w:tc>
          <w:tcPr>
            <w:tcW w:w="1276" w:type="dxa"/>
            <w:tcMar>
              <w:top w:w="90" w:type="dxa"/>
              <w:left w:w="110" w:type="dxa"/>
              <w:bottom w:w="90" w:type="dxa"/>
              <w:right w:w="110" w:type="dxa"/>
            </w:tcMar>
            <w:vAlign w:val="center"/>
          </w:tcPr>
          <w:p w14:paraId="003381BE" w14:textId="77777777" w:rsidR="00D56AFB" w:rsidRPr="00CD2577" w:rsidRDefault="00B80BC3" w:rsidP="004B2CD6">
            <w:pPr>
              <w:spacing w:after="30" w:line="240" w:lineRule="auto"/>
              <w:jc w:val="both"/>
              <w:rPr>
                <w:color w:val="000000" w:themeColor="text1"/>
              </w:rPr>
            </w:pPr>
            <w:r w:rsidRPr="00CD2577">
              <w:rPr>
                <w:color w:val="000000" w:themeColor="text1"/>
                <w:sz w:val="22"/>
              </w:rPr>
              <w:t>☐</w:t>
            </w:r>
          </w:p>
        </w:tc>
        <w:tc>
          <w:tcPr>
            <w:tcW w:w="6724" w:type="dxa"/>
            <w:gridSpan w:val="2"/>
            <w:tcMar>
              <w:top w:w="90" w:type="dxa"/>
              <w:left w:w="110" w:type="dxa"/>
              <w:bottom w:w="90" w:type="dxa"/>
              <w:right w:w="110" w:type="dxa"/>
            </w:tcMar>
            <w:vAlign w:val="center"/>
          </w:tcPr>
          <w:p w14:paraId="5304F80A" w14:textId="77777777" w:rsidR="00D56AFB" w:rsidRPr="005931D4" w:rsidRDefault="00B80BC3" w:rsidP="004B2CD6">
            <w:pPr>
              <w:spacing w:after="30" w:line="240" w:lineRule="auto"/>
              <w:jc w:val="both"/>
              <w:rPr>
                <w:color w:val="000000" w:themeColor="text1"/>
                <w:lang w:val="pt-PT"/>
              </w:rPr>
            </w:pPr>
            <w:r w:rsidRPr="005931D4">
              <w:rPr>
                <w:color w:val="000000" w:themeColor="text1"/>
                <w:sz w:val="17"/>
                <w:lang w:val="pt-PT"/>
              </w:rPr>
              <w:t>Lista(s) de candidatos individualizada(s) por órgão</w:t>
            </w:r>
          </w:p>
        </w:tc>
        <w:tc>
          <w:tcPr>
            <w:tcW w:w="1300" w:type="dxa"/>
            <w:tcMar>
              <w:top w:w="90" w:type="dxa"/>
              <w:left w:w="110" w:type="dxa"/>
              <w:bottom w:w="90" w:type="dxa"/>
              <w:right w:w="110" w:type="dxa"/>
            </w:tcMar>
            <w:vAlign w:val="center"/>
          </w:tcPr>
          <w:p w14:paraId="00AC834F" w14:textId="77777777" w:rsidR="00D56AFB" w:rsidRPr="005931D4" w:rsidRDefault="00B80BC3" w:rsidP="004B2CD6">
            <w:pPr>
              <w:spacing w:after="30" w:line="240" w:lineRule="auto"/>
              <w:jc w:val="both"/>
              <w:rPr>
                <w:color w:val="000000" w:themeColor="text1"/>
                <w:lang w:val="pt-PT"/>
              </w:rPr>
            </w:pPr>
            <w:r w:rsidRPr="005931D4">
              <w:rPr>
                <w:color w:val="000000" w:themeColor="text1"/>
                <w:lang w:val="pt-PT"/>
              </w:rPr>
              <w:t xml:space="preserve"> </w:t>
            </w:r>
          </w:p>
        </w:tc>
      </w:tr>
      <w:tr w:rsidR="00CD2577" w:rsidRPr="006E2932" w14:paraId="295CE1E1" w14:textId="77777777" w:rsidTr="00FB0A27">
        <w:tc>
          <w:tcPr>
            <w:tcW w:w="1276" w:type="dxa"/>
            <w:tcMar>
              <w:top w:w="90" w:type="dxa"/>
              <w:left w:w="110" w:type="dxa"/>
              <w:bottom w:w="90" w:type="dxa"/>
              <w:right w:w="110" w:type="dxa"/>
            </w:tcMar>
            <w:vAlign w:val="center"/>
          </w:tcPr>
          <w:p w14:paraId="3AE55307" w14:textId="77777777" w:rsidR="00D56AFB" w:rsidRPr="00CD2577" w:rsidRDefault="00B80BC3" w:rsidP="004B2CD6">
            <w:pPr>
              <w:spacing w:after="30" w:line="240" w:lineRule="auto"/>
              <w:jc w:val="both"/>
              <w:rPr>
                <w:color w:val="000000" w:themeColor="text1"/>
              </w:rPr>
            </w:pPr>
            <w:r w:rsidRPr="00CD2577">
              <w:rPr>
                <w:color w:val="000000" w:themeColor="text1"/>
                <w:sz w:val="22"/>
              </w:rPr>
              <w:t>☐</w:t>
            </w:r>
          </w:p>
        </w:tc>
        <w:tc>
          <w:tcPr>
            <w:tcW w:w="6724" w:type="dxa"/>
            <w:gridSpan w:val="2"/>
            <w:tcMar>
              <w:top w:w="90" w:type="dxa"/>
              <w:left w:w="110" w:type="dxa"/>
              <w:bottom w:w="90" w:type="dxa"/>
              <w:right w:w="110" w:type="dxa"/>
            </w:tcMar>
            <w:vAlign w:val="center"/>
          </w:tcPr>
          <w:p w14:paraId="0AAF01B2" w14:textId="77777777" w:rsidR="00D56AFB" w:rsidRPr="005931D4" w:rsidRDefault="00B80BC3" w:rsidP="004B2CD6">
            <w:pPr>
              <w:spacing w:after="30" w:line="240" w:lineRule="auto"/>
              <w:jc w:val="both"/>
              <w:rPr>
                <w:color w:val="000000" w:themeColor="text1"/>
                <w:lang w:val="pt-PT"/>
              </w:rPr>
            </w:pPr>
            <w:r w:rsidRPr="005931D4">
              <w:rPr>
                <w:color w:val="000000" w:themeColor="text1"/>
                <w:sz w:val="17"/>
                <w:lang w:val="pt-PT"/>
              </w:rPr>
              <w:t>Declarações individuais de aceitação de todos os candidatos</w:t>
            </w:r>
          </w:p>
        </w:tc>
        <w:tc>
          <w:tcPr>
            <w:tcW w:w="1300" w:type="dxa"/>
            <w:tcMar>
              <w:top w:w="90" w:type="dxa"/>
              <w:left w:w="110" w:type="dxa"/>
              <w:bottom w:w="90" w:type="dxa"/>
              <w:right w:w="110" w:type="dxa"/>
            </w:tcMar>
            <w:vAlign w:val="center"/>
          </w:tcPr>
          <w:p w14:paraId="76E0CE72" w14:textId="77777777" w:rsidR="00D56AFB" w:rsidRPr="005931D4" w:rsidRDefault="00B80BC3" w:rsidP="004B2CD6">
            <w:pPr>
              <w:spacing w:after="30" w:line="240" w:lineRule="auto"/>
              <w:jc w:val="both"/>
              <w:rPr>
                <w:color w:val="000000" w:themeColor="text1"/>
                <w:lang w:val="pt-PT"/>
              </w:rPr>
            </w:pPr>
            <w:r w:rsidRPr="005931D4">
              <w:rPr>
                <w:color w:val="000000" w:themeColor="text1"/>
                <w:lang w:val="pt-PT"/>
              </w:rPr>
              <w:t xml:space="preserve"> </w:t>
            </w:r>
          </w:p>
        </w:tc>
      </w:tr>
      <w:tr w:rsidR="00CD2577" w:rsidRPr="006E2932" w14:paraId="005C2EED" w14:textId="77777777" w:rsidTr="00FB0A27">
        <w:tc>
          <w:tcPr>
            <w:tcW w:w="1276" w:type="dxa"/>
            <w:tcMar>
              <w:top w:w="90" w:type="dxa"/>
              <w:left w:w="110" w:type="dxa"/>
              <w:bottom w:w="90" w:type="dxa"/>
              <w:right w:w="110" w:type="dxa"/>
            </w:tcMar>
            <w:vAlign w:val="center"/>
          </w:tcPr>
          <w:p w14:paraId="6B522EF5" w14:textId="77777777" w:rsidR="00D56AFB" w:rsidRPr="00CD2577" w:rsidRDefault="00B80BC3" w:rsidP="004B2CD6">
            <w:pPr>
              <w:spacing w:after="30" w:line="240" w:lineRule="auto"/>
              <w:jc w:val="both"/>
              <w:rPr>
                <w:color w:val="000000" w:themeColor="text1"/>
              </w:rPr>
            </w:pPr>
            <w:r w:rsidRPr="00CD2577">
              <w:rPr>
                <w:color w:val="000000" w:themeColor="text1"/>
                <w:sz w:val="22"/>
              </w:rPr>
              <w:t>☐</w:t>
            </w:r>
          </w:p>
        </w:tc>
        <w:tc>
          <w:tcPr>
            <w:tcW w:w="6724" w:type="dxa"/>
            <w:gridSpan w:val="2"/>
            <w:tcMar>
              <w:top w:w="90" w:type="dxa"/>
              <w:left w:w="110" w:type="dxa"/>
              <w:bottom w:w="90" w:type="dxa"/>
              <w:right w:w="110" w:type="dxa"/>
            </w:tcMar>
            <w:vAlign w:val="center"/>
          </w:tcPr>
          <w:p w14:paraId="4AE04C03" w14:textId="77777777" w:rsidR="00D56AFB" w:rsidRPr="005931D4" w:rsidRDefault="00B80BC3" w:rsidP="004B2CD6">
            <w:pPr>
              <w:spacing w:after="30" w:line="240" w:lineRule="auto"/>
              <w:jc w:val="both"/>
              <w:rPr>
                <w:color w:val="000000" w:themeColor="text1"/>
                <w:lang w:val="pt-PT"/>
              </w:rPr>
            </w:pPr>
            <w:r w:rsidRPr="005931D4">
              <w:rPr>
                <w:color w:val="000000" w:themeColor="text1"/>
                <w:sz w:val="17"/>
                <w:lang w:val="pt-PT"/>
              </w:rPr>
              <w:t>Declarações de inexistência de incompatibilidades, quando aplicável</w:t>
            </w:r>
          </w:p>
        </w:tc>
        <w:tc>
          <w:tcPr>
            <w:tcW w:w="1300" w:type="dxa"/>
            <w:tcMar>
              <w:top w:w="90" w:type="dxa"/>
              <w:left w:w="110" w:type="dxa"/>
              <w:bottom w:w="90" w:type="dxa"/>
              <w:right w:w="110" w:type="dxa"/>
            </w:tcMar>
            <w:vAlign w:val="center"/>
          </w:tcPr>
          <w:p w14:paraId="19D0F538" w14:textId="77777777" w:rsidR="00D56AFB" w:rsidRPr="005931D4" w:rsidRDefault="00B80BC3" w:rsidP="004B2CD6">
            <w:pPr>
              <w:spacing w:after="30" w:line="240" w:lineRule="auto"/>
              <w:jc w:val="both"/>
              <w:rPr>
                <w:color w:val="000000" w:themeColor="text1"/>
                <w:lang w:val="pt-PT"/>
              </w:rPr>
            </w:pPr>
            <w:r w:rsidRPr="005931D4">
              <w:rPr>
                <w:color w:val="000000" w:themeColor="text1"/>
                <w:lang w:val="pt-PT"/>
              </w:rPr>
              <w:t xml:space="preserve"> </w:t>
            </w:r>
          </w:p>
        </w:tc>
      </w:tr>
      <w:tr w:rsidR="00CD2577" w:rsidRPr="006E2932" w14:paraId="5241252A" w14:textId="77777777" w:rsidTr="00FB0A27">
        <w:tc>
          <w:tcPr>
            <w:tcW w:w="1276" w:type="dxa"/>
            <w:tcMar>
              <w:top w:w="90" w:type="dxa"/>
              <w:left w:w="110" w:type="dxa"/>
              <w:bottom w:w="90" w:type="dxa"/>
              <w:right w:w="110" w:type="dxa"/>
            </w:tcMar>
            <w:vAlign w:val="center"/>
          </w:tcPr>
          <w:p w14:paraId="6B80FBCF" w14:textId="77777777" w:rsidR="00D56AFB" w:rsidRPr="00CD2577" w:rsidRDefault="00B80BC3" w:rsidP="004B2CD6">
            <w:pPr>
              <w:spacing w:after="30" w:line="240" w:lineRule="auto"/>
              <w:jc w:val="both"/>
              <w:rPr>
                <w:color w:val="000000" w:themeColor="text1"/>
              </w:rPr>
            </w:pPr>
            <w:r w:rsidRPr="00CD2577">
              <w:rPr>
                <w:color w:val="000000" w:themeColor="text1"/>
                <w:sz w:val="22"/>
              </w:rPr>
              <w:t>☐</w:t>
            </w:r>
          </w:p>
        </w:tc>
        <w:tc>
          <w:tcPr>
            <w:tcW w:w="6724" w:type="dxa"/>
            <w:gridSpan w:val="2"/>
            <w:tcMar>
              <w:top w:w="90" w:type="dxa"/>
              <w:left w:w="110" w:type="dxa"/>
              <w:bottom w:w="90" w:type="dxa"/>
              <w:right w:w="110" w:type="dxa"/>
            </w:tcMar>
            <w:vAlign w:val="center"/>
          </w:tcPr>
          <w:p w14:paraId="4E491981" w14:textId="77777777" w:rsidR="00D56AFB" w:rsidRPr="005931D4" w:rsidRDefault="00B80BC3" w:rsidP="004B2CD6">
            <w:pPr>
              <w:spacing w:after="30" w:line="240" w:lineRule="auto"/>
              <w:jc w:val="both"/>
              <w:rPr>
                <w:color w:val="000000" w:themeColor="text1"/>
                <w:lang w:val="pt-PT"/>
              </w:rPr>
            </w:pPr>
            <w:r w:rsidRPr="005931D4">
              <w:rPr>
                <w:color w:val="000000" w:themeColor="text1"/>
                <w:sz w:val="17"/>
                <w:lang w:val="pt-PT"/>
              </w:rPr>
              <w:t>Declarações/documentos dos candidatos não membros, quando aplicável</w:t>
            </w:r>
          </w:p>
        </w:tc>
        <w:tc>
          <w:tcPr>
            <w:tcW w:w="1300" w:type="dxa"/>
            <w:tcMar>
              <w:top w:w="90" w:type="dxa"/>
              <w:left w:w="110" w:type="dxa"/>
              <w:bottom w:w="90" w:type="dxa"/>
              <w:right w:w="110" w:type="dxa"/>
            </w:tcMar>
            <w:vAlign w:val="center"/>
          </w:tcPr>
          <w:p w14:paraId="656441E7" w14:textId="77777777" w:rsidR="00D56AFB" w:rsidRPr="005931D4" w:rsidRDefault="00B80BC3" w:rsidP="004B2CD6">
            <w:pPr>
              <w:spacing w:after="30" w:line="240" w:lineRule="auto"/>
              <w:jc w:val="both"/>
              <w:rPr>
                <w:color w:val="000000" w:themeColor="text1"/>
                <w:lang w:val="pt-PT"/>
              </w:rPr>
            </w:pPr>
            <w:r w:rsidRPr="005931D4">
              <w:rPr>
                <w:color w:val="000000" w:themeColor="text1"/>
                <w:lang w:val="pt-PT"/>
              </w:rPr>
              <w:t xml:space="preserve"> </w:t>
            </w:r>
          </w:p>
        </w:tc>
      </w:tr>
      <w:tr w:rsidR="00CD2577" w:rsidRPr="006E2932" w14:paraId="4BA88CE4" w14:textId="77777777" w:rsidTr="00FB0A27">
        <w:tc>
          <w:tcPr>
            <w:tcW w:w="1276" w:type="dxa"/>
            <w:tcMar>
              <w:top w:w="90" w:type="dxa"/>
              <w:left w:w="110" w:type="dxa"/>
              <w:bottom w:w="90" w:type="dxa"/>
              <w:right w:w="110" w:type="dxa"/>
            </w:tcMar>
            <w:vAlign w:val="center"/>
          </w:tcPr>
          <w:p w14:paraId="283BABD4" w14:textId="77777777" w:rsidR="00D56AFB" w:rsidRPr="00CD2577" w:rsidRDefault="00B80BC3" w:rsidP="004B2CD6">
            <w:pPr>
              <w:spacing w:after="30" w:line="240" w:lineRule="auto"/>
              <w:jc w:val="both"/>
              <w:rPr>
                <w:color w:val="000000" w:themeColor="text1"/>
              </w:rPr>
            </w:pPr>
            <w:r w:rsidRPr="00CD2577">
              <w:rPr>
                <w:color w:val="000000" w:themeColor="text1"/>
                <w:sz w:val="22"/>
              </w:rPr>
              <w:t>☐</w:t>
            </w:r>
          </w:p>
        </w:tc>
        <w:tc>
          <w:tcPr>
            <w:tcW w:w="6724" w:type="dxa"/>
            <w:gridSpan w:val="2"/>
            <w:tcMar>
              <w:top w:w="90" w:type="dxa"/>
              <w:left w:w="110" w:type="dxa"/>
              <w:bottom w:w="90" w:type="dxa"/>
              <w:right w:w="110" w:type="dxa"/>
            </w:tcMar>
            <w:vAlign w:val="center"/>
          </w:tcPr>
          <w:p w14:paraId="143BA941" w14:textId="77777777" w:rsidR="00D56AFB" w:rsidRPr="005931D4" w:rsidRDefault="00B80BC3" w:rsidP="004B2CD6">
            <w:pPr>
              <w:spacing w:after="30" w:line="240" w:lineRule="auto"/>
              <w:jc w:val="both"/>
              <w:rPr>
                <w:color w:val="000000" w:themeColor="text1"/>
                <w:lang w:val="pt-PT"/>
              </w:rPr>
            </w:pPr>
            <w:r w:rsidRPr="005931D4">
              <w:rPr>
                <w:color w:val="000000" w:themeColor="text1"/>
                <w:sz w:val="17"/>
                <w:lang w:val="pt-PT"/>
              </w:rPr>
              <w:t>Declaração de candidatura conjunta, quando aplicável</w:t>
            </w:r>
          </w:p>
        </w:tc>
        <w:tc>
          <w:tcPr>
            <w:tcW w:w="1300" w:type="dxa"/>
            <w:tcMar>
              <w:top w:w="90" w:type="dxa"/>
              <w:left w:w="110" w:type="dxa"/>
              <w:bottom w:w="90" w:type="dxa"/>
              <w:right w:w="110" w:type="dxa"/>
            </w:tcMar>
            <w:vAlign w:val="center"/>
          </w:tcPr>
          <w:p w14:paraId="4FD8CFCB" w14:textId="77777777" w:rsidR="00D56AFB" w:rsidRPr="005931D4" w:rsidRDefault="00B80BC3" w:rsidP="004B2CD6">
            <w:pPr>
              <w:spacing w:after="30" w:line="240" w:lineRule="auto"/>
              <w:jc w:val="both"/>
              <w:rPr>
                <w:color w:val="000000" w:themeColor="text1"/>
                <w:lang w:val="pt-PT"/>
              </w:rPr>
            </w:pPr>
            <w:r w:rsidRPr="005931D4">
              <w:rPr>
                <w:color w:val="000000" w:themeColor="text1"/>
                <w:lang w:val="pt-PT"/>
              </w:rPr>
              <w:t xml:space="preserve"> </w:t>
            </w:r>
          </w:p>
        </w:tc>
      </w:tr>
      <w:tr w:rsidR="00CD2577" w:rsidRPr="006E2932" w14:paraId="1F671829" w14:textId="77777777" w:rsidTr="00FB0A27">
        <w:tc>
          <w:tcPr>
            <w:tcW w:w="1276" w:type="dxa"/>
            <w:tcMar>
              <w:top w:w="90" w:type="dxa"/>
              <w:left w:w="110" w:type="dxa"/>
              <w:bottom w:w="90" w:type="dxa"/>
              <w:right w:w="110" w:type="dxa"/>
            </w:tcMar>
            <w:vAlign w:val="center"/>
          </w:tcPr>
          <w:p w14:paraId="1C31E11F" w14:textId="77777777" w:rsidR="00D56AFB" w:rsidRPr="00CD2577" w:rsidRDefault="00B80BC3" w:rsidP="004B2CD6">
            <w:pPr>
              <w:spacing w:after="30" w:line="240" w:lineRule="auto"/>
              <w:jc w:val="both"/>
              <w:rPr>
                <w:color w:val="000000" w:themeColor="text1"/>
              </w:rPr>
            </w:pPr>
            <w:r w:rsidRPr="00CD2577">
              <w:rPr>
                <w:color w:val="000000" w:themeColor="text1"/>
                <w:sz w:val="22"/>
              </w:rPr>
              <w:t>☐</w:t>
            </w:r>
          </w:p>
        </w:tc>
        <w:tc>
          <w:tcPr>
            <w:tcW w:w="6724" w:type="dxa"/>
            <w:gridSpan w:val="2"/>
            <w:tcMar>
              <w:top w:w="90" w:type="dxa"/>
              <w:left w:w="110" w:type="dxa"/>
              <w:bottom w:w="90" w:type="dxa"/>
              <w:right w:w="110" w:type="dxa"/>
            </w:tcMar>
            <w:vAlign w:val="center"/>
          </w:tcPr>
          <w:p w14:paraId="40961104" w14:textId="77777777" w:rsidR="00D56AFB" w:rsidRPr="005931D4" w:rsidRDefault="00B80BC3" w:rsidP="004B2CD6">
            <w:pPr>
              <w:spacing w:after="30" w:line="240" w:lineRule="auto"/>
              <w:jc w:val="both"/>
              <w:rPr>
                <w:color w:val="000000" w:themeColor="text1"/>
                <w:lang w:val="pt-PT"/>
              </w:rPr>
            </w:pPr>
            <w:r w:rsidRPr="005931D4">
              <w:rPr>
                <w:color w:val="000000" w:themeColor="text1"/>
                <w:sz w:val="17"/>
                <w:lang w:val="pt-PT"/>
              </w:rPr>
              <w:t>Lista ou declarações dos subscritores</w:t>
            </w:r>
          </w:p>
        </w:tc>
        <w:tc>
          <w:tcPr>
            <w:tcW w:w="1300" w:type="dxa"/>
            <w:tcMar>
              <w:top w:w="90" w:type="dxa"/>
              <w:left w:w="110" w:type="dxa"/>
              <w:bottom w:w="90" w:type="dxa"/>
              <w:right w:w="110" w:type="dxa"/>
            </w:tcMar>
            <w:vAlign w:val="center"/>
          </w:tcPr>
          <w:p w14:paraId="5817AD7A" w14:textId="77777777" w:rsidR="00D56AFB" w:rsidRPr="005931D4" w:rsidRDefault="00B80BC3" w:rsidP="004B2CD6">
            <w:pPr>
              <w:spacing w:after="30" w:line="240" w:lineRule="auto"/>
              <w:jc w:val="both"/>
              <w:rPr>
                <w:color w:val="000000" w:themeColor="text1"/>
                <w:lang w:val="pt-PT"/>
              </w:rPr>
            </w:pPr>
            <w:r w:rsidRPr="005931D4">
              <w:rPr>
                <w:color w:val="000000" w:themeColor="text1"/>
                <w:lang w:val="pt-PT"/>
              </w:rPr>
              <w:t xml:space="preserve"> </w:t>
            </w:r>
          </w:p>
        </w:tc>
      </w:tr>
      <w:tr w:rsidR="00CD2577" w:rsidRPr="006E2932" w14:paraId="093A6DFA" w14:textId="77777777" w:rsidTr="00FB0A27">
        <w:tc>
          <w:tcPr>
            <w:tcW w:w="1276" w:type="dxa"/>
            <w:tcMar>
              <w:top w:w="90" w:type="dxa"/>
              <w:left w:w="110" w:type="dxa"/>
              <w:bottom w:w="90" w:type="dxa"/>
              <w:right w:w="110" w:type="dxa"/>
            </w:tcMar>
            <w:vAlign w:val="center"/>
          </w:tcPr>
          <w:p w14:paraId="51169384" w14:textId="77777777" w:rsidR="00D56AFB" w:rsidRPr="00CD2577" w:rsidRDefault="00B80BC3" w:rsidP="004B2CD6">
            <w:pPr>
              <w:spacing w:after="30" w:line="240" w:lineRule="auto"/>
              <w:jc w:val="both"/>
              <w:rPr>
                <w:color w:val="000000" w:themeColor="text1"/>
              </w:rPr>
            </w:pPr>
            <w:r w:rsidRPr="00CD2577">
              <w:rPr>
                <w:color w:val="000000" w:themeColor="text1"/>
                <w:sz w:val="22"/>
              </w:rPr>
              <w:t>☐</w:t>
            </w:r>
          </w:p>
        </w:tc>
        <w:tc>
          <w:tcPr>
            <w:tcW w:w="6724" w:type="dxa"/>
            <w:gridSpan w:val="2"/>
            <w:tcMar>
              <w:top w:w="90" w:type="dxa"/>
              <w:left w:w="110" w:type="dxa"/>
              <w:bottom w:w="90" w:type="dxa"/>
              <w:right w:w="110" w:type="dxa"/>
            </w:tcMar>
            <w:vAlign w:val="center"/>
          </w:tcPr>
          <w:p w14:paraId="6A2618C0" w14:textId="77777777" w:rsidR="00D56AFB" w:rsidRPr="005931D4" w:rsidRDefault="00B80BC3" w:rsidP="004B2CD6">
            <w:pPr>
              <w:spacing w:after="30" w:line="240" w:lineRule="auto"/>
              <w:jc w:val="both"/>
              <w:rPr>
                <w:color w:val="000000" w:themeColor="text1"/>
                <w:lang w:val="pt-PT"/>
              </w:rPr>
            </w:pPr>
            <w:r w:rsidRPr="005931D4">
              <w:rPr>
                <w:color w:val="000000" w:themeColor="text1"/>
                <w:sz w:val="17"/>
                <w:lang w:val="pt-PT"/>
              </w:rPr>
              <w:t>Designação e aceitação do delegado</w:t>
            </w:r>
          </w:p>
        </w:tc>
        <w:tc>
          <w:tcPr>
            <w:tcW w:w="1300" w:type="dxa"/>
            <w:tcMar>
              <w:top w:w="90" w:type="dxa"/>
              <w:left w:w="110" w:type="dxa"/>
              <w:bottom w:w="90" w:type="dxa"/>
              <w:right w:w="110" w:type="dxa"/>
            </w:tcMar>
            <w:vAlign w:val="center"/>
          </w:tcPr>
          <w:p w14:paraId="529069DF" w14:textId="77777777" w:rsidR="00D56AFB" w:rsidRPr="005931D4" w:rsidRDefault="00B80BC3" w:rsidP="004B2CD6">
            <w:pPr>
              <w:spacing w:after="30" w:line="240" w:lineRule="auto"/>
              <w:jc w:val="both"/>
              <w:rPr>
                <w:color w:val="000000" w:themeColor="text1"/>
                <w:lang w:val="pt-PT"/>
              </w:rPr>
            </w:pPr>
            <w:r w:rsidRPr="005931D4">
              <w:rPr>
                <w:color w:val="000000" w:themeColor="text1"/>
                <w:lang w:val="pt-PT"/>
              </w:rPr>
              <w:t xml:space="preserve"> </w:t>
            </w:r>
          </w:p>
        </w:tc>
      </w:tr>
      <w:tr w:rsidR="00CD2577" w:rsidRPr="00CD2577" w14:paraId="2E69B4F8" w14:textId="77777777" w:rsidTr="00FB0A27">
        <w:tc>
          <w:tcPr>
            <w:tcW w:w="1276" w:type="dxa"/>
            <w:tcMar>
              <w:top w:w="90" w:type="dxa"/>
              <w:left w:w="110" w:type="dxa"/>
              <w:bottom w:w="90" w:type="dxa"/>
              <w:right w:w="110" w:type="dxa"/>
            </w:tcMar>
            <w:vAlign w:val="center"/>
          </w:tcPr>
          <w:p w14:paraId="2199BAC2" w14:textId="77777777" w:rsidR="00D56AFB" w:rsidRPr="00CD2577" w:rsidRDefault="00B80BC3" w:rsidP="004B2CD6">
            <w:pPr>
              <w:spacing w:after="30" w:line="240" w:lineRule="auto"/>
              <w:jc w:val="both"/>
              <w:rPr>
                <w:color w:val="000000" w:themeColor="text1"/>
              </w:rPr>
            </w:pPr>
            <w:r w:rsidRPr="00CD2577">
              <w:rPr>
                <w:color w:val="000000" w:themeColor="text1"/>
                <w:sz w:val="22"/>
              </w:rPr>
              <w:t>☐</w:t>
            </w:r>
          </w:p>
        </w:tc>
        <w:tc>
          <w:tcPr>
            <w:tcW w:w="6724" w:type="dxa"/>
            <w:gridSpan w:val="2"/>
            <w:tcMar>
              <w:top w:w="90" w:type="dxa"/>
              <w:left w:w="110" w:type="dxa"/>
              <w:bottom w:w="90" w:type="dxa"/>
              <w:right w:w="110" w:type="dxa"/>
            </w:tcMar>
            <w:vAlign w:val="center"/>
          </w:tcPr>
          <w:p w14:paraId="219E5B07" w14:textId="77777777" w:rsidR="00D56AFB" w:rsidRPr="00CD2577" w:rsidRDefault="00B80BC3" w:rsidP="004B2CD6">
            <w:pPr>
              <w:spacing w:after="30" w:line="240" w:lineRule="auto"/>
              <w:jc w:val="both"/>
              <w:rPr>
                <w:color w:val="000000" w:themeColor="text1"/>
              </w:rPr>
            </w:pPr>
            <w:proofErr w:type="spellStart"/>
            <w:r w:rsidRPr="00CD2577">
              <w:rPr>
                <w:color w:val="000000" w:themeColor="text1"/>
                <w:sz w:val="17"/>
              </w:rPr>
              <w:t>Programa</w:t>
            </w:r>
            <w:proofErr w:type="spellEnd"/>
            <w:r w:rsidRPr="00CD2577">
              <w:rPr>
                <w:color w:val="000000" w:themeColor="text1"/>
                <w:sz w:val="17"/>
              </w:rPr>
              <w:t xml:space="preserve"> de </w:t>
            </w:r>
            <w:proofErr w:type="spellStart"/>
            <w:r w:rsidRPr="00CD2577">
              <w:rPr>
                <w:color w:val="000000" w:themeColor="text1"/>
                <w:sz w:val="17"/>
              </w:rPr>
              <w:t>candidatura</w:t>
            </w:r>
            <w:proofErr w:type="spellEnd"/>
          </w:p>
        </w:tc>
        <w:tc>
          <w:tcPr>
            <w:tcW w:w="1300" w:type="dxa"/>
            <w:tcMar>
              <w:top w:w="90" w:type="dxa"/>
              <w:left w:w="110" w:type="dxa"/>
              <w:bottom w:w="90" w:type="dxa"/>
              <w:right w:w="110" w:type="dxa"/>
            </w:tcMar>
            <w:vAlign w:val="center"/>
          </w:tcPr>
          <w:p w14:paraId="5316D802"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r>
      <w:tr w:rsidR="00CD2577" w:rsidRPr="006E2932" w14:paraId="73D6A567" w14:textId="77777777" w:rsidTr="00FB0A27">
        <w:tc>
          <w:tcPr>
            <w:tcW w:w="1276" w:type="dxa"/>
            <w:tcMar>
              <w:top w:w="90" w:type="dxa"/>
              <w:left w:w="110" w:type="dxa"/>
              <w:bottom w:w="90" w:type="dxa"/>
              <w:right w:w="110" w:type="dxa"/>
            </w:tcMar>
            <w:vAlign w:val="center"/>
          </w:tcPr>
          <w:p w14:paraId="28506BAE" w14:textId="77777777" w:rsidR="00D56AFB" w:rsidRPr="00CD2577" w:rsidRDefault="00B80BC3" w:rsidP="004B2CD6">
            <w:pPr>
              <w:spacing w:after="30" w:line="240" w:lineRule="auto"/>
              <w:jc w:val="both"/>
              <w:rPr>
                <w:color w:val="000000" w:themeColor="text1"/>
              </w:rPr>
            </w:pPr>
            <w:r w:rsidRPr="00CD2577">
              <w:rPr>
                <w:color w:val="000000" w:themeColor="text1"/>
                <w:sz w:val="22"/>
              </w:rPr>
              <w:t>☐</w:t>
            </w:r>
          </w:p>
        </w:tc>
        <w:tc>
          <w:tcPr>
            <w:tcW w:w="6724" w:type="dxa"/>
            <w:gridSpan w:val="2"/>
            <w:tcMar>
              <w:top w:w="90" w:type="dxa"/>
              <w:left w:w="110" w:type="dxa"/>
              <w:bottom w:w="90" w:type="dxa"/>
              <w:right w:w="110" w:type="dxa"/>
            </w:tcMar>
            <w:vAlign w:val="center"/>
          </w:tcPr>
          <w:p w14:paraId="303FC708" w14:textId="77777777" w:rsidR="00D56AFB" w:rsidRPr="005931D4" w:rsidRDefault="00B80BC3" w:rsidP="004B2CD6">
            <w:pPr>
              <w:spacing w:after="30" w:line="240" w:lineRule="auto"/>
              <w:jc w:val="both"/>
              <w:rPr>
                <w:color w:val="000000" w:themeColor="text1"/>
                <w:lang w:val="pt-PT"/>
              </w:rPr>
            </w:pPr>
            <w:r w:rsidRPr="005931D4">
              <w:rPr>
                <w:color w:val="000000" w:themeColor="text1"/>
                <w:sz w:val="17"/>
                <w:lang w:val="pt-PT"/>
              </w:rPr>
              <w:t>Declarações de instituições de ensino superior, quando aplicável</w:t>
            </w:r>
          </w:p>
        </w:tc>
        <w:tc>
          <w:tcPr>
            <w:tcW w:w="1300" w:type="dxa"/>
            <w:tcMar>
              <w:top w:w="90" w:type="dxa"/>
              <w:left w:w="110" w:type="dxa"/>
              <w:bottom w:w="90" w:type="dxa"/>
              <w:right w:w="110" w:type="dxa"/>
            </w:tcMar>
            <w:vAlign w:val="center"/>
          </w:tcPr>
          <w:p w14:paraId="19C34910" w14:textId="77777777" w:rsidR="00D56AFB" w:rsidRPr="005931D4" w:rsidRDefault="00B80BC3" w:rsidP="004B2CD6">
            <w:pPr>
              <w:spacing w:after="30" w:line="240" w:lineRule="auto"/>
              <w:jc w:val="both"/>
              <w:rPr>
                <w:color w:val="000000" w:themeColor="text1"/>
                <w:lang w:val="pt-PT"/>
              </w:rPr>
            </w:pPr>
            <w:r w:rsidRPr="005931D4">
              <w:rPr>
                <w:color w:val="000000" w:themeColor="text1"/>
                <w:lang w:val="pt-PT"/>
              </w:rPr>
              <w:t xml:space="preserve"> </w:t>
            </w:r>
          </w:p>
        </w:tc>
      </w:tr>
      <w:tr w:rsidR="00CD2577" w:rsidRPr="00CD2577" w14:paraId="4E71A50E" w14:textId="77777777" w:rsidTr="00FB0A27">
        <w:tc>
          <w:tcPr>
            <w:tcW w:w="1276" w:type="dxa"/>
            <w:tcMar>
              <w:top w:w="90" w:type="dxa"/>
              <w:left w:w="110" w:type="dxa"/>
              <w:bottom w:w="90" w:type="dxa"/>
              <w:right w:w="110" w:type="dxa"/>
            </w:tcMar>
            <w:vAlign w:val="center"/>
          </w:tcPr>
          <w:p w14:paraId="0C946246" w14:textId="77777777" w:rsidR="00D56AFB" w:rsidRPr="00CD2577" w:rsidRDefault="00B80BC3" w:rsidP="004B2CD6">
            <w:pPr>
              <w:spacing w:after="30" w:line="240" w:lineRule="auto"/>
              <w:jc w:val="both"/>
              <w:rPr>
                <w:color w:val="000000" w:themeColor="text1"/>
              </w:rPr>
            </w:pPr>
            <w:r w:rsidRPr="00CD2577">
              <w:rPr>
                <w:color w:val="000000" w:themeColor="text1"/>
                <w:sz w:val="22"/>
              </w:rPr>
              <w:t>☐</w:t>
            </w:r>
          </w:p>
        </w:tc>
        <w:tc>
          <w:tcPr>
            <w:tcW w:w="6724" w:type="dxa"/>
            <w:gridSpan w:val="2"/>
            <w:tcMar>
              <w:top w:w="90" w:type="dxa"/>
              <w:left w:w="110" w:type="dxa"/>
              <w:bottom w:w="90" w:type="dxa"/>
              <w:right w:w="110" w:type="dxa"/>
            </w:tcMar>
            <w:vAlign w:val="center"/>
          </w:tcPr>
          <w:p w14:paraId="338AC2AA"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Outros </w:t>
            </w:r>
            <w:proofErr w:type="spellStart"/>
            <w:r w:rsidRPr="00CD2577">
              <w:rPr>
                <w:color w:val="000000" w:themeColor="text1"/>
                <w:sz w:val="17"/>
              </w:rPr>
              <w:t>anexos</w:t>
            </w:r>
            <w:proofErr w:type="spellEnd"/>
            <w:r w:rsidRPr="00CD2577">
              <w:rPr>
                <w:color w:val="000000" w:themeColor="text1"/>
                <w:sz w:val="17"/>
              </w:rPr>
              <w:t>: ______________________________________________</w:t>
            </w:r>
          </w:p>
        </w:tc>
        <w:tc>
          <w:tcPr>
            <w:tcW w:w="1300" w:type="dxa"/>
            <w:tcMar>
              <w:top w:w="90" w:type="dxa"/>
              <w:left w:w="110" w:type="dxa"/>
              <w:bottom w:w="90" w:type="dxa"/>
              <w:right w:w="110" w:type="dxa"/>
            </w:tcMar>
            <w:vAlign w:val="center"/>
          </w:tcPr>
          <w:p w14:paraId="6D5AC62D"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r>
      <w:tr w:rsidR="00CD2577" w:rsidRPr="00CD2577" w14:paraId="25E1D7F8" w14:textId="77777777">
        <w:trPr>
          <w:cantSplit/>
          <w:tblHeader/>
        </w:trPr>
        <w:tc>
          <w:tcPr>
            <w:tcW w:w="2200" w:type="dxa"/>
            <w:gridSpan w:val="2"/>
            <w:shd w:val="clear" w:color="auto" w:fill="E8EEF5"/>
            <w:tcMar>
              <w:top w:w="90" w:type="dxa"/>
              <w:left w:w="110" w:type="dxa"/>
              <w:bottom w:w="90" w:type="dxa"/>
              <w:right w:w="110" w:type="dxa"/>
            </w:tcMar>
            <w:vAlign w:val="center"/>
          </w:tcPr>
          <w:p w14:paraId="78D5FBE6" w14:textId="77777777" w:rsidR="00D56AFB" w:rsidRPr="00CD2577" w:rsidRDefault="00B80BC3" w:rsidP="004B2CD6">
            <w:pPr>
              <w:spacing w:after="30" w:line="240" w:lineRule="auto"/>
              <w:jc w:val="both"/>
              <w:rPr>
                <w:color w:val="000000" w:themeColor="text1"/>
              </w:rPr>
            </w:pPr>
            <w:r w:rsidRPr="00CD2577">
              <w:rPr>
                <w:b/>
                <w:color w:val="000000" w:themeColor="text1"/>
                <w:sz w:val="18"/>
              </w:rPr>
              <w:t>Local e data</w:t>
            </w:r>
          </w:p>
        </w:tc>
        <w:tc>
          <w:tcPr>
            <w:tcW w:w="7100" w:type="dxa"/>
            <w:gridSpan w:val="2"/>
            <w:tcMar>
              <w:top w:w="90" w:type="dxa"/>
              <w:left w:w="110" w:type="dxa"/>
              <w:bottom w:w="90" w:type="dxa"/>
              <w:right w:w="110" w:type="dxa"/>
            </w:tcMar>
            <w:vAlign w:val="center"/>
          </w:tcPr>
          <w:p w14:paraId="442DA363" w14:textId="11213B16" w:rsidR="00D56AFB" w:rsidRPr="00CD2577" w:rsidRDefault="00D56AFB" w:rsidP="004B2CD6">
            <w:pPr>
              <w:spacing w:after="30" w:line="240" w:lineRule="auto"/>
              <w:jc w:val="both"/>
              <w:rPr>
                <w:color w:val="000000" w:themeColor="text1"/>
              </w:rPr>
            </w:pPr>
          </w:p>
        </w:tc>
      </w:tr>
      <w:tr w:rsidR="00D56AFB" w:rsidRPr="006E2932" w14:paraId="66ABA579" w14:textId="77777777">
        <w:trPr>
          <w:cantSplit/>
        </w:trPr>
        <w:tc>
          <w:tcPr>
            <w:tcW w:w="2200" w:type="dxa"/>
            <w:gridSpan w:val="2"/>
            <w:shd w:val="clear" w:color="auto" w:fill="E8EEF5"/>
            <w:tcMar>
              <w:top w:w="90" w:type="dxa"/>
              <w:left w:w="110" w:type="dxa"/>
              <w:bottom w:w="90" w:type="dxa"/>
              <w:right w:w="110" w:type="dxa"/>
            </w:tcMar>
            <w:vAlign w:val="center"/>
          </w:tcPr>
          <w:p w14:paraId="6427181D" w14:textId="77777777" w:rsidR="00D56AFB" w:rsidRPr="005931D4" w:rsidRDefault="00B80BC3" w:rsidP="004B2CD6">
            <w:pPr>
              <w:spacing w:after="30" w:line="240" w:lineRule="auto"/>
              <w:jc w:val="both"/>
              <w:rPr>
                <w:color w:val="000000" w:themeColor="text1"/>
                <w:lang w:val="pt-PT"/>
              </w:rPr>
            </w:pPr>
            <w:r w:rsidRPr="005931D4">
              <w:rPr>
                <w:b/>
                <w:color w:val="000000" w:themeColor="text1"/>
                <w:sz w:val="18"/>
                <w:lang w:val="pt-PT"/>
              </w:rPr>
              <w:t>Assinatura do/a delegado/a</w:t>
            </w:r>
          </w:p>
        </w:tc>
        <w:tc>
          <w:tcPr>
            <w:tcW w:w="7100" w:type="dxa"/>
            <w:gridSpan w:val="2"/>
            <w:tcMar>
              <w:top w:w="90" w:type="dxa"/>
              <w:left w:w="110" w:type="dxa"/>
              <w:bottom w:w="90" w:type="dxa"/>
              <w:right w:w="110" w:type="dxa"/>
            </w:tcMar>
            <w:vAlign w:val="center"/>
          </w:tcPr>
          <w:p w14:paraId="4AD4F444" w14:textId="77777777" w:rsidR="00D56AFB" w:rsidRPr="005931D4" w:rsidRDefault="00B80BC3" w:rsidP="004B2CD6">
            <w:pPr>
              <w:spacing w:after="30" w:line="240" w:lineRule="auto"/>
              <w:jc w:val="both"/>
              <w:rPr>
                <w:color w:val="000000" w:themeColor="text1"/>
                <w:lang w:val="pt-PT"/>
              </w:rPr>
            </w:pPr>
            <w:r w:rsidRPr="005931D4">
              <w:rPr>
                <w:color w:val="000000" w:themeColor="text1"/>
                <w:sz w:val="19"/>
                <w:lang w:val="pt-PT"/>
              </w:rPr>
              <w:t>Assinar manualmente ou apor assinatura eletrónica válida</w:t>
            </w:r>
          </w:p>
        </w:tc>
      </w:tr>
    </w:tbl>
    <w:p w14:paraId="61F80BD1" w14:textId="77777777" w:rsidR="00D56AFB" w:rsidRPr="005931D4" w:rsidRDefault="00D56AFB" w:rsidP="004B2CD6">
      <w:pPr>
        <w:spacing w:after="20"/>
        <w:jc w:val="both"/>
        <w:rPr>
          <w:color w:val="000000" w:themeColor="text1"/>
          <w:lang w:val="pt-PT"/>
        </w:rPr>
      </w:pPr>
    </w:p>
    <w:p w14:paraId="03EA2A3F" w14:textId="77777777" w:rsidR="00D56AFB" w:rsidRPr="005931D4" w:rsidRDefault="00B80BC3" w:rsidP="004B2CD6">
      <w:pPr>
        <w:jc w:val="both"/>
        <w:rPr>
          <w:color w:val="000000" w:themeColor="text1"/>
          <w:lang w:val="pt-PT"/>
        </w:rPr>
      </w:pPr>
      <w:r w:rsidRPr="005931D4">
        <w:rPr>
          <w:color w:val="000000" w:themeColor="text1"/>
          <w:lang w:val="pt-PT"/>
        </w:rPr>
        <w:br w:type="page"/>
      </w:r>
    </w:p>
    <w:p w14:paraId="496353C8" w14:textId="77777777" w:rsidR="00D56AFB" w:rsidRPr="005931D4" w:rsidRDefault="00B80BC3" w:rsidP="004B2CD6">
      <w:pPr>
        <w:keepNext/>
        <w:spacing w:before="40" w:after="40"/>
        <w:jc w:val="both"/>
        <w:rPr>
          <w:color w:val="000000" w:themeColor="text1"/>
          <w:lang w:val="pt-PT"/>
        </w:rPr>
      </w:pPr>
      <w:r w:rsidRPr="005931D4">
        <w:rPr>
          <w:b/>
          <w:color w:val="000000" w:themeColor="text1"/>
          <w:sz w:val="17"/>
          <w:lang w:val="pt-PT"/>
        </w:rPr>
        <w:lastRenderedPageBreak/>
        <w:t>F01</w:t>
      </w:r>
    </w:p>
    <w:p w14:paraId="0291EF89" w14:textId="77777777" w:rsidR="00D56AFB" w:rsidRPr="005931D4" w:rsidRDefault="00B80BC3" w:rsidP="004B2CD6">
      <w:pPr>
        <w:pStyle w:val="Ttulo1"/>
        <w:jc w:val="both"/>
        <w:rPr>
          <w:color w:val="000000" w:themeColor="text1"/>
          <w:lang w:val="pt-PT"/>
        </w:rPr>
      </w:pPr>
      <w:r w:rsidRPr="005931D4">
        <w:rPr>
          <w:color w:val="000000" w:themeColor="text1"/>
          <w:lang w:val="pt-PT"/>
        </w:rPr>
        <w:t>Lista de candidatos à Mesa da Assembleia Geral</w:t>
      </w:r>
    </w:p>
    <w:p w14:paraId="339F0003" w14:textId="77777777" w:rsidR="00D56AFB" w:rsidRPr="00CD2577" w:rsidRDefault="00B80BC3" w:rsidP="004B2CD6">
      <w:pPr>
        <w:keepNext/>
        <w:spacing w:after="160"/>
        <w:jc w:val="both"/>
        <w:rPr>
          <w:color w:val="000000" w:themeColor="text1"/>
        </w:rPr>
      </w:pPr>
      <w:proofErr w:type="spellStart"/>
      <w:r w:rsidRPr="00CD2577">
        <w:rPr>
          <w:color w:val="000000" w:themeColor="text1"/>
          <w:sz w:val="19"/>
        </w:rPr>
        <w:t>Órgão</w:t>
      </w:r>
      <w:proofErr w:type="spellEnd"/>
      <w:r w:rsidRPr="00CD2577">
        <w:rPr>
          <w:color w:val="000000" w:themeColor="text1"/>
          <w:sz w:val="19"/>
        </w:rPr>
        <w:t xml:space="preserve"> </w:t>
      </w:r>
      <w:proofErr w:type="spellStart"/>
      <w:r w:rsidRPr="00CD2577">
        <w:rPr>
          <w:color w:val="000000" w:themeColor="text1"/>
          <w:sz w:val="19"/>
        </w:rPr>
        <w:t>nacional</w:t>
      </w:r>
      <w:proofErr w:type="spellEnd"/>
      <w:r w:rsidRPr="00CD2577">
        <w:rPr>
          <w:color w:val="000000" w:themeColor="text1"/>
          <w:sz w:val="19"/>
        </w:rPr>
        <w:t xml:space="preserve"> | Mandato 2027–2029</w:t>
      </w:r>
    </w:p>
    <w:tbl>
      <w:tblPr>
        <w:tblStyle w:val="TabelacomGrelha"/>
        <w:tblW w:w="9300" w:type="dxa"/>
        <w:tblInd w:w="110" w:type="dxa"/>
        <w:tblLayout w:type="fixed"/>
        <w:tblLook w:val="04A0" w:firstRow="1" w:lastRow="0" w:firstColumn="1" w:lastColumn="0" w:noHBand="0" w:noVBand="1"/>
      </w:tblPr>
      <w:tblGrid>
        <w:gridCol w:w="2200"/>
        <w:gridCol w:w="7100"/>
      </w:tblGrid>
      <w:tr w:rsidR="00D56AFB" w:rsidRPr="00CD2577" w14:paraId="5E25AC9A" w14:textId="77777777">
        <w:trPr>
          <w:cantSplit/>
          <w:tblHeader/>
        </w:trPr>
        <w:tc>
          <w:tcPr>
            <w:tcW w:w="2200" w:type="dxa"/>
            <w:shd w:val="clear" w:color="auto" w:fill="E8EEF5"/>
            <w:tcMar>
              <w:top w:w="90" w:type="dxa"/>
              <w:left w:w="110" w:type="dxa"/>
              <w:bottom w:w="90" w:type="dxa"/>
              <w:right w:w="110" w:type="dxa"/>
            </w:tcMar>
            <w:vAlign w:val="center"/>
          </w:tcPr>
          <w:p w14:paraId="75D03121" w14:textId="77777777" w:rsidR="00D56AFB" w:rsidRPr="00CD2577" w:rsidRDefault="00B80BC3" w:rsidP="004B2CD6">
            <w:pPr>
              <w:spacing w:after="30" w:line="240" w:lineRule="auto"/>
              <w:jc w:val="both"/>
              <w:rPr>
                <w:color w:val="000000" w:themeColor="text1"/>
              </w:rPr>
            </w:pPr>
            <w:proofErr w:type="spellStart"/>
            <w:r w:rsidRPr="00CD2577">
              <w:rPr>
                <w:b/>
                <w:color w:val="000000" w:themeColor="text1"/>
                <w:sz w:val="18"/>
              </w:rPr>
              <w:t>Designação</w:t>
            </w:r>
            <w:proofErr w:type="spellEnd"/>
            <w:r w:rsidRPr="00CD2577">
              <w:rPr>
                <w:b/>
                <w:color w:val="000000" w:themeColor="text1"/>
                <w:sz w:val="18"/>
              </w:rPr>
              <w:t xml:space="preserve"> da </w:t>
            </w:r>
            <w:proofErr w:type="spellStart"/>
            <w:r w:rsidRPr="00CD2577">
              <w:rPr>
                <w:b/>
                <w:color w:val="000000" w:themeColor="text1"/>
                <w:sz w:val="18"/>
              </w:rPr>
              <w:t>candidatura</w:t>
            </w:r>
            <w:proofErr w:type="spellEnd"/>
          </w:p>
        </w:tc>
        <w:tc>
          <w:tcPr>
            <w:tcW w:w="7100" w:type="dxa"/>
            <w:tcMar>
              <w:top w:w="90" w:type="dxa"/>
              <w:left w:w="110" w:type="dxa"/>
              <w:bottom w:w="90" w:type="dxa"/>
              <w:right w:w="110" w:type="dxa"/>
            </w:tcMar>
            <w:vAlign w:val="center"/>
          </w:tcPr>
          <w:p w14:paraId="4EF9BF1D" w14:textId="42E46BEC" w:rsidR="00D56AFB" w:rsidRPr="00CD2577" w:rsidRDefault="00D56AFB" w:rsidP="004B2CD6">
            <w:pPr>
              <w:spacing w:after="30" w:line="240" w:lineRule="auto"/>
              <w:jc w:val="both"/>
              <w:rPr>
                <w:color w:val="000000" w:themeColor="text1"/>
              </w:rPr>
            </w:pPr>
          </w:p>
        </w:tc>
      </w:tr>
    </w:tbl>
    <w:p w14:paraId="665B6D74" w14:textId="77777777" w:rsidR="00D56AFB" w:rsidRPr="00CD2577" w:rsidRDefault="00D56AFB" w:rsidP="004B2CD6">
      <w:pPr>
        <w:spacing w:after="20"/>
        <w:jc w:val="both"/>
        <w:rPr>
          <w:color w:val="000000" w:themeColor="text1"/>
        </w:rPr>
      </w:pPr>
    </w:p>
    <w:tbl>
      <w:tblPr>
        <w:tblStyle w:val="TabelacomGrelha"/>
        <w:tblW w:w="9300" w:type="dxa"/>
        <w:tblInd w:w="110" w:type="dxa"/>
        <w:tblLayout w:type="fixed"/>
        <w:tblLook w:val="04A0" w:firstRow="1" w:lastRow="0" w:firstColumn="1" w:lastColumn="0" w:noHBand="0" w:noVBand="1"/>
      </w:tblPr>
      <w:tblGrid>
        <w:gridCol w:w="9300"/>
      </w:tblGrid>
      <w:tr w:rsidR="00D56AFB" w:rsidRPr="006E2932" w14:paraId="26254556" w14:textId="77777777">
        <w:trPr>
          <w:tblHeader/>
        </w:trPr>
        <w:tc>
          <w:tcPr>
            <w:tcW w:w="9300" w:type="dxa"/>
            <w:shd w:val="clear" w:color="auto" w:fill="F4F6F9"/>
            <w:tcMar>
              <w:top w:w="90" w:type="dxa"/>
              <w:left w:w="110" w:type="dxa"/>
              <w:bottom w:w="90" w:type="dxa"/>
              <w:right w:w="110" w:type="dxa"/>
            </w:tcMar>
            <w:vAlign w:val="center"/>
          </w:tcPr>
          <w:p w14:paraId="5C82EF5A" w14:textId="77777777" w:rsidR="00D56AFB" w:rsidRPr="005931D4" w:rsidRDefault="00B80BC3" w:rsidP="004B2CD6">
            <w:pPr>
              <w:spacing w:after="30" w:line="240" w:lineRule="auto"/>
              <w:jc w:val="both"/>
              <w:rPr>
                <w:color w:val="000000" w:themeColor="text1"/>
                <w:lang w:val="pt-PT"/>
              </w:rPr>
            </w:pPr>
            <w:r w:rsidRPr="005931D4">
              <w:rPr>
                <w:b/>
                <w:color w:val="000000" w:themeColor="text1"/>
                <w:sz w:val="18"/>
                <w:lang w:val="pt-PT"/>
              </w:rPr>
              <w:t xml:space="preserve">Nota: </w:t>
            </w:r>
            <w:r w:rsidRPr="005931D4">
              <w:rPr>
                <w:color w:val="000000" w:themeColor="text1"/>
                <w:sz w:val="18"/>
                <w:lang w:val="pt-PT"/>
              </w:rPr>
              <w:t>3 candidatos: presidente e 2 secretários.</w:t>
            </w:r>
          </w:p>
        </w:tc>
      </w:tr>
    </w:tbl>
    <w:p w14:paraId="7EE1AE75" w14:textId="77777777" w:rsidR="00D56AFB" w:rsidRPr="005931D4" w:rsidRDefault="00D56AFB" w:rsidP="004B2CD6">
      <w:pPr>
        <w:spacing w:after="20"/>
        <w:jc w:val="both"/>
        <w:rPr>
          <w:color w:val="000000" w:themeColor="text1"/>
          <w:lang w:val="pt-PT"/>
        </w:rPr>
      </w:pPr>
    </w:p>
    <w:tbl>
      <w:tblPr>
        <w:tblStyle w:val="TabelacomGrelha"/>
        <w:tblW w:w="9300" w:type="dxa"/>
        <w:tblInd w:w="110" w:type="dxa"/>
        <w:tblLayout w:type="fixed"/>
        <w:tblLook w:val="04A0" w:firstRow="1" w:lastRow="0" w:firstColumn="1" w:lastColumn="0" w:noHBand="0" w:noVBand="1"/>
      </w:tblPr>
      <w:tblGrid>
        <w:gridCol w:w="1500"/>
        <w:gridCol w:w="3500"/>
        <w:gridCol w:w="1237"/>
        <w:gridCol w:w="1363"/>
        <w:gridCol w:w="1700"/>
      </w:tblGrid>
      <w:tr w:rsidR="00CD2577" w:rsidRPr="00CD2577" w14:paraId="7005771D" w14:textId="77777777" w:rsidTr="00FB0A27">
        <w:trPr>
          <w:tblHeader/>
        </w:trPr>
        <w:tc>
          <w:tcPr>
            <w:tcW w:w="1500" w:type="dxa"/>
            <w:shd w:val="clear" w:color="auto" w:fill="17365D"/>
            <w:tcMar>
              <w:top w:w="90" w:type="dxa"/>
              <w:left w:w="110" w:type="dxa"/>
              <w:bottom w:w="90" w:type="dxa"/>
              <w:right w:w="110" w:type="dxa"/>
            </w:tcMar>
            <w:vAlign w:val="center"/>
          </w:tcPr>
          <w:p w14:paraId="32EEC3E1"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Cargo</w:t>
            </w:r>
          </w:p>
        </w:tc>
        <w:tc>
          <w:tcPr>
            <w:tcW w:w="3500" w:type="dxa"/>
            <w:shd w:val="clear" w:color="auto" w:fill="17365D"/>
            <w:tcMar>
              <w:top w:w="90" w:type="dxa"/>
              <w:left w:w="110" w:type="dxa"/>
              <w:bottom w:w="90" w:type="dxa"/>
              <w:right w:w="110" w:type="dxa"/>
            </w:tcMar>
            <w:vAlign w:val="center"/>
          </w:tcPr>
          <w:p w14:paraId="0CDD4E81"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 xml:space="preserve">Nome </w:t>
            </w:r>
            <w:proofErr w:type="spellStart"/>
            <w:r w:rsidRPr="00CD2577">
              <w:rPr>
                <w:b/>
                <w:color w:val="FFFFFF" w:themeColor="background1"/>
                <w:sz w:val="17"/>
              </w:rPr>
              <w:t>completo</w:t>
            </w:r>
            <w:proofErr w:type="spellEnd"/>
          </w:p>
        </w:tc>
        <w:tc>
          <w:tcPr>
            <w:tcW w:w="1237" w:type="dxa"/>
            <w:shd w:val="clear" w:color="auto" w:fill="17365D"/>
            <w:tcMar>
              <w:top w:w="90" w:type="dxa"/>
              <w:left w:w="110" w:type="dxa"/>
              <w:bottom w:w="90" w:type="dxa"/>
              <w:right w:w="110" w:type="dxa"/>
            </w:tcMar>
            <w:vAlign w:val="center"/>
          </w:tcPr>
          <w:p w14:paraId="21197472" w14:textId="77777777" w:rsidR="00D56AFB" w:rsidRPr="00CD2577" w:rsidRDefault="00B80BC3" w:rsidP="00FB0A27">
            <w:pPr>
              <w:spacing w:after="30" w:line="240" w:lineRule="auto"/>
              <w:rPr>
                <w:color w:val="FFFFFF" w:themeColor="background1"/>
              </w:rPr>
            </w:pPr>
            <w:proofErr w:type="gramStart"/>
            <w:r w:rsidRPr="00CD2577">
              <w:rPr>
                <w:b/>
                <w:color w:val="FFFFFF" w:themeColor="background1"/>
                <w:sz w:val="17"/>
              </w:rPr>
              <w:t>N.º</w:t>
            </w:r>
            <w:proofErr w:type="gramEnd"/>
            <w:r w:rsidRPr="00CD2577">
              <w:rPr>
                <w:b/>
                <w:color w:val="FFFFFF" w:themeColor="background1"/>
                <w:sz w:val="17"/>
              </w:rPr>
              <w:t xml:space="preserve"> de </w:t>
            </w:r>
            <w:proofErr w:type="spellStart"/>
            <w:r w:rsidRPr="00CD2577">
              <w:rPr>
                <w:b/>
                <w:color w:val="FFFFFF" w:themeColor="background1"/>
                <w:sz w:val="17"/>
              </w:rPr>
              <w:t>membro</w:t>
            </w:r>
            <w:proofErr w:type="spellEnd"/>
          </w:p>
        </w:tc>
        <w:tc>
          <w:tcPr>
            <w:tcW w:w="1363" w:type="dxa"/>
            <w:shd w:val="clear" w:color="auto" w:fill="17365D"/>
            <w:tcMar>
              <w:top w:w="90" w:type="dxa"/>
              <w:left w:w="110" w:type="dxa"/>
              <w:bottom w:w="90" w:type="dxa"/>
              <w:right w:w="110" w:type="dxa"/>
            </w:tcMar>
            <w:vAlign w:val="center"/>
          </w:tcPr>
          <w:p w14:paraId="6894FB20"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Secção regional</w:t>
            </w:r>
          </w:p>
        </w:tc>
        <w:tc>
          <w:tcPr>
            <w:tcW w:w="1700" w:type="dxa"/>
            <w:shd w:val="clear" w:color="auto" w:fill="17365D"/>
            <w:tcMar>
              <w:top w:w="90" w:type="dxa"/>
              <w:left w:w="110" w:type="dxa"/>
              <w:bottom w:w="90" w:type="dxa"/>
              <w:right w:w="110" w:type="dxa"/>
            </w:tcMar>
            <w:vAlign w:val="center"/>
          </w:tcPr>
          <w:p w14:paraId="3672DFEE" w14:textId="77777777" w:rsidR="00D56AFB" w:rsidRPr="00CD2577" w:rsidRDefault="00B80BC3" w:rsidP="004B2CD6">
            <w:pPr>
              <w:spacing w:after="30" w:line="240" w:lineRule="auto"/>
              <w:jc w:val="both"/>
              <w:rPr>
                <w:color w:val="FFFFFF" w:themeColor="background1"/>
              </w:rPr>
            </w:pPr>
            <w:proofErr w:type="spellStart"/>
            <w:r w:rsidRPr="00CD2577">
              <w:rPr>
                <w:b/>
                <w:color w:val="FFFFFF" w:themeColor="background1"/>
                <w:sz w:val="17"/>
              </w:rPr>
              <w:t>Assinatura</w:t>
            </w:r>
            <w:proofErr w:type="spellEnd"/>
          </w:p>
        </w:tc>
      </w:tr>
      <w:tr w:rsidR="00CD2577" w:rsidRPr="00CD2577" w14:paraId="67CAAD66" w14:textId="77777777" w:rsidTr="00FB0A27">
        <w:trPr>
          <w:cantSplit/>
          <w:trHeight w:val="442"/>
        </w:trPr>
        <w:tc>
          <w:tcPr>
            <w:tcW w:w="1500" w:type="dxa"/>
            <w:tcMar>
              <w:top w:w="90" w:type="dxa"/>
              <w:left w:w="110" w:type="dxa"/>
              <w:bottom w:w="90" w:type="dxa"/>
              <w:right w:w="110" w:type="dxa"/>
            </w:tcMar>
            <w:vAlign w:val="center"/>
          </w:tcPr>
          <w:p w14:paraId="1CB78295" w14:textId="77777777" w:rsidR="00D56AFB" w:rsidRPr="00CD2577" w:rsidRDefault="00B80BC3" w:rsidP="004B2CD6">
            <w:pPr>
              <w:spacing w:after="30" w:line="240" w:lineRule="auto"/>
              <w:jc w:val="both"/>
              <w:rPr>
                <w:color w:val="000000" w:themeColor="text1"/>
              </w:rPr>
            </w:pPr>
            <w:r w:rsidRPr="00CD2577">
              <w:rPr>
                <w:b/>
                <w:color w:val="000000" w:themeColor="text1"/>
                <w:sz w:val="17"/>
              </w:rPr>
              <w:t>Presidente</w:t>
            </w:r>
          </w:p>
        </w:tc>
        <w:tc>
          <w:tcPr>
            <w:tcW w:w="3500" w:type="dxa"/>
            <w:tcMar>
              <w:top w:w="90" w:type="dxa"/>
              <w:left w:w="110" w:type="dxa"/>
              <w:bottom w:w="90" w:type="dxa"/>
              <w:right w:w="110" w:type="dxa"/>
            </w:tcMar>
            <w:vAlign w:val="center"/>
          </w:tcPr>
          <w:p w14:paraId="471948F3" w14:textId="500D07A9" w:rsidR="00D56AFB" w:rsidRPr="00CD2577" w:rsidRDefault="00D56AFB" w:rsidP="004B2CD6">
            <w:pPr>
              <w:spacing w:after="30" w:line="240" w:lineRule="auto"/>
              <w:jc w:val="both"/>
              <w:rPr>
                <w:color w:val="000000" w:themeColor="text1"/>
              </w:rPr>
            </w:pPr>
          </w:p>
        </w:tc>
        <w:tc>
          <w:tcPr>
            <w:tcW w:w="1237" w:type="dxa"/>
            <w:tcMar>
              <w:top w:w="90" w:type="dxa"/>
              <w:left w:w="110" w:type="dxa"/>
              <w:bottom w:w="90" w:type="dxa"/>
              <w:right w:w="110" w:type="dxa"/>
            </w:tcMar>
            <w:vAlign w:val="center"/>
          </w:tcPr>
          <w:p w14:paraId="30105C4F"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363" w:type="dxa"/>
            <w:tcMar>
              <w:top w:w="90" w:type="dxa"/>
              <w:left w:w="110" w:type="dxa"/>
              <w:bottom w:w="90" w:type="dxa"/>
              <w:right w:w="110" w:type="dxa"/>
            </w:tcMar>
            <w:vAlign w:val="center"/>
          </w:tcPr>
          <w:p w14:paraId="7EB207DB"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0EE44F80"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r>
      <w:tr w:rsidR="00CD2577" w:rsidRPr="00CD2577" w14:paraId="41F56703" w14:textId="77777777" w:rsidTr="00FB0A27">
        <w:trPr>
          <w:cantSplit/>
          <w:trHeight w:val="442"/>
        </w:trPr>
        <w:tc>
          <w:tcPr>
            <w:tcW w:w="1500" w:type="dxa"/>
            <w:tcMar>
              <w:top w:w="90" w:type="dxa"/>
              <w:left w:w="110" w:type="dxa"/>
              <w:bottom w:w="90" w:type="dxa"/>
              <w:right w:w="110" w:type="dxa"/>
            </w:tcMar>
            <w:vAlign w:val="center"/>
          </w:tcPr>
          <w:p w14:paraId="656B2254" w14:textId="77777777" w:rsidR="00D56AFB" w:rsidRPr="00CD2577" w:rsidRDefault="00B80BC3" w:rsidP="004B2CD6">
            <w:pPr>
              <w:spacing w:after="30" w:line="240" w:lineRule="auto"/>
              <w:jc w:val="both"/>
              <w:rPr>
                <w:color w:val="000000" w:themeColor="text1"/>
              </w:rPr>
            </w:pPr>
            <w:proofErr w:type="spellStart"/>
            <w:r w:rsidRPr="00CD2577">
              <w:rPr>
                <w:b/>
                <w:color w:val="000000" w:themeColor="text1"/>
                <w:sz w:val="17"/>
              </w:rPr>
              <w:t>Secretário</w:t>
            </w:r>
            <w:proofErr w:type="spellEnd"/>
            <w:r w:rsidRPr="00CD2577">
              <w:rPr>
                <w:b/>
                <w:color w:val="000000" w:themeColor="text1"/>
                <w:sz w:val="17"/>
              </w:rPr>
              <w:t>/a</w:t>
            </w:r>
          </w:p>
        </w:tc>
        <w:tc>
          <w:tcPr>
            <w:tcW w:w="3500" w:type="dxa"/>
            <w:tcMar>
              <w:top w:w="90" w:type="dxa"/>
              <w:left w:w="110" w:type="dxa"/>
              <w:bottom w:w="90" w:type="dxa"/>
              <w:right w:w="110" w:type="dxa"/>
            </w:tcMar>
            <w:vAlign w:val="center"/>
          </w:tcPr>
          <w:p w14:paraId="5A10EF85" w14:textId="1EEBD0D0" w:rsidR="00D56AFB" w:rsidRPr="00CD2577" w:rsidRDefault="00D56AFB" w:rsidP="004B2CD6">
            <w:pPr>
              <w:spacing w:after="30" w:line="240" w:lineRule="auto"/>
              <w:jc w:val="both"/>
              <w:rPr>
                <w:color w:val="000000" w:themeColor="text1"/>
              </w:rPr>
            </w:pPr>
          </w:p>
        </w:tc>
        <w:tc>
          <w:tcPr>
            <w:tcW w:w="1237" w:type="dxa"/>
            <w:tcMar>
              <w:top w:w="90" w:type="dxa"/>
              <w:left w:w="110" w:type="dxa"/>
              <w:bottom w:w="90" w:type="dxa"/>
              <w:right w:w="110" w:type="dxa"/>
            </w:tcMar>
            <w:vAlign w:val="center"/>
          </w:tcPr>
          <w:p w14:paraId="56C19695"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363" w:type="dxa"/>
            <w:tcMar>
              <w:top w:w="90" w:type="dxa"/>
              <w:left w:w="110" w:type="dxa"/>
              <w:bottom w:w="90" w:type="dxa"/>
              <w:right w:w="110" w:type="dxa"/>
            </w:tcMar>
            <w:vAlign w:val="center"/>
          </w:tcPr>
          <w:p w14:paraId="5BBAC717"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2774ABF4"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r>
      <w:tr w:rsidR="00D56AFB" w:rsidRPr="00CD2577" w14:paraId="676B6E68" w14:textId="77777777" w:rsidTr="00FB0A27">
        <w:trPr>
          <w:cantSplit/>
          <w:trHeight w:val="442"/>
        </w:trPr>
        <w:tc>
          <w:tcPr>
            <w:tcW w:w="1500" w:type="dxa"/>
            <w:tcMar>
              <w:top w:w="90" w:type="dxa"/>
              <w:left w:w="110" w:type="dxa"/>
              <w:bottom w:w="90" w:type="dxa"/>
              <w:right w:w="110" w:type="dxa"/>
            </w:tcMar>
            <w:vAlign w:val="center"/>
          </w:tcPr>
          <w:p w14:paraId="7E7DC0D8" w14:textId="77777777" w:rsidR="00D56AFB" w:rsidRPr="00CD2577" w:rsidRDefault="00B80BC3" w:rsidP="004B2CD6">
            <w:pPr>
              <w:spacing w:after="30" w:line="240" w:lineRule="auto"/>
              <w:jc w:val="both"/>
              <w:rPr>
                <w:color w:val="000000" w:themeColor="text1"/>
              </w:rPr>
            </w:pPr>
            <w:proofErr w:type="spellStart"/>
            <w:r w:rsidRPr="00CD2577">
              <w:rPr>
                <w:b/>
                <w:color w:val="000000" w:themeColor="text1"/>
                <w:sz w:val="17"/>
              </w:rPr>
              <w:t>Secretário</w:t>
            </w:r>
            <w:proofErr w:type="spellEnd"/>
            <w:r w:rsidRPr="00CD2577">
              <w:rPr>
                <w:b/>
                <w:color w:val="000000" w:themeColor="text1"/>
                <w:sz w:val="17"/>
              </w:rPr>
              <w:t>/a 2</w:t>
            </w:r>
          </w:p>
        </w:tc>
        <w:tc>
          <w:tcPr>
            <w:tcW w:w="3500" w:type="dxa"/>
            <w:tcMar>
              <w:top w:w="90" w:type="dxa"/>
              <w:left w:w="110" w:type="dxa"/>
              <w:bottom w:w="90" w:type="dxa"/>
              <w:right w:w="110" w:type="dxa"/>
            </w:tcMar>
            <w:vAlign w:val="center"/>
          </w:tcPr>
          <w:p w14:paraId="395C07BE" w14:textId="57B67D0C" w:rsidR="00D56AFB" w:rsidRPr="00CD2577" w:rsidRDefault="00D56AFB" w:rsidP="004B2CD6">
            <w:pPr>
              <w:spacing w:after="30" w:line="240" w:lineRule="auto"/>
              <w:jc w:val="both"/>
              <w:rPr>
                <w:color w:val="000000" w:themeColor="text1"/>
              </w:rPr>
            </w:pPr>
          </w:p>
        </w:tc>
        <w:tc>
          <w:tcPr>
            <w:tcW w:w="1237" w:type="dxa"/>
            <w:tcMar>
              <w:top w:w="90" w:type="dxa"/>
              <w:left w:w="110" w:type="dxa"/>
              <w:bottom w:w="90" w:type="dxa"/>
              <w:right w:w="110" w:type="dxa"/>
            </w:tcMar>
            <w:vAlign w:val="center"/>
          </w:tcPr>
          <w:p w14:paraId="1AA1E5CF"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363" w:type="dxa"/>
            <w:tcMar>
              <w:top w:w="90" w:type="dxa"/>
              <w:left w:w="110" w:type="dxa"/>
              <w:bottom w:w="90" w:type="dxa"/>
              <w:right w:w="110" w:type="dxa"/>
            </w:tcMar>
            <w:vAlign w:val="center"/>
          </w:tcPr>
          <w:p w14:paraId="4FF9EB3F"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41C2C0CE"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r>
    </w:tbl>
    <w:p w14:paraId="1F77883D" w14:textId="77777777" w:rsidR="00D56AFB" w:rsidRPr="00CD2577" w:rsidRDefault="00D56AFB" w:rsidP="004B2CD6">
      <w:pPr>
        <w:spacing w:after="20"/>
        <w:jc w:val="both"/>
        <w:rPr>
          <w:color w:val="000000" w:themeColor="text1"/>
        </w:rPr>
      </w:pPr>
    </w:p>
    <w:tbl>
      <w:tblPr>
        <w:tblStyle w:val="TabelacomGrelha"/>
        <w:tblW w:w="9300" w:type="dxa"/>
        <w:tblInd w:w="110" w:type="dxa"/>
        <w:tblLayout w:type="fixed"/>
        <w:tblLook w:val="04A0" w:firstRow="1" w:lastRow="0" w:firstColumn="1" w:lastColumn="0" w:noHBand="0" w:noVBand="1"/>
      </w:tblPr>
      <w:tblGrid>
        <w:gridCol w:w="2200"/>
        <w:gridCol w:w="7100"/>
      </w:tblGrid>
      <w:tr w:rsidR="00CD2577" w:rsidRPr="00CD2577" w14:paraId="64AC2D62" w14:textId="77777777">
        <w:trPr>
          <w:cantSplit/>
          <w:tblHeader/>
        </w:trPr>
        <w:tc>
          <w:tcPr>
            <w:tcW w:w="2200" w:type="dxa"/>
            <w:shd w:val="clear" w:color="auto" w:fill="E8EEF5"/>
            <w:tcMar>
              <w:top w:w="90" w:type="dxa"/>
              <w:left w:w="110" w:type="dxa"/>
              <w:bottom w:w="90" w:type="dxa"/>
              <w:right w:w="110" w:type="dxa"/>
            </w:tcMar>
            <w:vAlign w:val="center"/>
          </w:tcPr>
          <w:p w14:paraId="47B25AAF" w14:textId="77777777" w:rsidR="00D56AFB" w:rsidRPr="00CD2577" w:rsidRDefault="00B80BC3" w:rsidP="004B2CD6">
            <w:pPr>
              <w:spacing w:after="30" w:line="240" w:lineRule="auto"/>
              <w:jc w:val="both"/>
              <w:rPr>
                <w:color w:val="000000" w:themeColor="text1"/>
              </w:rPr>
            </w:pPr>
            <w:r w:rsidRPr="00CD2577">
              <w:rPr>
                <w:b/>
                <w:color w:val="000000" w:themeColor="text1"/>
                <w:sz w:val="18"/>
              </w:rPr>
              <w:t>Local e data</w:t>
            </w:r>
          </w:p>
        </w:tc>
        <w:tc>
          <w:tcPr>
            <w:tcW w:w="7100" w:type="dxa"/>
            <w:tcMar>
              <w:top w:w="90" w:type="dxa"/>
              <w:left w:w="110" w:type="dxa"/>
              <w:bottom w:w="90" w:type="dxa"/>
              <w:right w:w="110" w:type="dxa"/>
            </w:tcMar>
            <w:vAlign w:val="center"/>
          </w:tcPr>
          <w:p w14:paraId="204DD334" w14:textId="53419457" w:rsidR="00D56AFB" w:rsidRPr="00CD2577" w:rsidRDefault="00D56AFB" w:rsidP="004B2CD6">
            <w:pPr>
              <w:spacing w:after="30" w:line="240" w:lineRule="auto"/>
              <w:jc w:val="both"/>
              <w:rPr>
                <w:color w:val="000000" w:themeColor="text1"/>
              </w:rPr>
            </w:pPr>
          </w:p>
        </w:tc>
      </w:tr>
      <w:tr w:rsidR="00D56AFB" w:rsidRPr="006E2932" w14:paraId="601AEC21" w14:textId="77777777">
        <w:trPr>
          <w:cantSplit/>
        </w:trPr>
        <w:tc>
          <w:tcPr>
            <w:tcW w:w="2200" w:type="dxa"/>
            <w:shd w:val="clear" w:color="auto" w:fill="E8EEF5"/>
            <w:tcMar>
              <w:top w:w="90" w:type="dxa"/>
              <w:left w:w="110" w:type="dxa"/>
              <w:bottom w:w="90" w:type="dxa"/>
              <w:right w:w="110" w:type="dxa"/>
            </w:tcMar>
            <w:vAlign w:val="center"/>
          </w:tcPr>
          <w:p w14:paraId="3C55EAFC" w14:textId="77777777" w:rsidR="00D56AFB" w:rsidRPr="005931D4" w:rsidRDefault="00B80BC3" w:rsidP="004B2CD6">
            <w:pPr>
              <w:spacing w:after="30" w:line="240" w:lineRule="auto"/>
              <w:jc w:val="both"/>
              <w:rPr>
                <w:color w:val="000000" w:themeColor="text1"/>
                <w:lang w:val="pt-PT"/>
              </w:rPr>
            </w:pPr>
            <w:r w:rsidRPr="005931D4">
              <w:rPr>
                <w:b/>
                <w:color w:val="000000" w:themeColor="text1"/>
                <w:sz w:val="18"/>
                <w:lang w:val="pt-PT"/>
              </w:rPr>
              <w:t>Assinatura do/a delegado/a</w:t>
            </w:r>
          </w:p>
        </w:tc>
        <w:tc>
          <w:tcPr>
            <w:tcW w:w="7100" w:type="dxa"/>
            <w:tcMar>
              <w:top w:w="90" w:type="dxa"/>
              <w:left w:w="110" w:type="dxa"/>
              <w:bottom w:w="90" w:type="dxa"/>
              <w:right w:w="110" w:type="dxa"/>
            </w:tcMar>
            <w:vAlign w:val="center"/>
          </w:tcPr>
          <w:p w14:paraId="47248BFB" w14:textId="77777777" w:rsidR="00D56AFB" w:rsidRPr="005931D4" w:rsidRDefault="00B80BC3" w:rsidP="004B2CD6">
            <w:pPr>
              <w:spacing w:after="30" w:line="240" w:lineRule="auto"/>
              <w:jc w:val="both"/>
              <w:rPr>
                <w:color w:val="000000" w:themeColor="text1"/>
                <w:lang w:val="pt-PT"/>
              </w:rPr>
            </w:pPr>
            <w:r w:rsidRPr="005931D4">
              <w:rPr>
                <w:color w:val="000000" w:themeColor="text1"/>
                <w:sz w:val="19"/>
                <w:lang w:val="pt-PT"/>
              </w:rPr>
              <w:t>Assinar manualmente ou apor assinatura eletrónica válida</w:t>
            </w:r>
          </w:p>
        </w:tc>
      </w:tr>
    </w:tbl>
    <w:p w14:paraId="03E1A6ED" w14:textId="77777777" w:rsidR="00D56AFB" w:rsidRPr="005931D4" w:rsidRDefault="00D56AFB" w:rsidP="004B2CD6">
      <w:pPr>
        <w:spacing w:after="20"/>
        <w:jc w:val="both"/>
        <w:rPr>
          <w:color w:val="000000" w:themeColor="text1"/>
          <w:lang w:val="pt-PT"/>
        </w:rPr>
      </w:pPr>
    </w:p>
    <w:p w14:paraId="02CD8C05" w14:textId="77777777" w:rsidR="00D56AFB" w:rsidRPr="005931D4" w:rsidRDefault="00B80BC3" w:rsidP="004B2CD6">
      <w:pPr>
        <w:jc w:val="both"/>
        <w:rPr>
          <w:color w:val="000000" w:themeColor="text1"/>
          <w:lang w:val="pt-PT"/>
        </w:rPr>
      </w:pPr>
      <w:r w:rsidRPr="005931D4">
        <w:rPr>
          <w:color w:val="000000" w:themeColor="text1"/>
          <w:lang w:val="pt-PT"/>
        </w:rPr>
        <w:br w:type="page"/>
      </w:r>
    </w:p>
    <w:p w14:paraId="22815EF4" w14:textId="77777777" w:rsidR="00D56AFB" w:rsidRPr="005931D4" w:rsidRDefault="00B80BC3" w:rsidP="004B2CD6">
      <w:pPr>
        <w:keepNext/>
        <w:spacing w:before="40" w:after="40"/>
        <w:jc w:val="both"/>
        <w:rPr>
          <w:color w:val="000000" w:themeColor="text1"/>
          <w:lang w:val="pt-PT"/>
        </w:rPr>
      </w:pPr>
      <w:r w:rsidRPr="005931D4">
        <w:rPr>
          <w:b/>
          <w:color w:val="000000" w:themeColor="text1"/>
          <w:sz w:val="17"/>
          <w:lang w:val="pt-PT"/>
        </w:rPr>
        <w:lastRenderedPageBreak/>
        <w:t>F02</w:t>
      </w:r>
    </w:p>
    <w:p w14:paraId="582486E4" w14:textId="77777777" w:rsidR="00D56AFB" w:rsidRPr="005931D4" w:rsidRDefault="00B80BC3" w:rsidP="004B2CD6">
      <w:pPr>
        <w:pStyle w:val="Ttulo1"/>
        <w:jc w:val="both"/>
        <w:rPr>
          <w:color w:val="000000" w:themeColor="text1"/>
          <w:lang w:val="pt-PT"/>
        </w:rPr>
      </w:pPr>
      <w:r w:rsidRPr="005931D4">
        <w:rPr>
          <w:color w:val="000000" w:themeColor="text1"/>
          <w:lang w:val="pt-PT"/>
        </w:rPr>
        <w:t>Lista de candidatos à Assembleia de Delegados</w:t>
      </w:r>
    </w:p>
    <w:p w14:paraId="0C57B7EA" w14:textId="77777777" w:rsidR="00D56AFB" w:rsidRPr="00CD2577" w:rsidRDefault="00B80BC3" w:rsidP="004B2CD6">
      <w:pPr>
        <w:keepNext/>
        <w:spacing w:after="160"/>
        <w:jc w:val="both"/>
        <w:rPr>
          <w:color w:val="000000" w:themeColor="text1"/>
        </w:rPr>
      </w:pPr>
      <w:proofErr w:type="spellStart"/>
      <w:r w:rsidRPr="00CD2577">
        <w:rPr>
          <w:color w:val="000000" w:themeColor="text1"/>
          <w:sz w:val="19"/>
        </w:rPr>
        <w:t>Órgão</w:t>
      </w:r>
      <w:proofErr w:type="spellEnd"/>
      <w:r w:rsidRPr="00CD2577">
        <w:rPr>
          <w:color w:val="000000" w:themeColor="text1"/>
          <w:sz w:val="19"/>
        </w:rPr>
        <w:t xml:space="preserve"> </w:t>
      </w:r>
      <w:proofErr w:type="spellStart"/>
      <w:r w:rsidRPr="00CD2577">
        <w:rPr>
          <w:color w:val="000000" w:themeColor="text1"/>
          <w:sz w:val="19"/>
        </w:rPr>
        <w:t>nacional</w:t>
      </w:r>
      <w:proofErr w:type="spellEnd"/>
      <w:r w:rsidRPr="00CD2577">
        <w:rPr>
          <w:color w:val="000000" w:themeColor="text1"/>
          <w:sz w:val="19"/>
        </w:rPr>
        <w:t xml:space="preserve"> | Mandato 2027–2029</w:t>
      </w:r>
    </w:p>
    <w:tbl>
      <w:tblPr>
        <w:tblStyle w:val="TabelacomGrelha"/>
        <w:tblW w:w="9300" w:type="dxa"/>
        <w:tblInd w:w="110" w:type="dxa"/>
        <w:tblLayout w:type="fixed"/>
        <w:tblLook w:val="04A0" w:firstRow="1" w:lastRow="0" w:firstColumn="1" w:lastColumn="0" w:noHBand="0" w:noVBand="1"/>
      </w:tblPr>
      <w:tblGrid>
        <w:gridCol w:w="2200"/>
        <w:gridCol w:w="7100"/>
      </w:tblGrid>
      <w:tr w:rsidR="00D56AFB" w:rsidRPr="00CD2577" w14:paraId="45483F22" w14:textId="77777777">
        <w:trPr>
          <w:cantSplit/>
          <w:tblHeader/>
        </w:trPr>
        <w:tc>
          <w:tcPr>
            <w:tcW w:w="2200" w:type="dxa"/>
            <w:shd w:val="clear" w:color="auto" w:fill="E8EEF5"/>
            <w:tcMar>
              <w:top w:w="90" w:type="dxa"/>
              <w:left w:w="110" w:type="dxa"/>
              <w:bottom w:w="90" w:type="dxa"/>
              <w:right w:w="110" w:type="dxa"/>
            </w:tcMar>
            <w:vAlign w:val="center"/>
          </w:tcPr>
          <w:p w14:paraId="1C3752BE" w14:textId="77777777" w:rsidR="00D56AFB" w:rsidRPr="00CD2577" w:rsidRDefault="00B80BC3" w:rsidP="004B2CD6">
            <w:pPr>
              <w:spacing w:after="30" w:line="240" w:lineRule="auto"/>
              <w:jc w:val="both"/>
              <w:rPr>
                <w:color w:val="000000" w:themeColor="text1"/>
              </w:rPr>
            </w:pPr>
            <w:proofErr w:type="spellStart"/>
            <w:r w:rsidRPr="00CD2577">
              <w:rPr>
                <w:b/>
                <w:color w:val="000000" w:themeColor="text1"/>
                <w:sz w:val="18"/>
              </w:rPr>
              <w:t>Designação</w:t>
            </w:r>
            <w:proofErr w:type="spellEnd"/>
            <w:r w:rsidRPr="00CD2577">
              <w:rPr>
                <w:b/>
                <w:color w:val="000000" w:themeColor="text1"/>
                <w:sz w:val="18"/>
              </w:rPr>
              <w:t xml:space="preserve"> da </w:t>
            </w:r>
            <w:proofErr w:type="spellStart"/>
            <w:r w:rsidRPr="00CD2577">
              <w:rPr>
                <w:b/>
                <w:color w:val="000000" w:themeColor="text1"/>
                <w:sz w:val="18"/>
              </w:rPr>
              <w:t>candidatura</w:t>
            </w:r>
            <w:proofErr w:type="spellEnd"/>
          </w:p>
        </w:tc>
        <w:tc>
          <w:tcPr>
            <w:tcW w:w="7100" w:type="dxa"/>
            <w:tcMar>
              <w:top w:w="90" w:type="dxa"/>
              <w:left w:w="110" w:type="dxa"/>
              <w:bottom w:w="90" w:type="dxa"/>
              <w:right w:w="110" w:type="dxa"/>
            </w:tcMar>
            <w:vAlign w:val="center"/>
          </w:tcPr>
          <w:p w14:paraId="116E087C" w14:textId="15E4B456" w:rsidR="00D56AFB" w:rsidRPr="00CD2577" w:rsidRDefault="00D56AFB" w:rsidP="004B2CD6">
            <w:pPr>
              <w:spacing w:after="30" w:line="240" w:lineRule="auto"/>
              <w:jc w:val="both"/>
              <w:rPr>
                <w:color w:val="000000" w:themeColor="text1"/>
              </w:rPr>
            </w:pPr>
          </w:p>
        </w:tc>
      </w:tr>
    </w:tbl>
    <w:p w14:paraId="7FAADD21" w14:textId="77777777" w:rsidR="00D56AFB" w:rsidRPr="00CD2577" w:rsidRDefault="00D56AFB" w:rsidP="004B2CD6">
      <w:pPr>
        <w:spacing w:after="20"/>
        <w:jc w:val="both"/>
        <w:rPr>
          <w:color w:val="000000" w:themeColor="text1"/>
        </w:rPr>
      </w:pPr>
    </w:p>
    <w:p w14:paraId="58F23CC3" w14:textId="77777777" w:rsidR="00D56AFB" w:rsidRPr="005931D4" w:rsidRDefault="00B80BC3" w:rsidP="004B2CD6">
      <w:pPr>
        <w:spacing w:after="120"/>
        <w:jc w:val="both"/>
        <w:rPr>
          <w:color w:val="000000" w:themeColor="text1"/>
          <w:lang w:val="pt-PT"/>
        </w:rPr>
      </w:pPr>
      <w:r w:rsidRPr="005931D4">
        <w:rPr>
          <w:color w:val="000000" w:themeColor="text1"/>
          <w:sz w:val="19"/>
          <w:lang w:val="pt-PT"/>
        </w:rPr>
        <w:t>☐ Norte    ☐ Centro    ☐ Lisboa e Vale do Tejo    ☐ Alentejo    ☐ Algarve    ☐ Madeira    ☐ Açores</w:t>
      </w:r>
    </w:p>
    <w:tbl>
      <w:tblPr>
        <w:tblStyle w:val="TabelacomGrelha"/>
        <w:tblW w:w="9300" w:type="dxa"/>
        <w:tblInd w:w="110" w:type="dxa"/>
        <w:tblLayout w:type="fixed"/>
        <w:tblLook w:val="04A0" w:firstRow="1" w:lastRow="0" w:firstColumn="1" w:lastColumn="0" w:noHBand="0" w:noVBand="1"/>
      </w:tblPr>
      <w:tblGrid>
        <w:gridCol w:w="9300"/>
      </w:tblGrid>
      <w:tr w:rsidR="00D56AFB" w:rsidRPr="006E2932" w14:paraId="2C0DE30D" w14:textId="77777777">
        <w:trPr>
          <w:tblHeader/>
        </w:trPr>
        <w:tc>
          <w:tcPr>
            <w:tcW w:w="9300" w:type="dxa"/>
            <w:shd w:val="clear" w:color="auto" w:fill="F4F6F9"/>
            <w:tcMar>
              <w:top w:w="90" w:type="dxa"/>
              <w:left w:w="110" w:type="dxa"/>
              <w:bottom w:w="90" w:type="dxa"/>
              <w:right w:w="110" w:type="dxa"/>
            </w:tcMar>
            <w:vAlign w:val="center"/>
          </w:tcPr>
          <w:p w14:paraId="6011F5C1" w14:textId="120B56D9" w:rsidR="00D56AFB" w:rsidRPr="005931D4" w:rsidRDefault="00B80BC3" w:rsidP="004B2CD6">
            <w:pPr>
              <w:spacing w:after="30" w:line="240" w:lineRule="auto"/>
              <w:jc w:val="both"/>
              <w:rPr>
                <w:color w:val="000000" w:themeColor="text1"/>
                <w:lang w:val="pt-PT"/>
              </w:rPr>
            </w:pPr>
            <w:r w:rsidRPr="005931D4">
              <w:rPr>
                <w:b/>
                <w:color w:val="000000" w:themeColor="text1"/>
                <w:sz w:val="18"/>
                <w:lang w:val="pt-PT"/>
              </w:rPr>
              <w:t xml:space="preserve">Nota: </w:t>
            </w:r>
            <w:r w:rsidRPr="005931D4">
              <w:rPr>
                <w:color w:val="000000" w:themeColor="text1"/>
                <w:sz w:val="18"/>
                <w:lang w:val="pt-PT"/>
              </w:rPr>
              <w:t>Preencher um formulário por círculo territorial. A distribuição p</w:t>
            </w:r>
            <w:r w:rsidR="00B5376E">
              <w:rPr>
                <w:color w:val="000000" w:themeColor="text1"/>
                <w:sz w:val="18"/>
                <w:lang w:val="pt-PT"/>
              </w:rPr>
              <w:t>or círculo territorial, confirmada</w:t>
            </w:r>
            <w:r w:rsidR="00E5404D">
              <w:rPr>
                <w:color w:val="000000" w:themeColor="text1"/>
                <w:sz w:val="18"/>
                <w:lang w:val="pt-PT"/>
              </w:rPr>
              <w:t xml:space="preserve"> com a publicação dos cadernos eleitorais definitivos</w:t>
            </w:r>
            <w:r w:rsidRPr="005931D4">
              <w:rPr>
                <w:color w:val="000000" w:themeColor="text1"/>
                <w:sz w:val="18"/>
                <w:lang w:val="pt-PT"/>
              </w:rPr>
              <w:t xml:space="preserve"> é: Norte 6+2; Centro 2+1; Lisboa e Vale do Tejo 9+3; Alentejo 1+1; Algarve 1+1; Madeira 1+1; Açores 1+1.</w:t>
            </w:r>
          </w:p>
        </w:tc>
      </w:tr>
    </w:tbl>
    <w:p w14:paraId="2BCC3FD1" w14:textId="77777777" w:rsidR="00D56AFB" w:rsidRPr="005931D4" w:rsidRDefault="00D56AFB" w:rsidP="004B2CD6">
      <w:pPr>
        <w:spacing w:after="20"/>
        <w:jc w:val="both"/>
        <w:rPr>
          <w:color w:val="000000" w:themeColor="text1"/>
          <w:lang w:val="pt-PT"/>
        </w:rPr>
      </w:pPr>
    </w:p>
    <w:tbl>
      <w:tblPr>
        <w:tblStyle w:val="TabelacomGrelha"/>
        <w:tblW w:w="9300" w:type="dxa"/>
        <w:tblInd w:w="110" w:type="dxa"/>
        <w:tblLayout w:type="fixed"/>
        <w:tblLook w:val="04A0" w:firstRow="1" w:lastRow="0" w:firstColumn="1" w:lastColumn="0" w:noHBand="0" w:noVBand="1"/>
      </w:tblPr>
      <w:tblGrid>
        <w:gridCol w:w="1500"/>
        <w:gridCol w:w="3500"/>
        <w:gridCol w:w="1200"/>
        <w:gridCol w:w="1400"/>
        <w:gridCol w:w="1700"/>
      </w:tblGrid>
      <w:tr w:rsidR="00CD2577" w:rsidRPr="00CD2577" w14:paraId="396D1996" w14:textId="77777777">
        <w:trPr>
          <w:tblHeader/>
        </w:trPr>
        <w:tc>
          <w:tcPr>
            <w:tcW w:w="1500" w:type="dxa"/>
            <w:shd w:val="clear" w:color="auto" w:fill="17365D"/>
            <w:tcMar>
              <w:top w:w="90" w:type="dxa"/>
              <w:left w:w="110" w:type="dxa"/>
              <w:bottom w:w="90" w:type="dxa"/>
              <w:right w:w="110" w:type="dxa"/>
            </w:tcMar>
            <w:vAlign w:val="center"/>
          </w:tcPr>
          <w:p w14:paraId="55B90373"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Cargo</w:t>
            </w:r>
          </w:p>
        </w:tc>
        <w:tc>
          <w:tcPr>
            <w:tcW w:w="3500" w:type="dxa"/>
            <w:shd w:val="clear" w:color="auto" w:fill="17365D"/>
            <w:tcMar>
              <w:top w:w="90" w:type="dxa"/>
              <w:left w:w="110" w:type="dxa"/>
              <w:bottom w:w="90" w:type="dxa"/>
              <w:right w:w="110" w:type="dxa"/>
            </w:tcMar>
            <w:vAlign w:val="center"/>
          </w:tcPr>
          <w:p w14:paraId="35C63A67"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 xml:space="preserve">Nome </w:t>
            </w:r>
            <w:proofErr w:type="spellStart"/>
            <w:r w:rsidRPr="00CD2577">
              <w:rPr>
                <w:b/>
                <w:color w:val="FFFFFF" w:themeColor="background1"/>
                <w:sz w:val="17"/>
              </w:rPr>
              <w:t>completo</w:t>
            </w:r>
            <w:proofErr w:type="spellEnd"/>
          </w:p>
        </w:tc>
        <w:tc>
          <w:tcPr>
            <w:tcW w:w="1200" w:type="dxa"/>
            <w:shd w:val="clear" w:color="auto" w:fill="17365D"/>
            <w:tcMar>
              <w:top w:w="90" w:type="dxa"/>
              <w:left w:w="110" w:type="dxa"/>
              <w:bottom w:w="90" w:type="dxa"/>
              <w:right w:w="110" w:type="dxa"/>
            </w:tcMar>
            <w:vAlign w:val="center"/>
          </w:tcPr>
          <w:p w14:paraId="10BB6347" w14:textId="77777777" w:rsidR="00D56AFB" w:rsidRPr="00CD2577" w:rsidRDefault="00B80BC3" w:rsidP="004B2CD6">
            <w:pPr>
              <w:spacing w:after="30" w:line="240" w:lineRule="auto"/>
              <w:jc w:val="both"/>
              <w:rPr>
                <w:color w:val="FFFFFF" w:themeColor="background1"/>
              </w:rPr>
            </w:pPr>
            <w:proofErr w:type="gramStart"/>
            <w:r w:rsidRPr="00CD2577">
              <w:rPr>
                <w:b/>
                <w:color w:val="FFFFFF" w:themeColor="background1"/>
                <w:sz w:val="17"/>
              </w:rPr>
              <w:t>N.º</w:t>
            </w:r>
            <w:proofErr w:type="gramEnd"/>
            <w:r w:rsidRPr="00CD2577">
              <w:rPr>
                <w:b/>
                <w:color w:val="FFFFFF" w:themeColor="background1"/>
                <w:sz w:val="17"/>
              </w:rPr>
              <w:t xml:space="preserve"> de </w:t>
            </w:r>
            <w:proofErr w:type="spellStart"/>
            <w:r w:rsidRPr="00CD2577">
              <w:rPr>
                <w:b/>
                <w:color w:val="FFFFFF" w:themeColor="background1"/>
                <w:sz w:val="17"/>
              </w:rPr>
              <w:t>membro</w:t>
            </w:r>
            <w:proofErr w:type="spellEnd"/>
          </w:p>
        </w:tc>
        <w:tc>
          <w:tcPr>
            <w:tcW w:w="1400" w:type="dxa"/>
            <w:shd w:val="clear" w:color="auto" w:fill="17365D"/>
            <w:tcMar>
              <w:top w:w="90" w:type="dxa"/>
              <w:left w:w="110" w:type="dxa"/>
              <w:bottom w:w="90" w:type="dxa"/>
              <w:right w:w="110" w:type="dxa"/>
            </w:tcMar>
            <w:vAlign w:val="center"/>
          </w:tcPr>
          <w:p w14:paraId="7FDC56CF" w14:textId="769AB91C" w:rsidR="00D56AFB" w:rsidRPr="00CD2577" w:rsidRDefault="00B80BC3" w:rsidP="004B2CD6">
            <w:pPr>
              <w:spacing w:after="30" w:line="240" w:lineRule="auto"/>
              <w:jc w:val="both"/>
              <w:rPr>
                <w:color w:val="FFFFFF" w:themeColor="background1"/>
              </w:rPr>
            </w:pPr>
            <w:r w:rsidRPr="00CD2577">
              <w:rPr>
                <w:b/>
                <w:color w:val="FFFFFF" w:themeColor="background1"/>
                <w:sz w:val="17"/>
              </w:rPr>
              <w:t>Secção regional</w:t>
            </w:r>
            <w:r w:rsidR="00E5404D">
              <w:rPr>
                <w:b/>
                <w:color w:val="FFFFFF" w:themeColor="background1"/>
                <w:sz w:val="17"/>
              </w:rPr>
              <w:t>/</w:t>
            </w:r>
            <w:proofErr w:type="spellStart"/>
            <w:r w:rsidR="00E5404D">
              <w:rPr>
                <w:b/>
                <w:color w:val="FFFFFF" w:themeColor="background1"/>
                <w:sz w:val="17"/>
              </w:rPr>
              <w:t>Círculo</w:t>
            </w:r>
            <w:proofErr w:type="spellEnd"/>
            <w:r w:rsidR="00E5404D">
              <w:rPr>
                <w:b/>
                <w:color w:val="FFFFFF" w:themeColor="background1"/>
                <w:sz w:val="17"/>
              </w:rPr>
              <w:t xml:space="preserve"> territorial</w:t>
            </w:r>
          </w:p>
        </w:tc>
        <w:tc>
          <w:tcPr>
            <w:tcW w:w="1700" w:type="dxa"/>
            <w:shd w:val="clear" w:color="auto" w:fill="17365D"/>
            <w:tcMar>
              <w:top w:w="90" w:type="dxa"/>
              <w:left w:w="110" w:type="dxa"/>
              <w:bottom w:w="90" w:type="dxa"/>
              <w:right w:w="110" w:type="dxa"/>
            </w:tcMar>
            <w:vAlign w:val="center"/>
          </w:tcPr>
          <w:p w14:paraId="42FB2FFF" w14:textId="77777777" w:rsidR="00D56AFB" w:rsidRPr="00CD2577" w:rsidRDefault="00B80BC3" w:rsidP="004B2CD6">
            <w:pPr>
              <w:spacing w:after="30" w:line="240" w:lineRule="auto"/>
              <w:jc w:val="both"/>
              <w:rPr>
                <w:color w:val="FFFFFF" w:themeColor="background1"/>
              </w:rPr>
            </w:pPr>
            <w:proofErr w:type="spellStart"/>
            <w:r w:rsidRPr="00CD2577">
              <w:rPr>
                <w:b/>
                <w:color w:val="FFFFFF" w:themeColor="background1"/>
                <w:sz w:val="17"/>
              </w:rPr>
              <w:t>Assinatura</w:t>
            </w:r>
            <w:proofErr w:type="spellEnd"/>
          </w:p>
        </w:tc>
      </w:tr>
      <w:tr w:rsidR="00CD2577" w:rsidRPr="00CD2577" w14:paraId="24006AA5" w14:textId="77777777">
        <w:trPr>
          <w:cantSplit/>
          <w:trHeight w:val="442"/>
        </w:trPr>
        <w:tc>
          <w:tcPr>
            <w:tcW w:w="1500" w:type="dxa"/>
            <w:tcMar>
              <w:top w:w="90" w:type="dxa"/>
              <w:left w:w="110" w:type="dxa"/>
              <w:bottom w:w="90" w:type="dxa"/>
              <w:right w:w="110" w:type="dxa"/>
            </w:tcMar>
            <w:vAlign w:val="center"/>
          </w:tcPr>
          <w:p w14:paraId="297B6211" w14:textId="77777777" w:rsidR="00D56AFB" w:rsidRPr="00CD2577" w:rsidRDefault="00B80BC3" w:rsidP="004B2CD6">
            <w:pPr>
              <w:spacing w:after="30" w:line="240" w:lineRule="auto"/>
              <w:jc w:val="both"/>
              <w:rPr>
                <w:color w:val="000000" w:themeColor="text1"/>
              </w:rPr>
            </w:pPr>
            <w:r w:rsidRPr="00CD2577">
              <w:rPr>
                <w:b/>
                <w:color w:val="000000" w:themeColor="text1"/>
                <w:sz w:val="17"/>
              </w:rPr>
              <w:t xml:space="preserve">Delegado/a </w:t>
            </w:r>
            <w:proofErr w:type="spellStart"/>
            <w:r w:rsidRPr="00CD2577">
              <w:rPr>
                <w:b/>
                <w:color w:val="000000" w:themeColor="text1"/>
                <w:sz w:val="17"/>
              </w:rPr>
              <w:t>efetivo</w:t>
            </w:r>
            <w:proofErr w:type="spellEnd"/>
            <w:r w:rsidRPr="00CD2577">
              <w:rPr>
                <w:b/>
                <w:color w:val="000000" w:themeColor="text1"/>
                <w:sz w:val="17"/>
              </w:rPr>
              <w:t>/a</w:t>
            </w:r>
          </w:p>
        </w:tc>
        <w:tc>
          <w:tcPr>
            <w:tcW w:w="3500" w:type="dxa"/>
            <w:tcMar>
              <w:top w:w="90" w:type="dxa"/>
              <w:left w:w="110" w:type="dxa"/>
              <w:bottom w:w="90" w:type="dxa"/>
              <w:right w:w="110" w:type="dxa"/>
            </w:tcMar>
            <w:vAlign w:val="center"/>
          </w:tcPr>
          <w:p w14:paraId="7D6DE018" w14:textId="01E6FBD9" w:rsidR="00D56AFB" w:rsidRPr="00CD2577" w:rsidRDefault="00D56AFB"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7B3AE237"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1D054E98"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6FA4E55F"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r>
      <w:tr w:rsidR="00CD2577" w:rsidRPr="00CD2577" w14:paraId="26C2A8C9" w14:textId="77777777">
        <w:trPr>
          <w:cantSplit/>
          <w:trHeight w:val="442"/>
        </w:trPr>
        <w:tc>
          <w:tcPr>
            <w:tcW w:w="1500" w:type="dxa"/>
            <w:tcMar>
              <w:top w:w="90" w:type="dxa"/>
              <w:left w:w="110" w:type="dxa"/>
              <w:bottom w:w="90" w:type="dxa"/>
              <w:right w:w="110" w:type="dxa"/>
            </w:tcMar>
            <w:vAlign w:val="center"/>
          </w:tcPr>
          <w:p w14:paraId="3F07FC74" w14:textId="77777777" w:rsidR="00D56AFB" w:rsidRPr="00CD2577" w:rsidRDefault="00B80BC3" w:rsidP="004B2CD6">
            <w:pPr>
              <w:spacing w:after="30" w:line="240" w:lineRule="auto"/>
              <w:jc w:val="both"/>
              <w:rPr>
                <w:color w:val="000000" w:themeColor="text1"/>
              </w:rPr>
            </w:pPr>
            <w:r w:rsidRPr="00CD2577">
              <w:rPr>
                <w:b/>
                <w:color w:val="000000" w:themeColor="text1"/>
                <w:sz w:val="17"/>
              </w:rPr>
              <w:t xml:space="preserve">Delegado/a </w:t>
            </w:r>
            <w:proofErr w:type="spellStart"/>
            <w:r w:rsidRPr="00CD2577">
              <w:rPr>
                <w:b/>
                <w:color w:val="000000" w:themeColor="text1"/>
                <w:sz w:val="17"/>
              </w:rPr>
              <w:t>efetivo</w:t>
            </w:r>
            <w:proofErr w:type="spellEnd"/>
            <w:r w:rsidRPr="00CD2577">
              <w:rPr>
                <w:b/>
                <w:color w:val="000000" w:themeColor="text1"/>
                <w:sz w:val="17"/>
              </w:rPr>
              <w:t>/a 2</w:t>
            </w:r>
          </w:p>
        </w:tc>
        <w:tc>
          <w:tcPr>
            <w:tcW w:w="3500" w:type="dxa"/>
            <w:tcMar>
              <w:top w:w="90" w:type="dxa"/>
              <w:left w:w="110" w:type="dxa"/>
              <w:bottom w:w="90" w:type="dxa"/>
              <w:right w:w="110" w:type="dxa"/>
            </w:tcMar>
            <w:vAlign w:val="center"/>
          </w:tcPr>
          <w:p w14:paraId="306CD70B" w14:textId="15585494" w:rsidR="00D56AFB" w:rsidRPr="00CD2577" w:rsidRDefault="00D56AFB"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5A827FDC"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5B7003F8"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73553441"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r>
      <w:tr w:rsidR="00CD2577" w:rsidRPr="00CD2577" w14:paraId="6C6D7405" w14:textId="77777777">
        <w:trPr>
          <w:cantSplit/>
          <w:trHeight w:val="442"/>
        </w:trPr>
        <w:tc>
          <w:tcPr>
            <w:tcW w:w="1500" w:type="dxa"/>
            <w:tcMar>
              <w:top w:w="90" w:type="dxa"/>
              <w:left w:w="110" w:type="dxa"/>
              <w:bottom w:w="90" w:type="dxa"/>
              <w:right w:w="110" w:type="dxa"/>
            </w:tcMar>
            <w:vAlign w:val="center"/>
          </w:tcPr>
          <w:p w14:paraId="14D1F493" w14:textId="77777777" w:rsidR="00D56AFB" w:rsidRPr="00CD2577" w:rsidRDefault="00B80BC3" w:rsidP="004B2CD6">
            <w:pPr>
              <w:spacing w:after="30" w:line="240" w:lineRule="auto"/>
              <w:jc w:val="both"/>
              <w:rPr>
                <w:color w:val="000000" w:themeColor="text1"/>
              </w:rPr>
            </w:pPr>
            <w:r w:rsidRPr="00CD2577">
              <w:rPr>
                <w:b/>
                <w:color w:val="000000" w:themeColor="text1"/>
                <w:sz w:val="17"/>
              </w:rPr>
              <w:t xml:space="preserve">Delegado/a </w:t>
            </w:r>
            <w:proofErr w:type="spellStart"/>
            <w:r w:rsidRPr="00CD2577">
              <w:rPr>
                <w:b/>
                <w:color w:val="000000" w:themeColor="text1"/>
                <w:sz w:val="17"/>
              </w:rPr>
              <w:t>efetivo</w:t>
            </w:r>
            <w:proofErr w:type="spellEnd"/>
            <w:r w:rsidRPr="00CD2577">
              <w:rPr>
                <w:b/>
                <w:color w:val="000000" w:themeColor="text1"/>
                <w:sz w:val="17"/>
              </w:rPr>
              <w:t>/a 3</w:t>
            </w:r>
          </w:p>
        </w:tc>
        <w:tc>
          <w:tcPr>
            <w:tcW w:w="3500" w:type="dxa"/>
            <w:tcMar>
              <w:top w:w="90" w:type="dxa"/>
              <w:left w:w="110" w:type="dxa"/>
              <w:bottom w:w="90" w:type="dxa"/>
              <w:right w:w="110" w:type="dxa"/>
            </w:tcMar>
            <w:vAlign w:val="center"/>
          </w:tcPr>
          <w:p w14:paraId="55A05ECD" w14:textId="78B173B4" w:rsidR="00D56AFB" w:rsidRPr="00CD2577" w:rsidRDefault="00D56AFB"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0461CF8B"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3763BEA5"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08958DCC"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r>
      <w:tr w:rsidR="00CD2577" w:rsidRPr="00CD2577" w14:paraId="417F467C" w14:textId="77777777">
        <w:trPr>
          <w:cantSplit/>
          <w:trHeight w:val="442"/>
        </w:trPr>
        <w:tc>
          <w:tcPr>
            <w:tcW w:w="1500" w:type="dxa"/>
            <w:tcMar>
              <w:top w:w="90" w:type="dxa"/>
              <w:left w:w="110" w:type="dxa"/>
              <w:bottom w:w="90" w:type="dxa"/>
              <w:right w:w="110" w:type="dxa"/>
            </w:tcMar>
            <w:vAlign w:val="center"/>
          </w:tcPr>
          <w:p w14:paraId="3E08C466" w14:textId="77777777" w:rsidR="00D56AFB" w:rsidRPr="00CD2577" w:rsidRDefault="00B80BC3" w:rsidP="004B2CD6">
            <w:pPr>
              <w:spacing w:after="30" w:line="240" w:lineRule="auto"/>
              <w:jc w:val="both"/>
              <w:rPr>
                <w:color w:val="000000" w:themeColor="text1"/>
              </w:rPr>
            </w:pPr>
            <w:r w:rsidRPr="00CD2577">
              <w:rPr>
                <w:b/>
                <w:color w:val="000000" w:themeColor="text1"/>
                <w:sz w:val="17"/>
              </w:rPr>
              <w:t xml:space="preserve">Delegado/a </w:t>
            </w:r>
            <w:proofErr w:type="spellStart"/>
            <w:r w:rsidRPr="00CD2577">
              <w:rPr>
                <w:b/>
                <w:color w:val="000000" w:themeColor="text1"/>
                <w:sz w:val="17"/>
              </w:rPr>
              <w:t>efetivo</w:t>
            </w:r>
            <w:proofErr w:type="spellEnd"/>
            <w:r w:rsidRPr="00CD2577">
              <w:rPr>
                <w:b/>
                <w:color w:val="000000" w:themeColor="text1"/>
                <w:sz w:val="17"/>
              </w:rPr>
              <w:t>/a 4</w:t>
            </w:r>
          </w:p>
        </w:tc>
        <w:tc>
          <w:tcPr>
            <w:tcW w:w="3500" w:type="dxa"/>
            <w:tcMar>
              <w:top w:w="90" w:type="dxa"/>
              <w:left w:w="110" w:type="dxa"/>
              <w:bottom w:w="90" w:type="dxa"/>
              <w:right w:w="110" w:type="dxa"/>
            </w:tcMar>
            <w:vAlign w:val="center"/>
          </w:tcPr>
          <w:p w14:paraId="71635C23" w14:textId="4AB0AB3D" w:rsidR="00D56AFB" w:rsidRPr="00CD2577" w:rsidRDefault="00D56AFB"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0BD297D0"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2916CC06"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6A9DC444"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r>
      <w:tr w:rsidR="00CD2577" w:rsidRPr="00CD2577" w14:paraId="2CE28410" w14:textId="77777777">
        <w:trPr>
          <w:cantSplit/>
          <w:trHeight w:val="442"/>
        </w:trPr>
        <w:tc>
          <w:tcPr>
            <w:tcW w:w="1500" w:type="dxa"/>
            <w:tcMar>
              <w:top w:w="90" w:type="dxa"/>
              <w:left w:w="110" w:type="dxa"/>
              <w:bottom w:w="90" w:type="dxa"/>
              <w:right w:w="110" w:type="dxa"/>
            </w:tcMar>
            <w:vAlign w:val="center"/>
          </w:tcPr>
          <w:p w14:paraId="4ABFDE76" w14:textId="77777777" w:rsidR="00D56AFB" w:rsidRPr="00CD2577" w:rsidRDefault="00B80BC3" w:rsidP="004B2CD6">
            <w:pPr>
              <w:spacing w:after="30" w:line="240" w:lineRule="auto"/>
              <w:jc w:val="both"/>
              <w:rPr>
                <w:color w:val="000000" w:themeColor="text1"/>
              </w:rPr>
            </w:pPr>
            <w:r w:rsidRPr="00CD2577">
              <w:rPr>
                <w:b/>
                <w:color w:val="000000" w:themeColor="text1"/>
                <w:sz w:val="17"/>
              </w:rPr>
              <w:t xml:space="preserve">Delegado/a </w:t>
            </w:r>
            <w:proofErr w:type="spellStart"/>
            <w:r w:rsidRPr="00CD2577">
              <w:rPr>
                <w:b/>
                <w:color w:val="000000" w:themeColor="text1"/>
                <w:sz w:val="17"/>
              </w:rPr>
              <w:t>efetivo</w:t>
            </w:r>
            <w:proofErr w:type="spellEnd"/>
            <w:r w:rsidRPr="00CD2577">
              <w:rPr>
                <w:b/>
                <w:color w:val="000000" w:themeColor="text1"/>
                <w:sz w:val="17"/>
              </w:rPr>
              <w:t>/a 5</w:t>
            </w:r>
          </w:p>
        </w:tc>
        <w:tc>
          <w:tcPr>
            <w:tcW w:w="3500" w:type="dxa"/>
            <w:tcMar>
              <w:top w:w="90" w:type="dxa"/>
              <w:left w:w="110" w:type="dxa"/>
              <w:bottom w:w="90" w:type="dxa"/>
              <w:right w:w="110" w:type="dxa"/>
            </w:tcMar>
            <w:vAlign w:val="center"/>
          </w:tcPr>
          <w:p w14:paraId="3DC61F6C" w14:textId="76A61DBF" w:rsidR="00D56AFB" w:rsidRPr="00CD2577" w:rsidRDefault="00D56AFB"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74B041CE"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28D9784B"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39E8A3D9"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r>
      <w:tr w:rsidR="00CD2577" w:rsidRPr="00CD2577" w14:paraId="7DDF01BE" w14:textId="77777777">
        <w:trPr>
          <w:cantSplit/>
          <w:trHeight w:val="442"/>
        </w:trPr>
        <w:tc>
          <w:tcPr>
            <w:tcW w:w="1500" w:type="dxa"/>
            <w:tcMar>
              <w:top w:w="90" w:type="dxa"/>
              <w:left w:w="110" w:type="dxa"/>
              <w:bottom w:w="90" w:type="dxa"/>
              <w:right w:w="110" w:type="dxa"/>
            </w:tcMar>
            <w:vAlign w:val="center"/>
          </w:tcPr>
          <w:p w14:paraId="08F1378D" w14:textId="77777777" w:rsidR="00D56AFB" w:rsidRPr="00CD2577" w:rsidRDefault="00B80BC3" w:rsidP="004B2CD6">
            <w:pPr>
              <w:spacing w:after="30" w:line="240" w:lineRule="auto"/>
              <w:jc w:val="both"/>
              <w:rPr>
                <w:color w:val="000000" w:themeColor="text1"/>
              </w:rPr>
            </w:pPr>
            <w:r w:rsidRPr="00CD2577">
              <w:rPr>
                <w:b/>
                <w:color w:val="000000" w:themeColor="text1"/>
                <w:sz w:val="17"/>
              </w:rPr>
              <w:t xml:space="preserve">Delegado/a </w:t>
            </w:r>
            <w:proofErr w:type="spellStart"/>
            <w:r w:rsidRPr="00CD2577">
              <w:rPr>
                <w:b/>
                <w:color w:val="000000" w:themeColor="text1"/>
                <w:sz w:val="17"/>
              </w:rPr>
              <w:t>efetivo</w:t>
            </w:r>
            <w:proofErr w:type="spellEnd"/>
            <w:r w:rsidRPr="00CD2577">
              <w:rPr>
                <w:b/>
                <w:color w:val="000000" w:themeColor="text1"/>
                <w:sz w:val="17"/>
              </w:rPr>
              <w:t>/a 6</w:t>
            </w:r>
          </w:p>
        </w:tc>
        <w:tc>
          <w:tcPr>
            <w:tcW w:w="3500" w:type="dxa"/>
            <w:tcMar>
              <w:top w:w="90" w:type="dxa"/>
              <w:left w:w="110" w:type="dxa"/>
              <w:bottom w:w="90" w:type="dxa"/>
              <w:right w:w="110" w:type="dxa"/>
            </w:tcMar>
            <w:vAlign w:val="center"/>
          </w:tcPr>
          <w:p w14:paraId="28ECD89E" w14:textId="5DD01961" w:rsidR="00D56AFB" w:rsidRPr="00CD2577" w:rsidRDefault="00D56AFB"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213EE850"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05630069"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42136A3A"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r>
      <w:tr w:rsidR="00CD2577" w:rsidRPr="00CD2577" w14:paraId="78FEEB8E" w14:textId="77777777">
        <w:trPr>
          <w:cantSplit/>
          <w:trHeight w:val="442"/>
        </w:trPr>
        <w:tc>
          <w:tcPr>
            <w:tcW w:w="1500" w:type="dxa"/>
            <w:tcMar>
              <w:top w:w="90" w:type="dxa"/>
              <w:left w:w="110" w:type="dxa"/>
              <w:bottom w:w="90" w:type="dxa"/>
              <w:right w:w="110" w:type="dxa"/>
            </w:tcMar>
            <w:vAlign w:val="center"/>
          </w:tcPr>
          <w:p w14:paraId="6F52CB95" w14:textId="77777777" w:rsidR="00D56AFB" w:rsidRPr="00CD2577" w:rsidRDefault="00B80BC3" w:rsidP="004B2CD6">
            <w:pPr>
              <w:spacing w:after="30" w:line="240" w:lineRule="auto"/>
              <w:jc w:val="both"/>
              <w:rPr>
                <w:color w:val="000000" w:themeColor="text1"/>
              </w:rPr>
            </w:pPr>
            <w:r w:rsidRPr="00CD2577">
              <w:rPr>
                <w:b/>
                <w:color w:val="000000" w:themeColor="text1"/>
                <w:sz w:val="17"/>
              </w:rPr>
              <w:t xml:space="preserve">Delegado/a </w:t>
            </w:r>
            <w:proofErr w:type="spellStart"/>
            <w:r w:rsidRPr="00CD2577">
              <w:rPr>
                <w:b/>
                <w:color w:val="000000" w:themeColor="text1"/>
                <w:sz w:val="17"/>
              </w:rPr>
              <w:t>efetivo</w:t>
            </w:r>
            <w:proofErr w:type="spellEnd"/>
            <w:r w:rsidRPr="00CD2577">
              <w:rPr>
                <w:b/>
                <w:color w:val="000000" w:themeColor="text1"/>
                <w:sz w:val="17"/>
              </w:rPr>
              <w:t>/a 7</w:t>
            </w:r>
          </w:p>
        </w:tc>
        <w:tc>
          <w:tcPr>
            <w:tcW w:w="3500" w:type="dxa"/>
            <w:tcMar>
              <w:top w:w="90" w:type="dxa"/>
              <w:left w:w="110" w:type="dxa"/>
              <w:bottom w:w="90" w:type="dxa"/>
              <w:right w:w="110" w:type="dxa"/>
            </w:tcMar>
            <w:vAlign w:val="center"/>
          </w:tcPr>
          <w:p w14:paraId="5659132E" w14:textId="136A74C9" w:rsidR="00D56AFB" w:rsidRPr="00CD2577" w:rsidRDefault="00D56AFB"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3241B5E3"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1DEB87B4"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6FC1CDBE"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r>
      <w:tr w:rsidR="00CD2577" w:rsidRPr="00CD2577" w14:paraId="6E13D988" w14:textId="77777777">
        <w:trPr>
          <w:cantSplit/>
          <w:trHeight w:val="442"/>
        </w:trPr>
        <w:tc>
          <w:tcPr>
            <w:tcW w:w="1500" w:type="dxa"/>
            <w:tcMar>
              <w:top w:w="90" w:type="dxa"/>
              <w:left w:w="110" w:type="dxa"/>
              <w:bottom w:w="90" w:type="dxa"/>
              <w:right w:w="110" w:type="dxa"/>
            </w:tcMar>
            <w:vAlign w:val="center"/>
          </w:tcPr>
          <w:p w14:paraId="669F9840" w14:textId="77777777" w:rsidR="00D56AFB" w:rsidRPr="00CD2577" w:rsidRDefault="00B80BC3" w:rsidP="004B2CD6">
            <w:pPr>
              <w:spacing w:after="30" w:line="240" w:lineRule="auto"/>
              <w:jc w:val="both"/>
              <w:rPr>
                <w:color w:val="000000" w:themeColor="text1"/>
              </w:rPr>
            </w:pPr>
            <w:r w:rsidRPr="00CD2577">
              <w:rPr>
                <w:b/>
                <w:color w:val="000000" w:themeColor="text1"/>
                <w:sz w:val="17"/>
              </w:rPr>
              <w:t xml:space="preserve">Delegado/a </w:t>
            </w:r>
            <w:proofErr w:type="spellStart"/>
            <w:r w:rsidRPr="00CD2577">
              <w:rPr>
                <w:b/>
                <w:color w:val="000000" w:themeColor="text1"/>
                <w:sz w:val="17"/>
              </w:rPr>
              <w:t>efetivo</w:t>
            </w:r>
            <w:proofErr w:type="spellEnd"/>
            <w:r w:rsidRPr="00CD2577">
              <w:rPr>
                <w:b/>
                <w:color w:val="000000" w:themeColor="text1"/>
                <w:sz w:val="17"/>
              </w:rPr>
              <w:t>/</w:t>
            </w:r>
            <w:proofErr w:type="gramStart"/>
            <w:r w:rsidRPr="00CD2577">
              <w:rPr>
                <w:b/>
                <w:color w:val="000000" w:themeColor="text1"/>
                <w:sz w:val="17"/>
              </w:rPr>
              <w:t>a</w:t>
            </w:r>
            <w:proofErr w:type="gramEnd"/>
            <w:r w:rsidRPr="00CD2577">
              <w:rPr>
                <w:b/>
                <w:color w:val="000000" w:themeColor="text1"/>
                <w:sz w:val="17"/>
              </w:rPr>
              <w:t xml:space="preserve"> 8</w:t>
            </w:r>
          </w:p>
        </w:tc>
        <w:tc>
          <w:tcPr>
            <w:tcW w:w="3500" w:type="dxa"/>
            <w:tcMar>
              <w:top w:w="90" w:type="dxa"/>
              <w:left w:w="110" w:type="dxa"/>
              <w:bottom w:w="90" w:type="dxa"/>
              <w:right w:w="110" w:type="dxa"/>
            </w:tcMar>
            <w:vAlign w:val="center"/>
          </w:tcPr>
          <w:p w14:paraId="13A0BE39" w14:textId="760EEEA0" w:rsidR="00D56AFB" w:rsidRPr="00CD2577" w:rsidRDefault="00D56AFB"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18AE448F"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7088F019"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506FDA3B"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r>
      <w:tr w:rsidR="00CD2577" w:rsidRPr="00CD2577" w14:paraId="6F4465DF" w14:textId="77777777">
        <w:trPr>
          <w:cantSplit/>
          <w:trHeight w:val="442"/>
        </w:trPr>
        <w:tc>
          <w:tcPr>
            <w:tcW w:w="1500" w:type="dxa"/>
            <w:tcMar>
              <w:top w:w="90" w:type="dxa"/>
              <w:left w:w="110" w:type="dxa"/>
              <w:bottom w:w="90" w:type="dxa"/>
              <w:right w:w="110" w:type="dxa"/>
            </w:tcMar>
            <w:vAlign w:val="center"/>
          </w:tcPr>
          <w:p w14:paraId="0A8D16EB" w14:textId="77777777" w:rsidR="00D56AFB" w:rsidRPr="00CD2577" w:rsidRDefault="00B80BC3" w:rsidP="004B2CD6">
            <w:pPr>
              <w:spacing w:after="30" w:line="240" w:lineRule="auto"/>
              <w:jc w:val="both"/>
              <w:rPr>
                <w:color w:val="000000" w:themeColor="text1"/>
              </w:rPr>
            </w:pPr>
            <w:r w:rsidRPr="00CD2577">
              <w:rPr>
                <w:b/>
                <w:color w:val="000000" w:themeColor="text1"/>
                <w:sz w:val="17"/>
              </w:rPr>
              <w:t xml:space="preserve">Delegado/a </w:t>
            </w:r>
            <w:proofErr w:type="spellStart"/>
            <w:r w:rsidRPr="00CD2577">
              <w:rPr>
                <w:b/>
                <w:color w:val="000000" w:themeColor="text1"/>
                <w:sz w:val="17"/>
              </w:rPr>
              <w:t>efetivo</w:t>
            </w:r>
            <w:proofErr w:type="spellEnd"/>
            <w:r w:rsidRPr="00CD2577">
              <w:rPr>
                <w:b/>
                <w:color w:val="000000" w:themeColor="text1"/>
                <w:sz w:val="17"/>
              </w:rPr>
              <w:t>/a 9</w:t>
            </w:r>
          </w:p>
        </w:tc>
        <w:tc>
          <w:tcPr>
            <w:tcW w:w="3500" w:type="dxa"/>
            <w:tcMar>
              <w:top w:w="90" w:type="dxa"/>
              <w:left w:w="110" w:type="dxa"/>
              <w:bottom w:w="90" w:type="dxa"/>
              <w:right w:w="110" w:type="dxa"/>
            </w:tcMar>
            <w:vAlign w:val="center"/>
          </w:tcPr>
          <w:p w14:paraId="61B4E70C" w14:textId="35E56564" w:rsidR="00D56AFB" w:rsidRPr="00CD2577" w:rsidRDefault="00D56AFB"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7410A19B"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3D14A6E1"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5C52CB0C"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r>
      <w:tr w:rsidR="00CD2577" w:rsidRPr="00CD2577" w14:paraId="2D94F2FD" w14:textId="77777777">
        <w:trPr>
          <w:cantSplit/>
          <w:trHeight w:val="442"/>
        </w:trPr>
        <w:tc>
          <w:tcPr>
            <w:tcW w:w="1500" w:type="dxa"/>
            <w:tcMar>
              <w:top w:w="90" w:type="dxa"/>
              <w:left w:w="110" w:type="dxa"/>
              <w:bottom w:w="90" w:type="dxa"/>
              <w:right w:w="110" w:type="dxa"/>
            </w:tcMar>
            <w:vAlign w:val="center"/>
          </w:tcPr>
          <w:p w14:paraId="2E050609" w14:textId="77777777" w:rsidR="00D56AFB" w:rsidRPr="00CD2577" w:rsidRDefault="00B80BC3" w:rsidP="004B2CD6">
            <w:pPr>
              <w:spacing w:after="30" w:line="240" w:lineRule="auto"/>
              <w:jc w:val="both"/>
              <w:rPr>
                <w:color w:val="000000" w:themeColor="text1"/>
              </w:rPr>
            </w:pPr>
            <w:proofErr w:type="spellStart"/>
            <w:r w:rsidRPr="00CD2577">
              <w:rPr>
                <w:b/>
                <w:color w:val="000000" w:themeColor="text1"/>
                <w:sz w:val="17"/>
              </w:rPr>
              <w:t>Suplente</w:t>
            </w:r>
            <w:proofErr w:type="spellEnd"/>
          </w:p>
        </w:tc>
        <w:tc>
          <w:tcPr>
            <w:tcW w:w="3500" w:type="dxa"/>
            <w:tcMar>
              <w:top w:w="90" w:type="dxa"/>
              <w:left w:w="110" w:type="dxa"/>
              <w:bottom w:w="90" w:type="dxa"/>
              <w:right w:w="110" w:type="dxa"/>
            </w:tcMar>
            <w:vAlign w:val="center"/>
          </w:tcPr>
          <w:p w14:paraId="11C56203" w14:textId="3C6F6B25" w:rsidR="00D56AFB" w:rsidRPr="00CD2577" w:rsidRDefault="00D56AFB"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5C4DBF4A"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2DB06E8C"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648DC394"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r>
      <w:tr w:rsidR="00CD2577" w:rsidRPr="00CD2577" w14:paraId="04CDDF66" w14:textId="77777777">
        <w:trPr>
          <w:cantSplit/>
          <w:trHeight w:val="442"/>
        </w:trPr>
        <w:tc>
          <w:tcPr>
            <w:tcW w:w="1500" w:type="dxa"/>
            <w:tcMar>
              <w:top w:w="90" w:type="dxa"/>
              <w:left w:w="110" w:type="dxa"/>
              <w:bottom w:w="90" w:type="dxa"/>
              <w:right w:w="110" w:type="dxa"/>
            </w:tcMar>
            <w:vAlign w:val="center"/>
          </w:tcPr>
          <w:p w14:paraId="463A8ECE" w14:textId="77777777" w:rsidR="00D56AFB" w:rsidRPr="00CD2577" w:rsidRDefault="00B80BC3" w:rsidP="004B2CD6">
            <w:pPr>
              <w:spacing w:after="30" w:line="240" w:lineRule="auto"/>
              <w:jc w:val="both"/>
              <w:rPr>
                <w:color w:val="000000" w:themeColor="text1"/>
              </w:rPr>
            </w:pPr>
            <w:proofErr w:type="spellStart"/>
            <w:r w:rsidRPr="00CD2577">
              <w:rPr>
                <w:b/>
                <w:color w:val="000000" w:themeColor="text1"/>
                <w:sz w:val="17"/>
              </w:rPr>
              <w:t>Suplente</w:t>
            </w:r>
            <w:proofErr w:type="spellEnd"/>
            <w:r w:rsidRPr="00CD2577">
              <w:rPr>
                <w:b/>
                <w:color w:val="000000" w:themeColor="text1"/>
                <w:sz w:val="17"/>
              </w:rPr>
              <w:t xml:space="preserve"> 2</w:t>
            </w:r>
          </w:p>
        </w:tc>
        <w:tc>
          <w:tcPr>
            <w:tcW w:w="3500" w:type="dxa"/>
            <w:tcMar>
              <w:top w:w="90" w:type="dxa"/>
              <w:left w:w="110" w:type="dxa"/>
              <w:bottom w:w="90" w:type="dxa"/>
              <w:right w:w="110" w:type="dxa"/>
            </w:tcMar>
            <w:vAlign w:val="center"/>
          </w:tcPr>
          <w:p w14:paraId="4F8545D5" w14:textId="196E3EAA" w:rsidR="00D56AFB" w:rsidRPr="00CD2577" w:rsidRDefault="00D56AFB"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46D4E3C8"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70333C9B"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78A8F50D"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r>
      <w:tr w:rsidR="00D56AFB" w:rsidRPr="00CD2577" w14:paraId="1C7202FB" w14:textId="77777777">
        <w:trPr>
          <w:cantSplit/>
          <w:trHeight w:val="442"/>
        </w:trPr>
        <w:tc>
          <w:tcPr>
            <w:tcW w:w="1500" w:type="dxa"/>
            <w:tcMar>
              <w:top w:w="90" w:type="dxa"/>
              <w:left w:w="110" w:type="dxa"/>
              <w:bottom w:w="90" w:type="dxa"/>
              <w:right w:w="110" w:type="dxa"/>
            </w:tcMar>
            <w:vAlign w:val="center"/>
          </w:tcPr>
          <w:p w14:paraId="69000047" w14:textId="77777777" w:rsidR="00D56AFB" w:rsidRPr="00CD2577" w:rsidRDefault="00B80BC3" w:rsidP="004B2CD6">
            <w:pPr>
              <w:spacing w:after="30" w:line="240" w:lineRule="auto"/>
              <w:jc w:val="both"/>
              <w:rPr>
                <w:color w:val="000000" w:themeColor="text1"/>
              </w:rPr>
            </w:pPr>
            <w:proofErr w:type="spellStart"/>
            <w:r w:rsidRPr="00CD2577">
              <w:rPr>
                <w:b/>
                <w:color w:val="000000" w:themeColor="text1"/>
                <w:sz w:val="17"/>
              </w:rPr>
              <w:t>Suplente</w:t>
            </w:r>
            <w:proofErr w:type="spellEnd"/>
            <w:r w:rsidRPr="00CD2577">
              <w:rPr>
                <w:b/>
                <w:color w:val="000000" w:themeColor="text1"/>
                <w:sz w:val="17"/>
              </w:rPr>
              <w:t xml:space="preserve"> 3</w:t>
            </w:r>
          </w:p>
        </w:tc>
        <w:tc>
          <w:tcPr>
            <w:tcW w:w="3500" w:type="dxa"/>
            <w:tcMar>
              <w:top w:w="90" w:type="dxa"/>
              <w:left w:w="110" w:type="dxa"/>
              <w:bottom w:w="90" w:type="dxa"/>
              <w:right w:w="110" w:type="dxa"/>
            </w:tcMar>
            <w:vAlign w:val="center"/>
          </w:tcPr>
          <w:p w14:paraId="401794C9" w14:textId="3566B987" w:rsidR="00D56AFB" w:rsidRPr="00CD2577" w:rsidRDefault="00D56AFB"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63B3B98F"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00E29B4A"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106C0E6C"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r>
    </w:tbl>
    <w:p w14:paraId="5CE90992" w14:textId="77777777" w:rsidR="00D56AFB" w:rsidRPr="00CD2577" w:rsidRDefault="00D56AFB" w:rsidP="004B2CD6">
      <w:pPr>
        <w:spacing w:after="20"/>
        <w:jc w:val="both"/>
        <w:rPr>
          <w:color w:val="000000" w:themeColor="text1"/>
        </w:rPr>
      </w:pPr>
    </w:p>
    <w:tbl>
      <w:tblPr>
        <w:tblStyle w:val="TabelacomGrelha"/>
        <w:tblW w:w="9300" w:type="dxa"/>
        <w:tblInd w:w="110" w:type="dxa"/>
        <w:tblLayout w:type="fixed"/>
        <w:tblLook w:val="04A0" w:firstRow="1" w:lastRow="0" w:firstColumn="1" w:lastColumn="0" w:noHBand="0" w:noVBand="1"/>
      </w:tblPr>
      <w:tblGrid>
        <w:gridCol w:w="9300"/>
      </w:tblGrid>
      <w:tr w:rsidR="00D56AFB" w:rsidRPr="006E2932" w14:paraId="57C6B130" w14:textId="77777777">
        <w:trPr>
          <w:tblHeader/>
        </w:trPr>
        <w:tc>
          <w:tcPr>
            <w:tcW w:w="9300" w:type="dxa"/>
            <w:shd w:val="clear" w:color="auto" w:fill="F4F6F9"/>
            <w:tcMar>
              <w:top w:w="90" w:type="dxa"/>
              <w:left w:w="110" w:type="dxa"/>
              <w:bottom w:w="90" w:type="dxa"/>
              <w:right w:w="110" w:type="dxa"/>
            </w:tcMar>
            <w:vAlign w:val="center"/>
          </w:tcPr>
          <w:p w14:paraId="732118F0" w14:textId="77777777" w:rsidR="00D56AFB" w:rsidRPr="005931D4" w:rsidRDefault="00B80BC3" w:rsidP="004B2CD6">
            <w:pPr>
              <w:spacing w:after="30" w:line="240" w:lineRule="auto"/>
              <w:jc w:val="both"/>
              <w:rPr>
                <w:color w:val="000000" w:themeColor="text1"/>
                <w:lang w:val="pt-PT"/>
              </w:rPr>
            </w:pPr>
            <w:r w:rsidRPr="005931D4">
              <w:rPr>
                <w:b/>
                <w:color w:val="000000" w:themeColor="text1"/>
                <w:sz w:val="18"/>
                <w:lang w:val="pt-PT"/>
              </w:rPr>
              <w:t xml:space="preserve">Nota: </w:t>
            </w:r>
            <w:r w:rsidRPr="005931D4">
              <w:rPr>
                <w:color w:val="000000" w:themeColor="text1"/>
                <w:sz w:val="18"/>
                <w:lang w:val="pt-PT"/>
              </w:rPr>
              <w:t>Eliminar as linhas excedentárias antes da entrega, mantendo exatamente o número de candidatos aplicável ao círculo territorial.</w:t>
            </w:r>
          </w:p>
        </w:tc>
      </w:tr>
    </w:tbl>
    <w:p w14:paraId="7C885DF8" w14:textId="77777777" w:rsidR="00D56AFB" w:rsidRPr="005931D4" w:rsidRDefault="00D56AFB" w:rsidP="004B2CD6">
      <w:pPr>
        <w:spacing w:after="20"/>
        <w:jc w:val="both"/>
        <w:rPr>
          <w:color w:val="000000" w:themeColor="text1"/>
          <w:lang w:val="pt-PT"/>
        </w:rPr>
      </w:pPr>
    </w:p>
    <w:tbl>
      <w:tblPr>
        <w:tblStyle w:val="TabelacomGrelha"/>
        <w:tblW w:w="9300" w:type="dxa"/>
        <w:tblInd w:w="110" w:type="dxa"/>
        <w:tblLayout w:type="fixed"/>
        <w:tblLook w:val="04A0" w:firstRow="1" w:lastRow="0" w:firstColumn="1" w:lastColumn="0" w:noHBand="0" w:noVBand="1"/>
      </w:tblPr>
      <w:tblGrid>
        <w:gridCol w:w="2200"/>
        <w:gridCol w:w="7100"/>
      </w:tblGrid>
      <w:tr w:rsidR="00CD2577" w:rsidRPr="00CD2577" w14:paraId="5AFB3C65" w14:textId="77777777">
        <w:trPr>
          <w:cantSplit/>
          <w:tblHeader/>
        </w:trPr>
        <w:tc>
          <w:tcPr>
            <w:tcW w:w="2200" w:type="dxa"/>
            <w:shd w:val="clear" w:color="auto" w:fill="E8EEF5"/>
            <w:tcMar>
              <w:top w:w="90" w:type="dxa"/>
              <w:left w:w="110" w:type="dxa"/>
              <w:bottom w:w="90" w:type="dxa"/>
              <w:right w:w="110" w:type="dxa"/>
            </w:tcMar>
            <w:vAlign w:val="center"/>
          </w:tcPr>
          <w:p w14:paraId="1689E3A4" w14:textId="77777777" w:rsidR="00D56AFB" w:rsidRPr="00CD2577" w:rsidRDefault="00B80BC3" w:rsidP="004B2CD6">
            <w:pPr>
              <w:spacing w:after="30" w:line="240" w:lineRule="auto"/>
              <w:jc w:val="both"/>
              <w:rPr>
                <w:color w:val="000000" w:themeColor="text1"/>
              </w:rPr>
            </w:pPr>
            <w:r w:rsidRPr="00CD2577">
              <w:rPr>
                <w:b/>
                <w:color w:val="000000" w:themeColor="text1"/>
                <w:sz w:val="18"/>
              </w:rPr>
              <w:t>Local e data</w:t>
            </w:r>
          </w:p>
        </w:tc>
        <w:tc>
          <w:tcPr>
            <w:tcW w:w="7100" w:type="dxa"/>
            <w:tcMar>
              <w:top w:w="90" w:type="dxa"/>
              <w:left w:w="110" w:type="dxa"/>
              <w:bottom w:w="90" w:type="dxa"/>
              <w:right w:w="110" w:type="dxa"/>
            </w:tcMar>
            <w:vAlign w:val="center"/>
          </w:tcPr>
          <w:p w14:paraId="42EEB74F" w14:textId="40E84B9B" w:rsidR="00D56AFB" w:rsidRPr="00CD2577" w:rsidRDefault="00D56AFB" w:rsidP="004B2CD6">
            <w:pPr>
              <w:spacing w:after="30" w:line="240" w:lineRule="auto"/>
              <w:jc w:val="both"/>
              <w:rPr>
                <w:color w:val="000000" w:themeColor="text1"/>
              </w:rPr>
            </w:pPr>
          </w:p>
        </w:tc>
      </w:tr>
      <w:tr w:rsidR="00D56AFB" w:rsidRPr="006E2932" w14:paraId="17E962EC" w14:textId="77777777">
        <w:trPr>
          <w:cantSplit/>
        </w:trPr>
        <w:tc>
          <w:tcPr>
            <w:tcW w:w="2200" w:type="dxa"/>
            <w:shd w:val="clear" w:color="auto" w:fill="E8EEF5"/>
            <w:tcMar>
              <w:top w:w="90" w:type="dxa"/>
              <w:left w:w="110" w:type="dxa"/>
              <w:bottom w:w="90" w:type="dxa"/>
              <w:right w:w="110" w:type="dxa"/>
            </w:tcMar>
            <w:vAlign w:val="center"/>
          </w:tcPr>
          <w:p w14:paraId="7348E1B4" w14:textId="77777777" w:rsidR="00D56AFB" w:rsidRPr="005931D4" w:rsidRDefault="00B80BC3" w:rsidP="004B2CD6">
            <w:pPr>
              <w:spacing w:after="30" w:line="240" w:lineRule="auto"/>
              <w:jc w:val="both"/>
              <w:rPr>
                <w:color w:val="000000" w:themeColor="text1"/>
                <w:lang w:val="pt-PT"/>
              </w:rPr>
            </w:pPr>
            <w:r w:rsidRPr="005931D4">
              <w:rPr>
                <w:b/>
                <w:color w:val="000000" w:themeColor="text1"/>
                <w:sz w:val="18"/>
                <w:lang w:val="pt-PT"/>
              </w:rPr>
              <w:t>Assinatura do/a delegado/a</w:t>
            </w:r>
          </w:p>
        </w:tc>
        <w:tc>
          <w:tcPr>
            <w:tcW w:w="7100" w:type="dxa"/>
            <w:tcMar>
              <w:top w:w="90" w:type="dxa"/>
              <w:left w:w="110" w:type="dxa"/>
              <w:bottom w:w="90" w:type="dxa"/>
              <w:right w:w="110" w:type="dxa"/>
            </w:tcMar>
            <w:vAlign w:val="center"/>
          </w:tcPr>
          <w:p w14:paraId="4E07AFA0" w14:textId="77777777" w:rsidR="00D56AFB" w:rsidRPr="005931D4" w:rsidRDefault="00B80BC3" w:rsidP="004B2CD6">
            <w:pPr>
              <w:spacing w:after="30" w:line="240" w:lineRule="auto"/>
              <w:jc w:val="both"/>
              <w:rPr>
                <w:color w:val="000000" w:themeColor="text1"/>
                <w:lang w:val="pt-PT"/>
              </w:rPr>
            </w:pPr>
            <w:r w:rsidRPr="005931D4">
              <w:rPr>
                <w:color w:val="000000" w:themeColor="text1"/>
                <w:sz w:val="19"/>
                <w:lang w:val="pt-PT"/>
              </w:rPr>
              <w:t>Assinar manualmente ou apor assinatura eletrónica válida</w:t>
            </w:r>
          </w:p>
        </w:tc>
      </w:tr>
    </w:tbl>
    <w:p w14:paraId="6F84AA62" w14:textId="77777777" w:rsidR="00D56AFB" w:rsidRPr="005931D4" w:rsidRDefault="00D56AFB" w:rsidP="004B2CD6">
      <w:pPr>
        <w:spacing w:after="20"/>
        <w:jc w:val="both"/>
        <w:rPr>
          <w:color w:val="000000" w:themeColor="text1"/>
          <w:lang w:val="pt-PT"/>
        </w:rPr>
      </w:pPr>
    </w:p>
    <w:p w14:paraId="4F8969B6" w14:textId="77777777" w:rsidR="00D56AFB" w:rsidRPr="005931D4" w:rsidRDefault="00B80BC3" w:rsidP="004B2CD6">
      <w:pPr>
        <w:jc w:val="both"/>
        <w:rPr>
          <w:color w:val="000000" w:themeColor="text1"/>
          <w:lang w:val="pt-PT"/>
        </w:rPr>
      </w:pPr>
      <w:r w:rsidRPr="005931D4">
        <w:rPr>
          <w:color w:val="000000" w:themeColor="text1"/>
          <w:lang w:val="pt-PT"/>
        </w:rPr>
        <w:lastRenderedPageBreak/>
        <w:br w:type="page"/>
      </w:r>
    </w:p>
    <w:p w14:paraId="65A94B8C" w14:textId="77777777" w:rsidR="00D56AFB" w:rsidRPr="005931D4" w:rsidRDefault="00B80BC3" w:rsidP="004B2CD6">
      <w:pPr>
        <w:keepNext/>
        <w:spacing w:before="40" w:after="40"/>
        <w:jc w:val="both"/>
        <w:rPr>
          <w:color w:val="000000" w:themeColor="text1"/>
          <w:lang w:val="pt-PT"/>
        </w:rPr>
      </w:pPr>
      <w:r w:rsidRPr="005931D4">
        <w:rPr>
          <w:b/>
          <w:color w:val="000000" w:themeColor="text1"/>
          <w:sz w:val="17"/>
          <w:lang w:val="pt-PT"/>
        </w:rPr>
        <w:lastRenderedPageBreak/>
        <w:t>F03</w:t>
      </w:r>
    </w:p>
    <w:p w14:paraId="2AC4314C" w14:textId="77777777" w:rsidR="00D56AFB" w:rsidRPr="005931D4" w:rsidRDefault="00B80BC3" w:rsidP="004B2CD6">
      <w:pPr>
        <w:pStyle w:val="Ttulo1"/>
        <w:jc w:val="both"/>
        <w:rPr>
          <w:color w:val="000000" w:themeColor="text1"/>
          <w:lang w:val="pt-PT"/>
        </w:rPr>
      </w:pPr>
      <w:r w:rsidRPr="005931D4">
        <w:rPr>
          <w:color w:val="000000" w:themeColor="text1"/>
          <w:lang w:val="pt-PT"/>
        </w:rPr>
        <w:t>Lista de candidatos ao Conselho Diretivo Nacional</w:t>
      </w:r>
    </w:p>
    <w:p w14:paraId="43A3F89E" w14:textId="77777777" w:rsidR="00D56AFB" w:rsidRPr="00CD2577" w:rsidRDefault="00B80BC3" w:rsidP="004B2CD6">
      <w:pPr>
        <w:keepNext/>
        <w:spacing w:after="160"/>
        <w:jc w:val="both"/>
        <w:rPr>
          <w:color w:val="000000" w:themeColor="text1"/>
        </w:rPr>
      </w:pPr>
      <w:proofErr w:type="spellStart"/>
      <w:r w:rsidRPr="00CD2577">
        <w:rPr>
          <w:color w:val="000000" w:themeColor="text1"/>
          <w:sz w:val="19"/>
        </w:rPr>
        <w:t>Órgão</w:t>
      </w:r>
      <w:proofErr w:type="spellEnd"/>
      <w:r w:rsidRPr="00CD2577">
        <w:rPr>
          <w:color w:val="000000" w:themeColor="text1"/>
          <w:sz w:val="19"/>
        </w:rPr>
        <w:t xml:space="preserve"> </w:t>
      </w:r>
      <w:proofErr w:type="spellStart"/>
      <w:r w:rsidRPr="00CD2577">
        <w:rPr>
          <w:color w:val="000000" w:themeColor="text1"/>
          <w:sz w:val="19"/>
        </w:rPr>
        <w:t>nacional</w:t>
      </w:r>
      <w:proofErr w:type="spellEnd"/>
      <w:r w:rsidRPr="00CD2577">
        <w:rPr>
          <w:color w:val="000000" w:themeColor="text1"/>
          <w:sz w:val="19"/>
        </w:rPr>
        <w:t xml:space="preserve"> | Mandato 2027–2029</w:t>
      </w:r>
    </w:p>
    <w:tbl>
      <w:tblPr>
        <w:tblStyle w:val="TabelacomGrelha"/>
        <w:tblW w:w="9300" w:type="dxa"/>
        <w:tblInd w:w="110" w:type="dxa"/>
        <w:tblLayout w:type="fixed"/>
        <w:tblLook w:val="04A0" w:firstRow="1" w:lastRow="0" w:firstColumn="1" w:lastColumn="0" w:noHBand="0" w:noVBand="1"/>
      </w:tblPr>
      <w:tblGrid>
        <w:gridCol w:w="2200"/>
        <w:gridCol w:w="7100"/>
      </w:tblGrid>
      <w:tr w:rsidR="00D56AFB" w:rsidRPr="00CD2577" w14:paraId="4061B797" w14:textId="77777777">
        <w:trPr>
          <w:cantSplit/>
          <w:tblHeader/>
        </w:trPr>
        <w:tc>
          <w:tcPr>
            <w:tcW w:w="2200" w:type="dxa"/>
            <w:shd w:val="clear" w:color="auto" w:fill="E8EEF5"/>
            <w:tcMar>
              <w:top w:w="90" w:type="dxa"/>
              <w:left w:w="110" w:type="dxa"/>
              <w:bottom w:w="90" w:type="dxa"/>
              <w:right w:w="110" w:type="dxa"/>
            </w:tcMar>
            <w:vAlign w:val="center"/>
          </w:tcPr>
          <w:p w14:paraId="04858E3C" w14:textId="77777777" w:rsidR="00D56AFB" w:rsidRPr="00CD2577" w:rsidRDefault="00B80BC3" w:rsidP="004B2CD6">
            <w:pPr>
              <w:spacing w:after="30" w:line="240" w:lineRule="auto"/>
              <w:jc w:val="both"/>
              <w:rPr>
                <w:color w:val="000000" w:themeColor="text1"/>
              </w:rPr>
            </w:pPr>
            <w:proofErr w:type="spellStart"/>
            <w:r w:rsidRPr="00CD2577">
              <w:rPr>
                <w:b/>
                <w:color w:val="000000" w:themeColor="text1"/>
                <w:sz w:val="18"/>
              </w:rPr>
              <w:t>Designação</w:t>
            </w:r>
            <w:proofErr w:type="spellEnd"/>
            <w:r w:rsidRPr="00CD2577">
              <w:rPr>
                <w:b/>
                <w:color w:val="000000" w:themeColor="text1"/>
                <w:sz w:val="18"/>
              </w:rPr>
              <w:t xml:space="preserve"> da </w:t>
            </w:r>
            <w:proofErr w:type="spellStart"/>
            <w:r w:rsidRPr="00CD2577">
              <w:rPr>
                <w:b/>
                <w:color w:val="000000" w:themeColor="text1"/>
                <w:sz w:val="18"/>
              </w:rPr>
              <w:t>candidatura</w:t>
            </w:r>
            <w:proofErr w:type="spellEnd"/>
          </w:p>
        </w:tc>
        <w:tc>
          <w:tcPr>
            <w:tcW w:w="7100" w:type="dxa"/>
            <w:tcMar>
              <w:top w:w="90" w:type="dxa"/>
              <w:left w:w="110" w:type="dxa"/>
              <w:bottom w:w="90" w:type="dxa"/>
              <w:right w:w="110" w:type="dxa"/>
            </w:tcMar>
            <w:vAlign w:val="center"/>
          </w:tcPr>
          <w:p w14:paraId="12AE3631" w14:textId="2AA951CD" w:rsidR="00D56AFB" w:rsidRPr="00CD2577" w:rsidRDefault="00D56AFB" w:rsidP="004B2CD6">
            <w:pPr>
              <w:spacing w:after="30" w:line="240" w:lineRule="auto"/>
              <w:jc w:val="both"/>
              <w:rPr>
                <w:color w:val="000000" w:themeColor="text1"/>
              </w:rPr>
            </w:pPr>
          </w:p>
        </w:tc>
      </w:tr>
    </w:tbl>
    <w:p w14:paraId="7FCCE1C3" w14:textId="77777777" w:rsidR="00D56AFB" w:rsidRPr="00CD2577" w:rsidRDefault="00D56AFB" w:rsidP="004B2CD6">
      <w:pPr>
        <w:spacing w:after="20"/>
        <w:jc w:val="both"/>
        <w:rPr>
          <w:color w:val="000000" w:themeColor="text1"/>
        </w:rPr>
      </w:pPr>
    </w:p>
    <w:tbl>
      <w:tblPr>
        <w:tblStyle w:val="TabelacomGrelha"/>
        <w:tblW w:w="9300" w:type="dxa"/>
        <w:tblInd w:w="110" w:type="dxa"/>
        <w:tblLayout w:type="fixed"/>
        <w:tblLook w:val="04A0" w:firstRow="1" w:lastRow="0" w:firstColumn="1" w:lastColumn="0" w:noHBand="0" w:noVBand="1"/>
      </w:tblPr>
      <w:tblGrid>
        <w:gridCol w:w="9300"/>
      </w:tblGrid>
      <w:tr w:rsidR="00D56AFB" w:rsidRPr="006E2932" w14:paraId="33C9D8B7" w14:textId="77777777">
        <w:trPr>
          <w:tblHeader/>
        </w:trPr>
        <w:tc>
          <w:tcPr>
            <w:tcW w:w="9300" w:type="dxa"/>
            <w:shd w:val="clear" w:color="auto" w:fill="F4F6F9"/>
            <w:tcMar>
              <w:top w:w="90" w:type="dxa"/>
              <w:left w:w="110" w:type="dxa"/>
              <w:bottom w:w="90" w:type="dxa"/>
              <w:right w:w="110" w:type="dxa"/>
            </w:tcMar>
            <w:vAlign w:val="center"/>
          </w:tcPr>
          <w:p w14:paraId="71FDE1BC" w14:textId="77777777" w:rsidR="00D56AFB" w:rsidRPr="005931D4" w:rsidRDefault="00B80BC3" w:rsidP="004B2CD6">
            <w:pPr>
              <w:spacing w:after="30" w:line="240" w:lineRule="auto"/>
              <w:jc w:val="both"/>
              <w:rPr>
                <w:color w:val="000000" w:themeColor="text1"/>
                <w:lang w:val="pt-PT"/>
              </w:rPr>
            </w:pPr>
            <w:r w:rsidRPr="005931D4">
              <w:rPr>
                <w:b/>
                <w:color w:val="000000" w:themeColor="text1"/>
                <w:sz w:val="18"/>
                <w:lang w:val="pt-PT"/>
              </w:rPr>
              <w:t xml:space="preserve">Nota: </w:t>
            </w:r>
            <w:r w:rsidRPr="005931D4">
              <w:rPr>
                <w:color w:val="000000" w:themeColor="text1"/>
                <w:sz w:val="18"/>
                <w:lang w:val="pt-PT"/>
              </w:rPr>
              <w:t>12 candidatos: presidente, vice-presidente, 7 vogais e 3 suplentes.</w:t>
            </w:r>
          </w:p>
        </w:tc>
      </w:tr>
    </w:tbl>
    <w:p w14:paraId="618BC237" w14:textId="77777777" w:rsidR="00D56AFB" w:rsidRPr="005931D4" w:rsidRDefault="00D56AFB" w:rsidP="004B2CD6">
      <w:pPr>
        <w:spacing w:after="20"/>
        <w:jc w:val="both"/>
        <w:rPr>
          <w:color w:val="000000" w:themeColor="text1"/>
          <w:lang w:val="pt-PT"/>
        </w:rPr>
      </w:pPr>
    </w:p>
    <w:tbl>
      <w:tblPr>
        <w:tblStyle w:val="TabelacomGrelha"/>
        <w:tblW w:w="9300" w:type="dxa"/>
        <w:tblInd w:w="110" w:type="dxa"/>
        <w:tblLayout w:type="fixed"/>
        <w:tblLook w:val="04A0" w:firstRow="1" w:lastRow="0" w:firstColumn="1" w:lastColumn="0" w:noHBand="0" w:noVBand="1"/>
      </w:tblPr>
      <w:tblGrid>
        <w:gridCol w:w="1500"/>
        <w:gridCol w:w="3500"/>
        <w:gridCol w:w="1200"/>
        <w:gridCol w:w="1400"/>
        <w:gridCol w:w="1700"/>
      </w:tblGrid>
      <w:tr w:rsidR="00CD2577" w:rsidRPr="00CD2577" w14:paraId="75EC4648" w14:textId="77777777">
        <w:trPr>
          <w:tblHeader/>
        </w:trPr>
        <w:tc>
          <w:tcPr>
            <w:tcW w:w="1500" w:type="dxa"/>
            <w:shd w:val="clear" w:color="auto" w:fill="17365D"/>
            <w:tcMar>
              <w:top w:w="90" w:type="dxa"/>
              <w:left w:w="110" w:type="dxa"/>
              <w:bottom w:w="90" w:type="dxa"/>
              <w:right w:w="110" w:type="dxa"/>
            </w:tcMar>
            <w:vAlign w:val="center"/>
          </w:tcPr>
          <w:p w14:paraId="49A69ABC"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Cargo</w:t>
            </w:r>
          </w:p>
        </w:tc>
        <w:tc>
          <w:tcPr>
            <w:tcW w:w="3500" w:type="dxa"/>
            <w:shd w:val="clear" w:color="auto" w:fill="17365D"/>
            <w:tcMar>
              <w:top w:w="90" w:type="dxa"/>
              <w:left w:w="110" w:type="dxa"/>
              <w:bottom w:w="90" w:type="dxa"/>
              <w:right w:w="110" w:type="dxa"/>
            </w:tcMar>
            <w:vAlign w:val="center"/>
          </w:tcPr>
          <w:p w14:paraId="178B0793"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 xml:space="preserve">Nome </w:t>
            </w:r>
            <w:proofErr w:type="spellStart"/>
            <w:r w:rsidRPr="00CD2577">
              <w:rPr>
                <w:b/>
                <w:color w:val="FFFFFF" w:themeColor="background1"/>
                <w:sz w:val="17"/>
              </w:rPr>
              <w:t>completo</w:t>
            </w:r>
            <w:proofErr w:type="spellEnd"/>
          </w:p>
        </w:tc>
        <w:tc>
          <w:tcPr>
            <w:tcW w:w="1200" w:type="dxa"/>
            <w:shd w:val="clear" w:color="auto" w:fill="17365D"/>
            <w:tcMar>
              <w:top w:w="90" w:type="dxa"/>
              <w:left w:w="110" w:type="dxa"/>
              <w:bottom w:w="90" w:type="dxa"/>
              <w:right w:w="110" w:type="dxa"/>
            </w:tcMar>
            <w:vAlign w:val="center"/>
          </w:tcPr>
          <w:p w14:paraId="4BAE4DBF" w14:textId="77777777" w:rsidR="00D56AFB" w:rsidRPr="00CD2577" w:rsidRDefault="00B80BC3" w:rsidP="004B2CD6">
            <w:pPr>
              <w:spacing w:after="30" w:line="240" w:lineRule="auto"/>
              <w:jc w:val="both"/>
              <w:rPr>
                <w:color w:val="FFFFFF" w:themeColor="background1"/>
              </w:rPr>
            </w:pPr>
            <w:proofErr w:type="gramStart"/>
            <w:r w:rsidRPr="00CD2577">
              <w:rPr>
                <w:b/>
                <w:color w:val="FFFFFF" w:themeColor="background1"/>
                <w:sz w:val="17"/>
              </w:rPr>
              <w:t>N.º</w:t>
            </w:r>
            <w:proofErr w:type="gramEnd"/>
            <w:r w:rsidRPr="00CD2577">
              <w:rPr>
                <w:b/>
                <w:color w:val="FFFFFF" w:themeColor="background1"/>
                <w:sz w:val="17"/>
              </w:rPr>
              <w:t xml:space="preserve"> de </w:t>
            </w:r>
            <w:proofErr w:type="spellStart"/>
            <w:r w:rsidRPr="00CD2577">
              <w:rPr>
                <w:b/>
                <w:color w:val="FFFFFF" w:themeColor="background1"/>
                <w:sz w:val="17"/>
              </w:rPr>
              <w:t>membro</w:t>
            </w:r>
            <w:proofErr w:type="spellEnd"/>
          </w:p>
        </w:tc>
        <w:tc>
          <w:tcPr>
            <w:tcW w:w="1400" w:type="dxa"/>
            <w:shd w:val="clear" w:color="auto" w:fill="17365D"/>
            <w:tcMar>
              <w:top w:w="90" w:type="dxa"/>
              <w:left w:w="110" w:type="dxa"/>
              <w:bottom w:w="90" w:type="dxa"/>
              <w:right w:w="110" w:type="dxa"/>
            </w:tcMar>
            <w:vAlign w:val="center"/>
          </w:tcPr>
          <w:p w14:paraId="78E96CD4"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Secção regional</w:t>
            </w:r>
          </w:p>
        </w:tc>
        <w:tc>
          <w:tcPr>
            <w:tcW w:w="1700" w:type="dxa"/>
            <w:shd w:val="clear" w:color="auto" w:fill="17365D"/>
            <w:tcMar>
              <w:top w:w="90" w:type="dxa"/>
              <w:left w:w="110" w:type="dxa"/>
              <w:bottom w:w="90" w:type="dxa"/>
              <w:right w:w="110" w:type="dxa"/>
            </w:tcMar>
            <w:vAlign w:val="center"/>
          </w:tcPr>
          <w:p w14:paraId="2E00F60E" w14:textId="77777777" w:rsidR="00D56AFB" w:rsidRPr="00CD2577" w:rsidRDefault="00B80BC3" w:rsidP="004B2CD6">
            <w:pPr>
              <w:spacing w:after="30" w:line="240" w:lineRule="auto"/>
              <w:jc w:val="both"/>
              <w:rPr>
                <w:color w:val="FFFFFF" w:themeColor="background1"/>
              </w:rPr>
            </w:pPr>
            <w:proofErr w:type="spellStart"/>
            <w:r w:rsidRPr="00CD2577">
              <w:rPr>
                <w:b/>
                <w:color w:val="FFFFFF" w:themeColor="background1"/>
                <w:sz w:val="17"/>
              </w:rPr>
              <w:t>Assinatura</w:t>
            </w:r>
            <w:proofErr w:type="spellEnd"/>
          </w:p>
        </w:tc>
      </w:tr>
      <w:tr w:rsidR="00CD2577" w:rsidRPr="00CD2577" w14:paraId="5345E975" w14:textId="77777777">
        <w:trPr>
          <w:cantSplit/>
          <w:trHeight w:val="442"/>
        </w:trPr>
        <w:tc>
          <w:tcPr>
            <w:tcW w:w="1500" w:type="dxa"/>
            <w:tcMar>
              <w:top w:w="90" w:type="dxa"/>
              <w:left w:w="110" w:type="dxa"/>
              <w:bottom w:w="90" w:type="dxa"/>
              <w:right w:w="110" w:type="dxa"/>
            </w:tcMar>
            <w:vAlign w:val="center"/>
          </w:tcPr>
          <w:p w14:paraId="04513823" w14:textId="77777777" w:rsidR="00D56AFB" w:rsidRPr="00CD2577" w:rsidRDefault="00B80BC3" w:rsidP="004B2CD6">
            <w:pPr>
              <w:spacing w:after="30" w:line="240" w:lineRule="auto"/>
              <w:jc w:val="both"/>
              <w:rPr>
                <w:color w:val="000000" w:themeColor="text1"/>
              </w:rPr>
            </w:pPr>
            <w:r w:rsidRPr="00CD2577">
              <w:rPr>
                <w:b/>
                <w:color w:val="000000" w:themeColor="text1"/>
                <w:sz w:val="17"/>
              </w:rPr>
              <w:t>Presidente</w:t>
            </w:r>
          </w:p>
        </w:tc>
        <w:tc>
          <w:tcPr>
            <w:tcW w:w="3500" w:type="dxa"/>
            <w:tcMar>
              <w:top w:w="90" w:type="dxa"/>
              <w:left w:w="110" w:type="dxa"/>
              <w:bottom w:w="90" w:type="dxa"/>
              <w:right w:w="110" w:type="dxa"/>
            </w:tcMar>
            <w:vAlign w:val="center"/>
          </w:tcPr>
          <w:p w14:paraId="3AE3537B" w14:textId="3CB3ECCE" w:rsidR="00D56AFB" w:rsidRPr="00CD2577" w:rsidRDefault="00D56AFB"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3E067B70"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19BA44CB"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19EDCFB4" w14:textId="77777777" w:rsidR="00D56AFB" w:rsidRPr="00CD2577" w:rsidRDefault="00B80BC3"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544058B2" w14:textId="77777777">
        <w:trPr>
          <w:cantSplit/>
          <w:trHeight w:val="442"/>
        </w:trPr>
        <w:tc>
          <w:tcPr>
            <w:tcW w:w="1500" w:type="dxa"/>
            <w:tcMar>
              <w:top w:w="90" w:type="dxa"/>
              <w:left w:w="110" w:type="dxa"/>
              <w:bottom w:w="90" w:type="dxa"/>
              <w:right w:w="110" w:type="dxa"/>
            </w:tcMar>
            <w:vAlign w:val="center"/>
          </w:tcPr>
          <w:p w14:paraId="3C1A08C4" w14:textId="77777777" w:rsidR="004B2CD6" w:rsidRPr="00CD2577" w:rsidRDefault="004B2CD6" w:rsidP="004B2CD6">
            <w:pPr>
              <w:spacing w:after="30" w:line="240" w:lineRule="auto"/>
              <w:jc w:val="both"/>
              <w:rPr>
                <w:color w:val="000000" w:themeColor="text1"/>
              </w:rPr>
            </w:pPr>
            <w:r w:rsidRPr="00CD2577">
              <w:rPr>
                <w:b/>
                <w:color w:val="000000" w:themeColor="text1"/>
                <w:sz w:val="17"/>
              </w:rPr>
              <w:t>Vice-</w:t>
            </w:r>
            <w:proofErr w:type="spellStart"/>
            <w:r w:rsidRPr="00CD2577">
              <w:rPr>
                <w:b/>
                <w:color w:val="000000" w:themeColor="text1"/>
                <w:sz w:val="17"/>
              </w:rPr>
              <w:t>presidente</w:t>
            </w:r>
            <w:proofErr w:type="spellEnd"/>
          </w:p>
        </w:tc>
        <w:tc>
          <w:tcPr>
            <w:tcW w:w="3500" w:type="dxa"/>
            <w:tcMar>
              <w:top w:w="90" w:type="dxa"/>
              <w:left w:w="110" w:type="dxa"/>
              <w:bottom w:w="90" w:type="dxa"/>
              <w:right w:w="110" w:type="dxa"/>
            </w:tcMar>
            <w:vAlign w:val="center"/>
          </w:tcPr>
          <w:p w14:paraId="4DCF2A2F" w14:textId="0A77817B"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1F9224E4"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449E142C"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7F78B18D"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555BF701" w14:textId="77777777">
        <w:trPr>
          <w:cantSplit/>
          <w:trHeight w:val="442"/>
        </w:trPr>
        <w:tc>
          <w:tcPr>
            <w:tcW w:w="1500" w:type="dxa"/>
            <w:tcMar>
              <w:top w:w="90" w:type="dxa"/>
              <w:left w:w="110" w:type="dxa"/>
              <w:bottom w:w="90" w:type="dxa"/>
              <w:right w:w="110" w:type="dxa"/>
            </w:tcMar>
            <w:vAlign w:val="center"/>
          </w:tcPr>
          <w:p w14:paraId="439782D9"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w:t>
            </w:r>
          </w:p>
        </w:tc>
        <w:tc>
          <w:tcPr>
            <w:tcW w:w="3500" w:type="dxa"/>
            <w:tcMar>
              <w:top w:w="90" w:type="dxa"/>
              <w:left w:w="110" w:type="dxa"/>
              <w:bottom w:w="90" w:type="dxa"/>
              <w:right w:w="110" w:type="dxa"/>
            </w:tcMar>
            <w:vAlign w:val="center"/>
          </w:tcPr>
          <w:p w14:paraId="2683A509" w14:textId="25AF127E"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235F1AD2"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1294A7E2"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6BF9486A"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70C08B65" w14:textId="77777777">
        <w:trPr>
          <w:cantSplit/>
          <w:trHeight w:val="442"/>
        </w:trPr>
        <w:tc>
          <w:tcPr>
            <w:tcW w:w="1500" w:type="dxa"/>
            <w:tcMar>
              <w:top w:w="90" w:type="dxa"/>
              <w:left w:w="110" w:type="dxa"/>
              <w:bottom w:w="90" w:type="dxa"/>
              <w:right w:w="110" w:type="dxa"/>
            </w:tcMar>
            <w:vAlign w:val="center"/>
          </w:tcPr>
          <w:p w14:paraId="441FBBCD"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2</w:t>
            </w:r>
          </w:p>
        </w:tc>
        <w:tc>
          <w:tcPr>
            <w:tcW w:w="3500" w:type="dxa"/>
            <w:tcMar>
              <w:top w:w="90" w:type="dxa"/>
              <w:left w:w="110" w:type="dxa"/>
              <w:bottom w:w="90" w:type="dxa"/>
              <w:right w:w="110" w:type="dxa"/>
            </w:tcMar>
            <w:vAlign w:val="center"/>
          </w:tcPr>
          <w:p w14:paraId="10748A88" w14:textId="48653833"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61F33BD3"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4B4B053D"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1814CB1B"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0A6A5813" w14:textId="77777777">
        <w:trPr>
          <w:cantSplit/>
          <w:trHeight w:val="442"/>
        </w:trPr>
        <w:tc>
          <w:tcPr>
            <w:tcW w:w="1500" w:type="dxa"/>
            <w:tcMar>
              <w:top w:w="90" w:type="dxa"/>
              <w:left w:w="110" w:type="dxa"/>
              <w:bottom w:w="90" w:type="dxa"/>
              <w:right w:w="110" w:type="dxa"/>
            </w:tcMar>
            <w:vAlign w:val="center"/>
          </w:tcPr>
          <w:p w14:paraId="25B09190"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3</w:t>
            </w:r>
          </w:p>
        </w:tc>
        <w:tc>
          <w:tcPr>
            <w:tcW w:w="3500" w:type="dxa"/>
            <w:tcMar>
              <w:top w:w="90" w:type="dxa"/>
              <w:left w:w="110" w:type="dxa"/>
              <w:bottom w:w="90" w:type="dxa"/>
              <w:right w:w="110" w:type="dxa"/>
            </w:tcMar>
            <w:vAlign w:val="center"/>
          </w:tcPr>
          <w:p w14:paraId="01CCFC23" w14:textId="6E29E0DB"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2FF16E62"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5C246AC3"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7C209E6B"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6973E1AE" w14:textId="77777777">
        <w:trPr>
          <w:cantSplit/>
          <w:trHeight w:val="442"/>
        </w:trPr>
        <w:tc>
          <w:tcPr>
            <w:tcW w:w="1500" w:type="dxa"/>
            <w:tcMar>
              <w:top w:w="90" w:type="dxa"/>
              <w:left w:w="110" w:type="dxa"/>
              <w:bottom w:w="90" w:type="dxa"/>
              <w:right w:w="110" w:type="dxa"/>
            </w:tcMar>
            <w:vAlign w:val="center"/>
          </w:tcPr>
          <w:p w14:paraId="2CC18547"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4</w:t>
            </w:r>
          </w:p>
        </w:tc>
        <w:tc>
          <w:tcPr>
            <w:tcW w:w="3500" w:type="dxa"/>
            <w:tcMar>
              <w:top w:w="90" w:type="dxa"/>
              <w:left w:w="110" w:type="dxa"/>
              <w:bottom w:w="90" w:type="dxa"/>
              <w:right w:w="110" w:type="dxa"/>
            </w:tcMar>
            <w:vAlign w:val="center"/>
          </w:tcPr>
          <w:p w14:paraId="1722CD5C" w14:textId="57A413B7"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2D2D10B9"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34E75BEE"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2ABE8152"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361B5212" w14:textId="77777777">
        <w:trPr>
          <w:cantSplit/>
          <w:trHeight w:val="442"/>
        </w:trPr>
        <w:tc>
          <w:tcPr>
            <w:tcW w:w="1500" w:type="dxa"/>
            <w:tcMar>
              <w:top w:w="90" w:type="dxa"/>
              <w:left w:w="110" w:type="dxa"/>
              <w:bottom w:w="90" w:type="dxa"/>
              <w:right w:w="110" w:type="dxa"/>
            </w:tcMar>
            <w:vAlign w:val="center"/>
          </w:tcPr>
          <w:p w14:paraId="1DA5C793"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5</w:t>
            </w:r>
          </w:p>
        </w:tc>
        <w:tc>
          <w:tcPr>
            <w:tcW w:w="3500" w:type="dxa"/>
            <w:tcMar>
              <w:top w:w="90" w:type="dxa"/>
              <w:left w:w="110" w:type="dxa"/>
              <w:bottom w:w="90" w:type="dxa"/>
              <w:right w:w="110" w:type="dxa"/>
            </w:tcMar>
            <w:vAlign w:val="center"/>
          </w:tcPr>
          <w:p w14:paraId="7BE61370" w14:textId="4C952B5F"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4484A301"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2F6E25D2"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2FADB591"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29D31B08" w14:textId="77777777">
        <w:trPr>
          <w:cantSplit/>
          <w:trHeight w:val="442"/>
        </w:trPr>
        <w:tc>
          <w:tcPr>
            <w:tcW w:w="1500" w:type="dxa"/>
            <w:tcMar>
              <w:top w:w="90" w:type="dxa"/>
              <w:left w:w="110" w:type="dxa"/>
              <w:bottom w:w="90" w:type="dxa"/>
              <w:right w:w="110" w:type="dxa"/>
            </w:tcMar>
            <w:vAlign w:val="center"/>
          </w:tcPr>
          <w:p w14:paraId="51284093"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6</w:t>
            </w:r>
          </w:p>
        </w:tc>
        <w:tc>
          <w:tcPr>
            <w:tcW w:w="3500" w:type="dxa"/>
            <w:tcMar>
              <w:top w:w="90" w:type="dxa"/>
              <w:left w:w="110" w:type="dxa"/>
              <w:bottom w:w="90" w:type="dxa"/>
              <w:right w:w="110" w:type="dxa"/>
            </w:tcMar>
            <w:vAlign w:val="center"/>
          </w:tcPr>
          <w:p w14:paraId="10421E8C" w14:textId="11ADB7D4"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539A9DDA"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6DA6887D"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28CF0A83"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58E8430B" w14:textId="77777777">
        <w:trPr>
          <w:cantSplit/>
          <w:trHeight w:val="442"/>
        </w:trPr>
        <w:tc>
          <w:tcPr>
            <w:tcW w:w="1500" w:type="dxa"/>
            <w:tcMar>
              <w:top w:w="90" w:type="dxa"/>
              <w:left w:w="110" w:type="dxa"/>
              <w:bottom w:w="90" w:type="dxa"/>
              <w:right w:w="110" w:type="dxa"/>
            </w:tcMar>
            <w:vAlign w:val="center"/>
          </w:tcPr>
          <w:p w14:paraId="22C0DAC6"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7</w:t>
            </w:r>
          </w:p>
        </w:tc>
        <w:tc>
          <w:tcPr>
            <w:tcW w:w="3500" w:type="dxa"/>
            <w:tcMar>
              <w:top w:w="90" w:type="dxa"/>
              <w:left w:w="110" w:type="dxa"/>
              <w:bottom w:w="90" w:type="dxa"/>
              <w:right w:w="110" w:type="dxa"/>
            </w:tcMar>
            <w:vAlign w:val="center"/>
          </w:tcPr>
          <w:p w14:paraId="5B95A1BD" w14:textId="5071EB19"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166AB843"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172BABB3"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01669ED7"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6B9C2949" w14:textId="77777777">
        <w:trPr>
          <w:cantSplit/>
          <w:trHeight w:val="442"/>
        </w:trPr>
        <w:tc>
          <w:tcPr>
            <w:tcW w:w="1500" w:type="dxa"/>
            <w:tcMar>
              <w:top w:w="90" w:type="dxa"/>
              <w:left w:w="110" w:type="dxa"/>
              <w:bottom w:w="90" w:type="dxa"/>
              <w:right w:w="110" w:type="dxa"/>
            </w:tcMar>
            <w:vAlign w:val="center"/>
          </w:tcPr>
          <w:p w14:paraId="6160EBE4"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7"/>
              </w:rPr>
              <w:t>Suplente</w:t>
            </w:r>
            <w:proofErr w:type="spellEnd"/>
          </w:p>
        </w:tc>
        <w:tc>
          <w:tcPr>
            <w:tcW w:w="3500" w:type="dxa"/>
            <w:tcMar>
              <w:top w:w="90" w:type="dxa"/>
              <w:left w:w="110" w:type="dxa"/>
              <w:bottom w:w="90" w:type="dxa"/>
              <w:right w:w="110" w:type="dxa"/>
            </w:tcMar>
            <w:vAlign w:val="center"/>
          </w:tcPr>
          <w:p w14:paraId="5E466889" w14:textId="3D5508EE"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4E254063"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0623F008"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2BBC231F"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3D4FEDBE" w14:textId="77777777">
        <w:trPr>
          <w:cantSplit/>
          <w:trHeight w:val="442"/>
        </w:trPr>
        <w:tc>
          <w:tcPr>
            <w:tcW w:w="1500" w:type="dxa"/>
            <w:tcMar>
              <w:top w:w="90" w:type="dxa"/>
              <w:left w:w="110" w:type="dxa"/>
              <w:bottom w:w="90" w:type="dxa"/>
              <w:right w:w="110" w:type="dxa"/>
            </w:tcMar>
            <w:vAlign w:val="center"/>
          </w:tcPr>
          <w:p w14:paraId="60E8CB3B"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7"/>
              </w:rPr>
              <w:t>Suplente</w:t>
            </w:r>
            <w:proofErr w:type="spellEnd"/>
            <w:r w:rsidRPr="00CD2577">
              <w:rPr>
                <w:b/>
                <w:color w:val="000000" w:themeColor="text1"/>
                <w:sz w:val="17"/>
              </w:rPr>
              <w:t xml:space="preserve"> 2</w:t>
            </w:r>
          </w:p>
        </w:tc>
        <w:tc>
          <w:tcPr>
            <w:tcW w:w="3500" w:type="dxa"/>
            <w:tcMar>
              <w:top w:w="90" w:type="dxa"/>
              <w:left w:w="110" w:type="dxa"/>
              <w:bottom w:w="90" w:type="dxa"/>
              <w:right w:w="110" w:type="dxa"/>
            </w:tcMar>
            <w:vAlign w:val="center"/>
          </w:tcPr>
          <w:p w14:paraId="5DC97E0F" w14:textId="02446D0E"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15F5E74F"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15B77DB8"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3B5EC247"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6A4CCE24" w14:textId="77777777">
        <w:trPr>
          <w:cantSplit/>
          <w:trHeight w:val="442"/>
        </w:trPr>
        <w:tc>
          <w:tcPr>
            <w:tcW w:w="1500" w:type="dxa"/>
            <w:tcMar>
              <w:top w:w="90" w:type="dxa"/>
              <w:left w:w="110" w:type="dxa"/>
              <w:bottom w:w="90" w:type="dxa"/>
              <w:right w:w="110" w:type="dxa"/>
            </w:tcMar>
            <w:vAlign w:val="center"/>
          </w:tcPr>
          <w:p w14:paraId="3E606498"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7"/>
              </w:rPr>
              <w:t>Suplente</w:t>
            </w:r>
            <w:proofErr w:type="spellEnd"/>
            <w:r w:rsidRPr="00CD2577">
              <w:rPr>
                <w:b/>
                <w:color w:val="000000" w:themeColor="text1"/>
                <w:sz w:val="17"/>
              </w:rPr>
              <w:t xml:space="preserve"> 3</w:t>
            </w:r>
          </w:p>
        </w:tc>
        <w:tc>
          <w:tcPr>
            <w:tcW w:w="3500" w:type="dxa"/>
            <w:tcMar>
              <w:top w:w="90" w:type="dxa"/>
              <w:left w:w="110" w:type="dxa"/>
              <w:bottom w:w="90" w:type="dxa"/>
              <w:right w:w="110" w:type="dxa"/>
            </w:tcMar>
            <w:vAlign w:val="center"/>
          </w:tcPr>
          <w:p w14:paraId="12FFFB81" w14:textId="1618565B"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01604701"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65909B3F"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77A0AE54"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bl>
    <w:p w14:paraId="1F8D1E10" w14:textId="77777777" w:rsidR="00D56AFB" w:rsidRPr="00CD2577" w:rsidRDefault="00D56AFB" w:rsidP="004B2CD6">
      <w:pPr>
        <w:spacing w:after="20"/>
        <w:jc w:val="both"/>
        <w:rPr>
          <w:color w:val="000000" w:themeColor="text1"/>
        </w:rPr>
      </w:pP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005574EF" w14:textId="77777777">
        <w:trPr>
          <w:cantSplit/>
          <w:tblHeader/>
        </w:trPr>
        <w:tc>
          <w:tcPr>
            <w:tcW w:w="2200" w:type="dxa"/>
            <w:shd w:val="clear" w:color="auto" w:fill="E8EEF5"/>
            <w:tcMar>
              <w:top w:w="90" w:type="dxa"/>
              <w:left w:w="110" w:type="dxa"/>
              <w:bottom w:w="90" w:type="dxa"/>
              <w:right w:w="110" w:type="dxa"/>
            </w:tcMar>
            <w:vAlign w:val="center"/>
          </w:tcPr>
          <w:p w14:paraId="03C6FD45" w14:textId="77777777" w:rsidR="004B2CD6" w:rsidRPr="00CD2577" w:rsidRDefault="004B2CD6" w:rsidP="004B2CD6">
            <w:pPr>
              <w:spacing w:after="30" w:line="240" w:lineRule="auto"/>
              <w:jc w:val="both"/>
              <w:rPr>
                <w:color w:val="000000" w:themeColor="text1"/>
              </w:rPr>
            </w:pPr>
            <w:r w:rsidRPr="00CD2577">
              <w:rPr>
                <w:b/>
                <w:color w:val="000000" w:themeColor="text1"/>
                <w:sz w:val="18"/>
              </w:rPr>
              <w:t>Local e data</w:t>
            </w:r>
          </w:p>
        </w:tc>
        <w:tc>
          <w:tcPr>
            <w:tcW w:w="7100" w:type="dxa"/>
            <w:tcMar>
              <w:top w:w="90" w:type="dxa"/>
              <w:left w:w="110" w:type="dxa"/>
              <w:bottom w:w="90" w:type="dxa"/>
              <w:right w:w="110" w:type="dxa"/>
            </w:tcMar>
            <w:vAlign w:val="center"/>
          </w:tcPr>
          <w:p w14:paraId="03EEEF0D" w14:textId="2206A6E0" w:rsidR="004B2CD6" w:rsidRPr="00CD2577" w:rsidRDefault="004B2CD6" w:rsidP="004B2CD6">
            <w:pPr>
              <w:spacing w:after="30" w:line="240" w:lineRule="auto"/>
              <w:jc w:val="both"/>
              <w:rPr>
                <w:color w:val="000000" w:themeColor="text1"/>
              </w:rPr>
            </w:pPr>
          </w:p>
        </w:tc>
      </w:tr>
      <w:tr w:rsidR="004B2CD6" w:rsidRPr="006E2932" w14:paraId="2B93A46D" w14:textId="77777777">
        <w:trPr>
          <w:cantSplit/>
        </w:trPr>
        <w:tc>
          <w:tcPr>
            <w:tcW w:w="2200" w:type="dxa"/>
            <w:shd w:val="clear" w:color="auto" w:fill="E8EEF5"/>
            <w:tcMar>
              <w:top w:w="90" w:type="dxa"/>
              <w:left w:w="110" w:type="dxa"/>
              <w:bottom w:w="90" w:type="dxa"/>
              <w:right w:w="110" w:type="dxa"/>
            </w:tcMar>
            <w:vAlign w:val="center"/>
          </w:tcPr>
          <w:p w14:paraId="69739292" w14:textId="77777777" w:rsidR="004B2CD6" w:rsidRPr="005931D4" w:rsidRDefault="004B2CD6" w:rsidP="004B2CD6">
            <w:pPr>
              <w:spacing w:after="30" w:line="240" w:lineRule="auto"/>
              <w:jc w:val="both"/>
              <w:rPr>
                <w:color w:val="000000" w:themeColor="text1"/>
                <w:lang w:val="pt-PT"/>
              </w:rPr>
            </w:pPr>
            <w:r w:rsidRPr="005931D4">
              <w:rPr>
                <w:b/>
                <w:color w:val="000000" w:themeColor="text1"/>
                <w:sz w:val="18"/>
                <w:lang w:val="pt-PT"/>
              </w:rPr>
              <w:t>Assinatura do/a delegado/a</w:t>
            </w:r>
          </w:p>
        </w:tc>
        <w:tc>
          <w:tcPr>
            <w:tcW w:w="7100" w:type="dxa"/>
            <w:tcMar>
              <w:top w:w="90" w:type="dxa"/>
              <w:left w:w="110" w:type="dxa"/>
              <w:bottom w:w="90" w:type="dxa"/>
              <w:right w:w="110" w:type="dxa"/>
            </w:tcMar>
            <w:vAlign w:val="center"/>
          </w:tcPr>
          <w:p w14:paraId="11CAC927" w14:textId="77777777" w:rsidR="004B2CD6" w:rsidRPr="005931D4" w:rsidRDefault="004B2CD6" w:rsidP="004B2CD6">
            <w:pPr>
              <w:spacing w:after="30" w:line="240" w:lineRule="auto"/>
              <w:jc w:val="both"/>
              <w:rPr>
                <w:color w:val="000000" w:themeColor="text1"/>
                <w:lang w:val="pt-PT"/>
              </w:rPr>
            </w:pPr>
            <w:r w:rsidRPr="005931D4">
              <w:rPr>
                <w:color w:val="000000" w:themeColor="text1"/>
                <w:sz w:val="19"/>
                <w:lang w:val="pt-PT"/>
              </w:rPr>
              <w:t>Assinar manualmente ou apor assinatura eletrónica válida</w:t>
            </w:r>
          </w:p>
        </w:tc>
      </w:tr>
    </w:tbl>
    <w:p w14:paraId="5A17B978" w14:textId="77777777" w:rsidR="00D56AFB" w:rsidRPr="005931D4" w:rsidRDefault="00D56AFB" w:rsidP="004B2CD6">
      <w:pPr>
        <w:spacing w:after="20"/>
        <w:jc w:val="both"/>
        <w:rPr>
          <w:color w:val="000000" w:themeColor="text1"/>
          <w:lang w:val="pt-PT"/>
        </w:rPr>
      </w:pPr>
    </w:p>
    <w:p w14:paraId="5B33228F" w14:textId="77777777" w:rsidR="00D56AFB" w:rsidRPr="005931D4" w:rsidRDefault="00B80BC3" w:rsidP="004B2CD6">
      <w:pPr>
        <w:jc w:val="both"/>
        <w:rPr>
          <w:color w:val="000000" w:themeColor="text1"/>
          <w:lang w:val="pt-PT"/>
        </w:rPr>
      </w:pPr>
      <w:r w:rsidRPr="005931D4">
        <w:rPr>
          <w:color w:val="000000" w:themeColor="text1"/>
          <w:lang w:val="pt-PT"/>
        </w:rPr>
        <w:br w:type="page"/>
      </w:r>
    </w:p>
    <w:p w14:paraId="53C1AC5A" w14:textId="77777777" w:rsidR="00D56AFB" w:rsidRPr="005931D4" w:rsidRDefault="00B80BC3" w:rsidP="004B2CD6">
      <w:pPr>
        <w:keepNext/>
        <w:spacing w:before="40" w:after="40"/>
        <w:jc w:val="both"/>
        <w:rPr>
          <w:color w:val="000000" w:themeColor="text1"/>
          <w:lang w:val="pt-PT"/>
        </w:rPr>
      </w:pPr>
      <w:r w:rsidRPr="005931D4">
        <w:rPr>
          <w:b/>
          <w:color w:val="000000" w:themeColor="text1"/>
          <w:sz w:val="17"/>
          <w:lang w:val="pt-PT"/>
        </w:rPr>
        <w:lastRenderedPageBreak/>
        <w:t>F04</w:t>
      </w:r>
    </w:p>
    <w:p w14:paraId="47FDE1D2" w14:textId="77777777" w:rsidR="00D56AFB" w:rsidRPr="005931D4" w:rsidRDefault="00B80BC3" w:rsidP="004B2CD6">
      <w:pPr>
        <w:pStyle w:val="Ttulo1"/>
        <w:jc w:val="both"/>
        <w:rPr>
          <w:color w:val="000000" w:themeColor="text1"/>
          <w:lang w:val="pt-PT"/>
        </w:rPr>
      </w:pPr>
      <w:r w:rsidRPr="005931D4">
        <w:rPr>
          <w:color w:val="000000" w:themeColor="text1"/>
          <w:lang w:val="pt-PT"/>
        </w:rPr>
        <w:t>Lista de candidatos ao Conselho de Disciplina Nacional</w:t>
      </w:r>
    </w:p>
    <w:p w14:paraId="71CD090E" w14:textId="77777777" w:rsidR="00D56AFB" w:rsidRPr="00CD2577" w:rsidRDefault="00B80BC3" w:rsidP="004B2CD6">
      <w:pPr>
        <w:keepNext/>
        <w:spacing w:after="160"/>
        <w:jc w:val="both"/>
        <w:rPr>
          <w:color w:val="000000" w:themeColor="text1"/>
        </w:rPr>
      </w:pPr>
      <w:proofErr w:type="spellStart"/>
      <w:r w:rsidRPr="00CD2577">
        <w:rPr>
          <w:color w:val="000000" w:themeColor="text1"/>
          <w:sz w:val="19"/>
        </w:rPr>
        <w:t>Órgão</w:t>
      </w:r>
      <w:proofErr w:type="spellEnd"/>
      <w:r w:rsidRPr="00CD2577">
        <w:rPr>
          <w:color w:val="000000" w:themeColor="text1"/>
          <w:sz w:val="19"/>
        </w:rPr>
        <w:t xml:space="preserve"> </w:t>
      </w:r>
      <w:proofErr w:type="spellStart"/>
      <w:r w:rsidRPr="00CD2577">
        <w:rPr>
          <w:color w:val="000000" w:themeColor="text1"/>
          <w:sz w:val="19"/>
        </w:rPr>
        <w:t>nacional</w:t>
      </w:r>
      <w:proofErr w:type="spellEnd"/>
      <w:r w:rsidRPr="00CD2577">
        <w:rPr>
          <w:color w:val="000000" w:themeColor="text1"/>
          <w:sz w:val="19"/>
        </w:rPr>
        <w:t xml:space="preserve"> | Mandato 2027–2029</w:t>
      </w: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3C10CEB1" w14:textId="77777777">
        <w:trPr>
          <w:cantSplit/>
          <w:tblHeader/>
        </w:trPr>
        <w:tc>
          <w:tcPr>
            <w:tcW w:w="2200" w:type="dxa"/>
            <w:shd w:val="clear" w:color="auto" w:fill="E8EEF5"/>
            <w:tcMar>
              <w:top w:w="90" w:type="dxa"/>
              <w:left w:w="110" w:type="dxa"/>
              <w:bottom w:w="90" w:type="dxa"/>
              <w:right w:w="110" w:type="dxa"/>
            </w:tcMar>
            <w:vAlign w:val="center"/>
          </w:tcPr>
          <w:p w14:paraId="61E16122"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Designação</w:t>
            </w:r>
            <w:proofErr w:type="spellEnd"/>
            <w:r w:rsidRPr="00CD2577">
              <w:rPr>
                <w:b/>
                <w:color w:val="000000" w:themeColor="text1"/>
                <w:sz w:val="18"/>
              </w:rPr>
              <w:t xml:space="preserve"> da </w:t>
            </w:r>
            <w:proofErr w:type="spellStart"/>
            <w:r w:rsidRPr="00CD2577">
              <w:rPr>
                <w:b/>
                <w:color w:val="000000" w:themeColor="text1"/>
                <w:sz w:val="18"/>
              </w:rPr>
              <w:t>candidatura</w:t>
            </w:r>
            <w:proofErr w:type="spellEnd"/>
          </w:p>
        </w:tc>
        <w:tc>
          <w:tcPr>
            <w:tcW w:w="7100" w:type="dxa"/>
            <w:tcMar>
              <w:top w:w="90" w:type="dxa"/>
              <w:left w:w="110" w:type="dxa"/>
              <w:bottom w:w="90" w:type="dxa"/>
              <w:right w:w="110" w:type="dxa"/>
            </w:tcMar>
            <w:vAlign w:val="center"/>
          </w:tcPr>
          <w:p w14:paraId="1E5849B8" w14:textId="14099113" w:rsidR="004B2CD6" w:rsidRPr="00CD2577" w:rsidRDefault="004B2CD6" w:rsidP="004B2CD6">
            <w:pPr>
              <w:spacing w:after="30" w:line="240" w:lineRule="auto"/>
              <w:jc w:val="both"/>
              <w:rPr>
                <w:color w:val="000000" w:themeColor="text1"/>
              </w:rPr>
            </w:pPr>
          </w:p>
        </w:tc>
      </w:tr>
    </w:tbl>
    <w:p w14:paraId="6BD634A4" w14:textId="77777777" w:rsidR="00D56AFB" w:rsidRPr="00CD2577" w:rsidRDefault="00D56AFB" w:rsidP="004B2CD6">
      <w:pPr>
        <w:spacing w:after="20"/>
        <w:jc w:val="both"/>
        <w:rPr>
          <w:color w:val="000000" w:themeColor="text1"/>
        </w:rPr>
      </w:pPr>
    </w:p>
    <w:tbl>
      <w:tblPr>
        <w:tblStyle w:val="TabelacomGrelha"/>
        <w:tblW w:w="9300" w:type="dxa"/>
        <w:tblInd w:w="110" w:type="dxa"/>
        <w:tblLayout w:type="fixed"/>
        <w:tblLook w:val="04A0" w:firstRow="1" w:lastRow="0" w:firstColumn="1" w:lastColumn="0" w:noHBand="0" w:noVBand="1"/>
      </w:tblPr>
      <w:tblGrid>
        <w:gridCol w:w="9300"/>
      </w:tblGrid>
      <w:tr w:rsidR="00D56AFB" w:rsidRPr="006E2932" w14:paraId="22595D54" w14:textId="77777777">
        <w:trPr>
          <w:tblHeader/>
        </w:trPr>
        <w:tc>
          <w:tcPr>
            <w:tcW w:w="9300" w:type="dxa"/>
            <w:shd w:val="clear" w:color="auto" w:fill="F4F6F9"/>
            <w:tcMar>
              <w:top w:w="90" w:type="dxa"/>
              <w:left w:w="110" w:type="dxa"/>
              <w:bottom w:w="90" w:type="dxa"/>
              <w:right w:w="110" w:type="dxa"/>
            </w:tcMar>
            <w:vAlign w:val="center"/>
          </w:tcPr>
          <w:p w14:paraId="13AE5757" w14:textId="77777777" w:rsidR="00D56AFB" w:rsidRPr="005931D4" w:rsidRDefault="00B80BC3" w:rsidP="004B2CD6">
            <w:pPr>
              <w:spacing w:after="30" w:line="240" w:lineRule="auto"/>
              <w:jc w:val="both"/>
              <w:rPr>
                <w:color w:val="000000" w:themeColor="text1"/>
                <w:lang w:val="pt-PT"/>
              </w:rPr>
            </w:pPr>
            <w:r w:rsidRPr="005931D4">
              <w:rPr>
                <w:b/>
                <w:color w:val="000000" w:themeColor="text1"/>
                <w:sz w:val="18"/>
                <w:lang w:val="pt-PT"/>
              </w:rPr>
              <w:t xml:space="preserve">Nota: </w:t>
            </w:r>
            <w:r w:rsidRPr="005931D4">
              <w:rPr>
                <w:color w:val="000000" w:themeColor="text1"/>
                <w:sz w:val="18"/>
                <w:lang w:val="pt-PT"/>
              </w:rPr>
              <w:t>9 candidatos: 4 vogais e 1 suplente membros da OA; 3 vogais e 1 suplente não membros da OA, personalidades de reconhecido mérito com conhecimento e experiência relevantes para a atividade.</w:t>
            </w:r>
          </w:p>
        </w:tc>
      </w:tr>
    </w:tbl>
    <w:p w14:paraId="595E263F" w14:textId="77777777" w:rsidR="00D56AFB" w:rsidRPr="005931D4" w:rsidRDefault="00D56AFB" w:rsidP="004B2CD6">
      <w:pPr>
        <w:spacing w:after="20"/>
        <w:jc w:val="both"/>
        <w:rPr>
          <w:color w:val="000000" w:themeColor="text1"/>
          <w:lang w:val="pt-PT"/>
        </w:rPr>
      </w:pPr>
    </w:p>
    <w:p w14:paraId="0BEE2AB6" w14:textId="77777777" w:rsidR="00D56AFB" w:rsidRPr="005931D4" w:rsidRDefault="00B80BC3" w:rsidP="004B2CD6">
      <w:pPr>
        <w:pStyle w:val="Ttulo2"/>
        <w:jc w:val="both"/>
        <w:rPr>
          <w:color w:val="000000" w:themeColor="text1"/>
          <w:lang w:val="pt-PT"/>
        </w:rPr>
      </w:pPr>
      <w:r w:rsidRPr="005931D4">
        <w:rPr>
          <w:color w:val="000000" w:themeColor="text1"/>
          <w:lang w:val="pt-PT"/>
        </w:rPr>
        <w:t>A. Candidatos membros da Ordem dos Arquitectos</w:t>
      </w:r>
    </w:p>
    <w:tbl>
      <w:tblPr>
        <w:tblStyle w:val="TabelacomGrelha"/>
        <w:tblW w:w="9300" w:type="dxa"/>
        <w:tblInd w:w="110" w:type="dxa"/>
        <w:tblLayout w:type="fixed"/>
        <w:tblLook w:val="04A0" w:firstRow="1" w:lastRow="0" w:firstColumn="1" w:lastColumn="0" w:noHBand="0" w:noVBand="1"/>
      </w:tblPr>
      <w:tblGrid>
        <w:gridCol w:w="1500"/>
        <w:gridCol w:w="3500"/>
        <w:gridCol w:w="1200"/>
        <w:gridCol w:w="1400"/>
        <w:gridCol w:w="1700"/>
      </w:tblGrid>
      <w:tr w:rsidR="00CD2577" w:rsidRPr="00CD2577" w14:paraId="3E40B77B" w14:textId="77777777">
        <w:trPr>
          <w:tblHeader/>
        </w:trPr>
        <w:tc>
          <w:tcPr>
            <w:tcW w:w="1500" w:type="dxa"/>
            <w:shd w:val="clear" w:color="auto" w:fill="17365D"/>
            <w:tcMar>
              <w:top w:w="90" w:type="dxa"/>
              <w:left w:w="110" w:type="dxa"/>
              <w:bottom w:w="90" w:type="dxa"/>
              <w:right w:w="110" w:type="dxa"/>
            </w:tcMar>
            <w:vAlign w:val="center"/>
          </w:tcPr>
          <w:p w14:paraId="4AE94A34"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Cargo</w:t>
            </w:r>
          </w:p>
        </w:tc>
        <w:tc>
          <w:tcPr>
            <w:tcW w:w="3500" w:type="dxa"/>
            <w:shd w:val="clear" w:color="auto" w:fill="17365D"/>
            <w:tcMar>
              <w:top w:w="90" w:type="dxa"/>
              <w:left w:w="110" w:type="dxa"/>
              <w:bottom w:w="90" w:type="dxa"/>
              <w:right w:w="110" w:type="dxa"/>
            </w:tcMar>
            <w:vAlign w:val="center"/>
          </w:tcPr>
          <w:p w14:paraId="72D08EAB"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 xml:space="preserve">Nome </w:t>
            </w:r>
            <w:proofErr w:type="spellStart"/>
            <w:r w:rsidRPr="00CD2577">
              <w:rPr>
                <w:b/>
                <w:color w:val="FFFFFF" w:themeColor="background1"/>
                <w:sz w:val="17"/>
              </w:rPr>
              <w:t>completo</w:t>
            </w:r>
            <w:proofErr w:type="spellEnd"/>
          </w:p>
        </w:tc>
        <w:tc>
          <w:tcPr>
            <w:tcW w:w="1200" w:type="dxa"/>
            <w:shd w:val="clear" w:color="auto" w:fill="17365D"/>
            <w:tcMar>
              <w:top w:w="90" w:type="dxa"/>
              <w:left w:w="110" w:type="dxa"/>
              <w:bottom w:w="90" w:type="dxa"/>
              <w:right w:w="110" w:type="dxa"/>
            </w:tcMar>
            <w:vAlign w:val="center"/>
          </w:tcPr>
          <w:p w14:paraId="45FE37E6" w14:textId="77777777" w:rsidR="00D56AFB" w:rsidRPr="00CD2577" w:rsidRDefault="00B80BC3" w:rsidP="004B2CD6">
            <w:pPr>
              <w:spacing w:after="30" w:line="240" w:lineRule="auto"/>
              <w:jc w:val="both"/>
              <w:rPr>
                <w:color w:val="FFFFFF" w:themeColor="background1"/>
              </w:rPr>
            </w:pPr>
            <w:proofErr w:type="gramStart"/>
            <w:r w:rsidRPr="00CD2577">
              <w:rPr>
                <w:b/>
                <w:color w:val="FFFFFF" w:themeColor="background1"/>
                <w:sz w:val="17"/>
              </w:rPr>
              <w:t>N.º</w:t>
            </w:r>
            <w:proofErr w:type="gramEnd"/>
            <w:r w:rsidRPr="00CD2577">
              <w:rPr>
                <w:b/>
                <w:color w:val="FFFFFF" w:themeColor="background1"/>
                <w:sz w:val="17"/>
              </w:rPr>
              <w:t xml:space="preserve"> de </w:t>
            </w:r>
            <w:proofErr w:type="spellStart"/>
            <w:r w:rsidRPr="00CD2577">
              <w:rPr>
                <w:b/>
                <w:color w:val="FFFFFF" w:themeColor="background1"/>
                <w:sz w:val="17"/>
              </w:rPr>
              <w:t>membro</w:t>
            </w:r>
            <w:proofErr w:type="spellEnd"/>
          </w:p>
        </w:tc>
        <w:tc>
          <w:tcPr>
            <w:tcW w:w="1400" w:type="dxa"/>
            <w:shd w:val="clear" w:color="auto" w:fill="17365D"/>
            <w:tcMar>
              <w:top w:w="90" w:type="dxa"/>
              <w:left w:w="110" w:type="dxa"/>
              <w:bottom w:w="90" w:type="dxa"/>
              <w:right w:w="110" w:type="dxa"/>
            </w:tcMar>
            <w:vAlign w:val="center"/>
          </w:tcPr>
          <w:p w14:paraId="44B33D1C"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Secção regional</w:t>
            </w:r>
          </w:p>
        </w:tc>
        <w:tc>
          <w:tcPr>
            <w:tcW w:w="1700" w:type="dxa"/>
            <w:shd w:val="clear" w:color="auto" w:fill="17365D"/>
            <w:tcMar>
              <w:top w:w="90" w:type="dxa"/>
              <w:left w:w="110" w:type="dxa"/>
              <w:bottom w:w="90" w:type="dxa"/>
              <w:right w:w="110" w:type="dxa"/>
            </w:tcMar>
            <w:vAlign w:val="center"/>
          </w:tcPr>
          <w:p w14:paraId="2B3C2ABF" w14:textId="77777777" w:rsidR="00D56AFB" w:rsidRPr="00CD2577" w:rsidRDefault="00B80BC3" w:rsidP="004B2CD6">
            <w:pPr>
              <w:spacing w:after="30" w:line="240" w:lineRule="auto"/>
              <w:jc w:val="both"/>
              <w:rPr>
                <w:color w:val="FFFFFF" w:themeColor="background1"/>
              </w:rPr>
            </w:pPr>
            <w:proofErr w:type="spellStart"/>
            <w:r w:rsidRPr="00CD2577">
              <w:rPr>
                <w:b/>
                <w:color w:val="FFFFFF" w:themeColor="background1"/>
                <w:sz w:val="17"/>
              </w:rPr>
              <w:t>Assinatura</w:t>
            </w:r>
            <w:proofErr w:type="spellEnd"/>
          </w:p>
        </w:tc>
      </w:tr>
      <w:tr w:rsidR="004B2CD6" w:rsidRPr="00CD2577" w14:paraId="4B58E930" w14:textId="77777777">
        <w:trPr>
          <w:cantSplit/>
          <w:trHeight w:val="442"/>
        </w:trPr>
        <w:tc>
          <w:tcPr>
            <w:tcW w:w="1500" w:type="dxa"/>
            <w:tcMar>
              <w:top w:w="90" w:type="dxa"/>
              <w:left w:w="110" w:type="dxa"/>
              <w:bottom w:w="90" w:type="dxa"/>
              <w:right w:w="110" w:type="dxa"/>
            </w:tcMar>
            <w:vAlign w:val="center"/>
          </w:tcPr>
          <w:p w14:paraId="53CBB835"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w:t>
            </w:r>
          </w:p>
        </w:tc>
        <w:tc>
          <w:tcPr>
            <w:tcW w:w="3500" w:type="dxa"/>
            <w:tcMar>
              <w:top w:w="90" w:type="dxa"/>
              <w:left w:w="110" w:type="dxa"/>
              <w:bottom w:w="90" w:type="dxa"/>
              <w:right w:w="110" w:type="dxa"/>
            </w:tcMar>
            <w:vAlign w:val="center"/>
          </w:tcPr>
          <w:p w14:paraId="4966B0E1" w14:textId="0AB4A228"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039C8999"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27576E9A"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603AD060"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0FB3F0D0" w14:textId="77777777">
        <w:trPr>
          <w:cantSplit/>
          <w:trHeight w:val="442"/>
        </w:trPr>
        <w:tc>
          <w:tcPr>
            <w:tcW w:w="1500" w:type="dxa"/>
            <w:tcMar>
              <w:top w:w="90" w:type="dxa"/>
              <w:left w:w="110" w:type="dxa"/>
              <w:bottom w:w="90" w:type="dxa"/>
              <w:right w:w="110" w:type="dxa"/>
            </w:tcMar>
            <w:vAlign w:val="center"/>
          </w:tcPr>
          <w:p w14:paraId="2CF6A903"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2</w:t>
            </w:r>
          </w:p>
        </w:tc>
        <w:tc>
          <w:tcPr>
            <w:tcW w:w="3500" w:type="dxa"/>
            <w:tcMar>
              <w:top w:w="90" w:type="dxa"/>
              <w:left w:w="110" w:type="dxa"/>
              <w:bottom w:w="90" w:type="dxa"/>
              <w:right w:w="110" w:type="dxa"/>
            </w:tcMar>
            <w:vAlign w:val="center"/>
          </w:tcPr>
          <w:p w14:paraId="0DBE9203" w14:textId="4EBD9D77"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62F44039"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4F50C151"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68152EDE"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0E9D213A" w14:textId="77777777">
        <w:trPr>
          <w:cantSplit/>
          <w:trHeight w:val="442"/>
        </w:trPr>
        <w:tc>
          <w:tcPr>
            <w:tcW w:w="1500" w:type="dxa"/>
            <w:tcMar>
              <w:top w:w="90" w:type="dxa"/>
              <w:left w:w="110" w:type="dxa"/>
              <w:bottom w:w="90" w:type="dxa"/>
              <w:right w:w="110" w:type="dxa"/>
            </w:tcMar>
            <w:vAlign w:val="center"/>
          </w:tcPr>
          <w:p w14:paraId="052A2033"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3</w:t>
            </w:r>
          </w:p>
        </w:tc>
        <w:tc>
          <w:tcPr>
            <w:tcW w:w="3500" w:type="dxa"/>
            <w:tcMar>
              <w:top w:w="90" w:type="dxa"/>
              <w:left w:w="110" w:type="dxa"/>
              <w:bottom w:w="90" w:type="dxa"/>
              <w:right w:w="110" w:type="dxa"/>
            </w:tcMar>
            <w:vAlign w:val="center"/>
          </w:tcPr>
          <w:p w14:paraId="3C2206B1" w14:textId="5B4EBC44"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006776B1"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1C41153B"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07D8435E"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0F73391C" w14:textId="77777777">
        <w:trPr>
          <w:cantSplit/>
          <w:trHeight w:val="442"/>
        </w:trPr>
        <w:tc>
          <w:tcPr>
            <w:tcW w:w="1500" w:type="dxa"/>
            <w:tcMar>
              <w:top w:w="90" w:type="dxa"/>
              <w:left w:w="110" w:type="dxa"/>
              <w:bottom w:w="90" w:type="dxa"/>
              <w:right w:w="110" w:type="dxa"/>
            </w:tcMar>
            <w:vAlign w:val="center"/>
          </w:tcPr>
          <w:p w14:paraId="3D106AC3"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4</w:t>
            </w:r>
          </w:p>
        </w:tc>
        <w:tc>
          <w:tcPr>
            <w:tcW w:w="3500" w:type="dxa"/>
            <w:tcMar>
              <w:top w:w="90" w:type="dxa"/>
              <w:left w:w="110" w:type="dxa"/>
              <w:bottom w:w="90" w:type="dxa"/>
              <w:right w:w="110" w:type="dxa"/>
            </w:tcMar>
            <w:vAlign w:val="center"/>
          </w:tcPr>
          <w:p w14:paraId="39DC99A0" w14:textId="769954F7"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5EFE6059"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5FC30C46"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58BAC061"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3DCA629C" w14:textId="77777777">
        <w:trPr>
          <w:cantSplit/>
          <w:trHeight w:val="442"/>
        </w:trPr>
        <w:tc>
          <w:tcPr>
            <w:tcW w:w="1500" w:type="dxa"/>
            <w:tcMar>
              <w:top w:w="90" w:type="dxa"/>
              <w:left w:w="110" w:type="dxa"/>
              <w:bottom w:w="90" w:type="dxa"/>
              <w:right w:w="110" w:type="dxa"/>
            </w:tcMar>
            <w:vAlign w:val="center"/>
          </w:tcPr>
          <w:p w14:paraId="5262A1EA"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7"/>
              </w:rPr>
              <w:t>Suplente</w:t>
            </w:r>
            <w:proofErr w:type="spellEnd"/>
          </w:p>
        </w:tc>
        <w:tc>
          <w:tcPr>
            <w:tcW w:w="3500" w:type="dxa"/>
            <w:tcMar>
              <w:top w:w="90" w:type="dxa"/>
              <w:left w:w="110" w:type="dxa"/>
              <w:bottom w:w="90" w:type="dxa"/>
              <w:right w:w="110" w:type="dxa"/>
            </w:tcMar>
            <w:vAlign w:val="center"/>
          </w:tcPr>
          <w:p w14:paraId="2CEA776F" w14:textId="735D86E2"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39F4A69B"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79A85482"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49BEF503"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bl>
    <w:p w14:paraId="1835D171" w14:textId="77777777" w:rsidR="00D56AFB" w:rsidRPr="00CD2577" w:rsidRDefault="00D56AFB" w:rsidP="004B2CD6">
      <w:pPr>
        <w:spacing w:after="20"/>
        <w:jc w:val="both"/>
        <w:rPr>
          <w:color w:val="000000" w:themeColor="text1"/>
        </w:rPr>
      </w:pPr>
    </w:p>
    <w:p w14:paraId="63B09C90" w14:textId="77777777" w:rsidR="00D56AFB" w:rsidRPr="005931D4" w:rsidRDefault="00B80BC3" w:rsidP="004B2CD6">
      <w:pPr>
        <w:pStyle w:val="Ttulo2"/>
        <w:jc w:val="both"/>
        <w:rPr>
          <w:color w:val="000000" w:themeColor="text1"/>
          <w:lang w:val="pt-PT"/>
        </w:rPr>
      </w:pPr>
      <w:r w:rsidRPr="005931D4">
        <w:rPr>
          <w:color w:val="000000" w:themeColor="text1"/>
          <w:lang w:val="pt-PT"/>
        </w:rPr>
        <w:t>B. Candidatos não membros da Ordem dos Arquitectos</w:t>
      </w:r>
    </w:p>
    <w:tbl>
      <w:tblPr>
        <w:tblStyle w:val="TabelacomGrelha"/>
        <w:tblW w:w="9300" w:type="dxa"/>
        <w:tblInd w:w="110" w:type="dxa"/>
        <w:tblLayout w:type="fixed"/>
        <w:tblLook w:val="04A0" w:firstRow="1" w:lastRow="0" w:firstColumn="1" w:lastColumn="0" w:noHBand="0" w:noVBand="1"/>
      </w:tblPr>
      <w:tblGrid>
        <w:gridCol w:w="1701"/>
        <w:gridCol w:w="3969"/>
        <w:gridCol w:w="1701"/>
        <w:gridCol w:w="1929"/>
      </w:tblGrid>
      <w:tr w:rsidR="00CD2577" w:rsidRPr="00CD2577" w14:paraId="5B7B72B4" w14:textId="77777777">
        <w:trPr>
          <w:tblHeader/>
        </w:trPr>
        <w:tc>
          <w:tcPr>
            <w:tcW w:w="1701" w:type="dxa"/>
            <w:shd w:val="clear" w:color="auto" w:fill="17365D"/>
            <w:tcMar>
              <w:top w:w="90" w:type="dxa"/>
              <w:left w:w="110" w:type="dxa"/>
              <w:bottom w:w="90" w:type="dxa"/>
              <w:right w:w="110" w:type="dxa"/>
            </w:tcMar>
            <w:vAlign w:val="center"/>
          </w:tcPr>
          <w:p w14:paraId="09732937"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Cargo</w:t>
            </w:r>
          </w:p>
        </w:tc>
        <w:tc>
          <w:tcPr>
            <w:tcW w:w="3969" w:type="dxa"/>
            <w:shd w:val="clear" w:color="auto" w:fill="17365D"/>
            <w:tcMar>
              <w:top w:w="90" w:type="dxa"/>
              <w:left w:w="110" w:type="dxa"/>
              <w:bottom w:w="90" w:type="dxa"/>
              <w:right w:w="110" w:type="dxa"/>
            </w:tcMar>
            <w:vAlign w:val="center"/>
          </w:tcPr>
          <w:p w14:paraId="2200E1D9"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 xml:space="preserve">Nome </w:t>
            </w:r>
            <w:proofErr w:type="spellStart"/>
            <w:r w:rsidRPr="00CD2577">
              <w:rPr>
                <w:b/>
                <w:color w:val="FFFFFF" w:themeColor="background1"/>
                <w:sz w:val="17"/>
              </w:rPr>
              <w:t>completo</w:t>
            </w:r>
            <w:proofErr w:type="spellEnd"/>
          </w:p>
        </w:tc>
        <w:tc>
          <w:tcPr>
            <w:tcW w:w="1701" w:type="dxa"/>
            <w:shd w:val="clear" w:color="auto" w:fill="17365D"/>
            <w:tcMar>
              <w:top w:w="90" w:type="dxa"/>
              <w:left w:w="110" w:type="dxa"/>
              <w:bottom w:w="90" w:type="dxa"/>
              <w:right w:w="110" w:type="dxa"/>
            </w:tcMar>
            <w:vAlign w:val="center"/>
          </w:tcPr>
          <w:p w14:paraId="16E50485" w14:textId="77777777" w:rsidR="00D56AFB" w:rsidRPr="00CD2577" w:rsidRDefault="00B80BC3" w:rsidP="004B2CD6">
            <w:pPr>
              <w:spacing w:after="30" w:line="240" w:lineRule="auto"/>
              <w:jc w:val="both"/>
              <w:rPr>
                <w:color w:val="FFFFFF" w:themeColor="background1"/>
              </w:rPr>
            </w:pPr>
            <w:proofErr w:type="spellStart"/>
            <w:r w:rsidRPr="00CD2577">
              <w:rPr>
                <w:b/>
                <w:color w:val="FFFFFF" w:themeColor="background1"/>
                <w:sz w:val="17"/>
              </w:rPr>
              <w:t>Profissão</w:t>
            </w:r>
            <w:proofErr w:type="spellEnd"/>
            <w:r w:rsidRPr="00CD2577">
              <w:rPr>
                <w:b/>
                <w:color w:val="FFFFFF" w:themeColor="background1"/>
                <w:sz w:val="17"/>
              </w:rPr>
              <w:t xml:space="preserve"> / </w:t>
            </w:r>
            <w:proofErr w:type="spellStart"/>
            <w:r w:rsidRPr="00CD2577">
              <w:rPr>
                <w:b/>
                <w:color w:val="FFFFFF" w:themeColor="background1"/>
                <w:sz w:val="17"/>
              </w:rPr>
              <w:t>qualificação</w:t>
            </w:r>
            <w:proofErr w:type="spellEnd"/>
          </w:p>
        </w:tc>
        <w:tc>
          <w:tcPr>
            <w:tcW w:w="1929" w:type="dxa"/>
            <w:shd w:val="clear" w:color="auto" w:fill="17365D"/>
            <w:tcMar>
              <w:top w:w="90" w:type="dxa"/>
              <w:left w:w="110" w:type="dxa"/>
              <w:bottom w:w="90" w:type="dxa"/>
              <w:right w:w="110" w:type="dxa"/>
            </w:tcMar>
            <w:vAlign w:val="center"/>
          </w:tcPr>
          <w:p w14:paraId="6AEB2F1E" w14:textId="77777777" w:rsidR="00D56AFB" w:rsidRPr="00CD2577" w:rsidRDefault="00B80BC3" w:rsidP="004B2CD6">
            <w:pPr>
              <w:spacing w:after="30" w:line="240" w:lineRule="auto"/>
              <w:jc w:val="both"/>
              <w:rPr>
                <w:color w:val="FFFFFF" w:themeColor="background1"/>
              </w:rPr>
            </w:pPr>
            <w:proofErr w:type="spellStart"/>
            <w:r w:rsidRPr="00CD2577">
              <w:rPr>
                <w:b/>
                <w:color w:val="FFFFFF" w:themeColor="background1"/>
                <w:sz w:val="17"/>
              </w:rPr>
              <w:t>Assinatura</w:t>
            </w:r>
            <w:proofErr w:type="spellEnd"/>
          </w:p>
        </w:tc>
      </w:tr>
      <w:tr w:rsidR="004B2CD6" w:rsidRPr="00CD2577" w14:paraId="365CAD26" w14:textId="77777777">
        <w:trPr>
          <w:cantSplit/>
          <w:trHeight w:val="442"/>
        </w:trPr>
        <w:tc>
          <w:tcPr>
            <w:tcW w:w="1701" w:type="dxa"/>
            <w:tcMar>
              <w:top w:w="90" w:type="dxa"/>
              <w:left w:w="110" w:type="dxa"/>
              <w:bottom w:w="90" w:type="dxa"/>
              <w:right w:w="110" w:type="dxa"/>
            </w:tcMar>
            <w:vAlign w:val="center"/>
          </w:tcPr>
          <w:p w14:paraId="29EC574E"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w:t>
            </w:r>
          </w:p>
        </w:tc>
        <w:tc>
          <w:tcPr>
            <w:tcW w:w="3969" w:type="dxa"/>
            <w:tcMar>
              <w:top w:w="90" w:type="dxa"/>
              <w:left w:w="110" w:type="dxa"/>
              <w:bottom w:w="90" w:type="dxa"/>
              <w:right w:w="110" w:type="dxa"/>
            </w:tcMar>
            <w:vAlign w:val="center"/>
          </w:tcPr>
          <w:p w14:paraId="6ADE2519" w14:textId="7DDE78BC" w:rsidR="004B2CD6" w:rsidRPr="00CD2577" w:rsidRDefault="004B2CD6" w:rsidP="004B2CD6">
            <w:pPr>
              <w:spacing w:after="30" w:line="240" w:lineRule="auto"/>
              <w:jc w:val="both"/>
              <w:rPr>
                <w:color w:val="000000" w:themeColor="text1"/>
              </w:rPr>
            </w:pPr>
          </w:p>
        </w:tc>
        <w:tc>
          <w:tcPr>
            <w:tcW w:w="1701" w:type="dxa"/>
            <w:tcMar>
              <w:top w:w="90" w:type="dxa"/>
              <w:left w:w="110" w:type="dxa"/>
              <w:bottom w:w="90" w:type="dxa"/>
              <w:right w:w="110" w:type="dxa"/>
            </w:tcMar>
            <w:vAlign w:val="center"/>
          </w:tcPr>
          <w:p w14:paraId="67422126"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929" w:type="dxa"/>
            <w:tcMar>
              <w:top w:w="90" w:type="dxa"/>
              <w:left w:w="110" w:type="dxa"/>
              <w:bottom w:w="90" w:type="dxa"/>
              <w:right w:w="110" w:type="dxa"/>
            </w:tcMar>
            <w:vAlign w:val="center"/>
          </w:tcPr>
          <w:p w14:paraId="6EFE8C63"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557AF815" w14:textId="77777777">
        <w:trPr>
          <w:cantSplit/>
          <w:trHeight w:val="442"/>
        </w:trPr>
        <w:tc>
          <w:tcPr>
            <w:tcW w:w="1701" w:type="dxa"/>
            <w:tcMar>
              <w:top w:w="90" w:type="dxa"/>
              <w:left w:w="110" w:type="dxa"/>
              <w:bottom w:w="90" w:type="dxa"/>
              <w:right w:w="110" w:type="dxa"/>
            </w:tcMar>
            <w:vAlign w:val="center"/>
          </w:tcPr>
          <w:p w14:paraId="1C6B55F6"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2</w:t>
            </w:r>
          </w:p>
        </w:tc>
        <w:tc>
          <w:tcPr>
            <w:tcW w:w="3969" w:type="dxa"/>
            <w:tcMar>
              <w:top w:w="90" w:type="dxa"/>
              <w:left w:w="110" w:type="dxa"/>
              <w:bottom w:w="90" w:type="dxa"/>
              <w:right w:w="110" w:type="dxa"/>
            </w:tcMar>
            <w:vAlign w:val="center"/>
          </w:tcPr>
          <w:p w14:paraId="5CCD78F6" w14:textId="5ACAB97C" w:rsidR="004B2CD6" w:rsidRPr="00CD2577" w:rsidRDefault="004B2CD6" w:rsidP="004B2CD6">
            <w:pPr>
              <w:spacing w:after="30" w:line="240" w:lineRule="auto"/>
              <w:jc w:val="both"/>
              <w:rPr>
                <w:color w:val="000000" w:themeColor="text1"/>
              </w:rPr>
            </w:pPr>
          </w:p>
        </w:tc>
        <w:tc>
          <w:tcPr>
            <w:tcW w:w="1701" w:type="dxa"/>
            <w:tcMar>
              <w:top w:w="90" w:type="dxa"/>
              <w:left w:w="110" w:type="dxa"/>
              <w:bottom w:w="90" w:type="dxa"/>
              <w:right w:w="110" w:type="dxa"/>
            </w:tcMar>
            <w:vAlign w:val="center"/>
          </w:tcPr>
          <w:p w14:paraId="51A650DB"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929" w:type="dxa"/>
            <w:tcMar>
              <w:top w:w="90" w:type="dxa"/>
              <w:left w:w="110" w:type="dxa"/>
              <w:bottom w:w="90" w:type="dxa"/>
              <w:right w:w="110" w:type="dxa"/>
            </w:tcMar>
            <w:vAlign w:val="center"/>
          </w:tcPr>
          <w:p w14:paraId="7478B314"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707FBB6E" w14:textId="77777777">
        <w:trPr>
          <w:cantSplit/>
          <w:trHeight w:val="442"/>
        </w:trPr>
        <w:tc>
          <w:tcPr>
            <w:tcW w:w="1701" w:type="dxa"/>
            <w:tcMar>
              <w:top w:w="90" w:type="dxa"/>
              <w:left w:w="110" w:type="dxa"/>
              <w:bottom w:w="90" w:type="dxa"/>
              <w:right w:w="110" w:type="dxa"/>
            </w:tcMar>
            <w:vAlign w:val="center"/>
          </w:tcPr>
          <w:p w14:paraId="698C142B"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3</w:t>
            </w:r>
          </w:p>
        </w:tc>
        <w:tc>
          <w:tcPr>
            <w:tcW w:w="3969" w:type="dxa"/>
            <w:tcMar>
              <w:top w:w="90" w:type="dxa"/>
              <w:left w:w="110" w:type="dxa"/>
              <w:bottom w:w="90" w:type="dxa"/>
              <w:right w:w="110" w:type="dxa"/>
            </w:tcMar>
            <w:vAlign w:val="center"/>
          </w:tcPr>
          <w:p w14:paraId="3DEEADF5" w14:textId="2E3AA72F" w:rsidR="004B2CD6" w:rsidRPr="00CD2577" w:rsidRDefault="004B2CD6" w:rsidP="004B2CD6">
            <w:pPr>
              <w:spacing w:after="30" w:line="240" w:lineRule="auto"/>
              <w:jc w:val="both"/>
              <w:rPr>
                <w:color w:val="000000" w:themeColor="text1"/>
              </w:rPr>
            </w:pPr>
          </w:p>
        </w:tc>
        <w:tc>
          <w:tcPr>
            <w:tcW w:w="1701" w:type="dxa"/>
            <w:tcMar>
              <w:top w:w="90" w:type="dxa"/>
              <w:left w:w="110" w:type="dxa"/>
              <w:bottom w:w="90" w:type="dxa"/>
              <w:right w:w="110" w:type="dxa"/>
            </w:tcMar>
            <w:vAlign w:val="center"/>
          </w:tcPr>
          <w:p w14:paraId="08945EE8"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929" w:type="dxa"/>
            <w:tcMar>
              <w:top w:w="90" w:type="dxa"/>
              <w:left w:w="110" w:type="dxa"/>
              <w:bottom w:w="90" w:type="dxa"/>
              <w:right w:w="110" w:type="dxa"/>
            </w:tcMar>
            <w:vAlign w:val="center"/>
          </w:tcPr>
          <w:p w14:paraId="3F09A806"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7E1F2F1C" w14:textId="77777777">
        <w:trPr>
          <w:cantSplit/>
          <w:trHeight w:val="442"/>
        </w:trPr>
        <w:tc>
          <w:tcPr>
            <w:tcW w:w="1701" w:type="dxa"/>
            <w:tcMar>
              <w:top w:w="90" w:type="dxa"/>
              <w:left w:w="110" w:type="dxa"/>
              <w:bottom w:w="90" w:type="dxa"/>
              <w:right w:w="110" w:type="dxa"/>
            </w:tcMar>
            <w:vAlign w:val="center"/>
          </w:tcPr>
          <w:p w14:paraId="6F464F36"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7"/>
              </w:rPr>
              <w:t>Suplente</w:t>
            </w:r>
            <w:proofErr w:type="spellEnd"/>
          </w:p>
        </w:tc>
        <w:tc>
          <w:tcPr>
            <w:tcW w:w="3969" w:type="dxa"/>
            <w:tcMar>
              <w:top w:w="90" w:type="dxa"/>
              <w:left w:w="110" w:type="dxa"/>
              <w:bottom w:w="90" w:type="dxa"/>
              <w:right w:w="110" w:type="dxa"/>
            </w:tcMar>
            <w:vAlign w:val="center"/>
          </w:tcPr>
          <w:p w14:paraId="7759CC2A" w14:textId="1B2C8773" w:rsidR="004B2CD6" w:rsidRPr="00CD2577" w:rsidRDefault="004B2CD6" w:rsidP="004B2CD6">
            <w:pPr>
              <w:spacing w:after="30" w:line="240" w:lineRule="auto"/>
              <w:jc w:val="both"/>
              <w:rPr>
                <w:color w:val="000000" w:themeColor="text1"/>
              </w:rPr>
            </w:pPr>
          </w:p>
        </w:tc>
        <w:tc>
          <w:tcPr>
            <w:tcW w:w="1701" w:type="dxa"/>
            <w:tcMar>
              <w:top w:w="90" w:type="dxa"/>
              <w:left w:w="110" w:type="dxa"/>
              <w:bottom w:w="90" w:type="dxa"/>
              <w:right w:w="110" w:type="dxa"/>
            </w:tcMar>
            <w:vAlign w:val="center"/>
          </w:tcPr>
          <w:p w14:paraId="4AFA69B5"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929" w:type="dxa"/>
            <w:tcMar>
              <w:top w:w="90" w:type="dxa"/>
              <w:left w:w="110" w:type="dxa"/>
              <w:bottom w:w="90" w:type="dxa"/>
              <w:right w:w="110" w:type="dxa"/>
            </w:tcMar>
            <w:vAlign w:val="center"/>
          </w:tcPr>
          <w:p w14:paraId="03B627BD"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bl>
    <w:p w14:paraId="0D5F40E2" w14:textId="77777777" w:rsidR="00D56AFB" w:rsidRPr="00CD2577" w:rsidRDefault="00D56AFB" w:rsidP="004B2CD6">
      <w:pPr>
        <w:spacing w:after="20"/>
        <w:jc w:val="both"/>
        <w:rPr>
          <w:color w:val="000000" w:themeColor="text1"/>
        </w:rPr>
      </w:pPr>
    </w:p>
    <w:tbl>
      <w:tblPr>
        <w:tblStyle w:val="TabelacomGrelha"/>
        <w:tblW w:w="9300" w:type="dxa"/>
        <w:tblInd w:w="110" w:type="dxa"/>
        <w:tblLayout w:type="fixed"/>
        <w:tblLook w:val="04A0" w:firstRow="1" w:lastRow="0" w:firstColumn="1" w:lastColumn="0" w:noHBand="0" w:noVBand="1"/>
      </w:tblPr>
      <w:tblGrid>
        <w:gridCol w:w="9300"/>
      </w:tblGrid>
      <w:tr w:rsidR="00D56AFB" w:rsidRPr="006E2932" w14:paraId="75FBF3AD" w14:textId="77777777">
        <w:trPr>
          <w:tblHeader/>
        </w:trPr>
        <w:tc>
          <w:tcPr>
            <w:tcW w:w="9300" w:type="dxa"/>
            <w:shd w:val="clear" w:color="auto" w:fill="F4F6F9"/>
            <w:tcMar>
              <w:top w:w="90" w:type="dxa"/>
              <w:left w:w="110" w:type="dxa"/>
              <w:bottom w:w="90" w:type="dxa"/>
              <w:right w:w="110" w:type="dxa"/>
            </w:tcMar>
            <w:vAlign w:val="center"/>
          </w:tcPr>
          <w:p w14:paraId="1A48CD62" w14:textId="77777777" w:rsidR="00D56AFB" w:rsidRPr="005931D4" w:rsidRDefault="00B80BC3" w:rsidP="004B2CD6">
            <w:pPr>
              <w:spacing w:after="30" w:line="240" w:lineRule="auto"/>
              <w:jc w:val="both"/>
              <w:rPr>
                <w:color w:val="000000" w:themeColor="text1"/>
                <w:lang w:val="pt-PT"/>
              </w:rPr>
            </w:pPr>
            <w:r w:rsidRPr="005931D4">
              <w:rPr>
                <w:b/>
                <w:color w:val="000000" w:themeColor="text1"/>
                <w:sz w:val="18"/>
                <w:lang w:val="pt-PT"/>
              </w:rPr>
              <w:t xml:space="preserve">Nota: </w:t>
            </w:r>
            <w:r w:rsidRPr="005931D4">
              <w:rPr>
                <w:color w:val="000000" w:themeColor="text1"/>
                <w:sz w:val="18"/>
                <w:lang w:val="pt-PT"/>
              </w:rPr>
              <w:t>Juntar a declaração de aceitação F13 de cada candidato não membro.</w:t>
            </w:r>
          </w:p>
        </w:tc>
      </w:tr>
    </w:tbl>
    <w:p w14:paraId="5DC03433" w14:textId="77777777" w:rsidR="00D56AFB" w:rsidRPr="005931D4" w:rsidRDefault="00D56AFB" w:rsidP="004B2CD6">
      <w:pPr>
        <w:spacing w:after="20"/>
        <w:jc w:val="both"/>
        <w:rPr>
          <w:color w:val="000000" w:themeColor="text1"/>
          <w:lang w:val="pt-PT"/>
        </w:rPr>
      </w:pP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4B2E7226" w14:textId="77777777">
        <w:trPr>
          <w:cantSplit/>
          <w:tblHeader/>
        </w:trPr>
        <w:tc>
          <w:tcPr>
            <w:tcW w:w="2200" w:type="dxa"/>
            <w:shd w:val="clear" w:color="auto" w:fill="E8EEF5"/>
            <w:tcMar>
              <w:top w:w="90" w:type="dxa"/>
              <w:left w:w="110" w:type="dxa"/>
              <w:bottom w:w="90" w:type="dxa"/>
              <w:right w:w="110" w:type="dxa"/>
            </w:tcMar>
            <w:vAlign w:val="center"/>
          </w:tcPr>
          <w:p w14:paraId="319F6836" w14:textId="77777777" w:rsidR="004B2CD6" w:rsidRPr="00CD2577" w:rsidRDefault="004B2CD6" w:rsidP="004B2CD6">
            <w:pPr>
              <w:spacing w:after="30" w:line="240" w:lineRule="auto"/>
              <w:jc w:val="both"/>
              <w:rPr>
                <w:color w:val="000000" w:themeColor="text1"/>
              </w:rPr>
            </w:pPr>
            <w:r w:rsidRPr="00CD2577">
              <w:rPr>
                <w:b/>
                <w:color w:val="000000" w:themeColor="text1"/>
                <w:sz w:val="18"/>
              </w:rPr>
              <w:t>Local e data</w:t>
            </w:r>
          </w:p>
        </w:tc>
        <w:tc>
          <w:tcPr>
            <w:tcW w:w="7100" w:type="dxa"/>
            <w:tcMar>
              <w:top w:w="90" w:type="dxa"/>
              <w:left w:w="110" w:type="dxa"/>
              <w:bottom w:w="90" w:type="dxa"/>
              <w:right w:w="110" w:type="dxa"/>
            </w:tcMar>
            <w:vAlign w:val="center"/>
          </w:tcPr>
          <w:p w14:paraId="4B6DB7BC" w14:textId="4CDF2815" w:rsidR="004B2CD6" w:rsidRPr="00CD2577" w:rsidRDefault="004B2CD6" w:rsidP="004B2CD6">
            <w:pPr>
              <w:spacing w:after="30" w:line="240" w:lineRule="auto"/>
              <w:jc w:val="both"/>
              <w:rPr>
                <w:color w:val="000000" w:themeColor="text1"/>
              </w:rPr>
            </w:pPr>
          </w:p>
        </w:tc>
      </w:tr>
      <w:tr w:rsidR="004B2CD6" w:rsidRPr="006E2932" w14:paraId="233370BC" w14:textId="77777777">
        <w:trPr>
          <w:cantSplit/>
        </w:trPr>
        <w:tc>
          <w:tcPr>
            <w:tcW w:w="2200" w:type="dxa"/>
            <w:shd w:val="clear" w:color="auto" w:fill="E8EEF5"/>
            <w:tcMar>
              <w:top w:w="90" w:type="dxa"/>
              <w:left w:w="110" w:type="dxa"/>
              <w:bottom w:w="90" w:type="dxa"/>
              <w:right w:w="110" w:type="dxa"/>
            </w:tcMar>
            <w:vAlign w:val="center"/>
          </w:tcPr>
          <w:p w14:paraId="4FDE0740" w14:textId="77777777" w:rsidR="004B2CD6" w:rsidRPr="005931D4" w:rsidRDefault="004B2CD6" w:rsidP="004B2CD6">
            <w:pPr>
              <w:spacing w:after="30" w:line="240" w:lineRule="auto"/>
              <w:jc w:val="both"/>
              <w:rPr>
                <w:color w:val="000000" w:themeColor="text1"/>
                <w:lang w:val="pt-PT"/>
              </w:rPr>
            </w:pPr>
            <w:r w:rsidRPr="005931D4">
              <w:rPr>
                <w:b/>
                <w:color w:val="000000" w:themeColor="text1"/>
                <w:sz w:val="18"/>
                <w:lang w:val="pt-PT"/>
              </w:rPr>
              <w:t>Assinatura do/a delegado/a</w:t>
            </w:r>
          </w:p>
        </w:tc>
        <w:tc>
          <w:tcPr>
            <w:tcW w:w="7100" w:type="dxa"/>
            <w:tcMar>
              <w:top w:w="90" w:type="dxa"/>
              <w:left w:w="110" w:type="dxa"/>
              <w:bottom w:w="90" w:type="dxa"/>
              <w:right w:w="110" w:type="dxa"/>
            </w:tcMar>
            <w:vAlign w:val="center"/>
          </w:tcPr>
          <w:p w14:paraId="13C90E3A" w14:textId="77777777" w:rsidR="004B2CD6" w:rsidRPr="005931D4" w:rsidRDefault="004B2CD6" w:rsidP="004B2CD6">
            <w:pPr>
              <w:spacing w:after="30" w:line="240" w:lineRule="auto"/>
              <w:jc w:val="both"/>
              <w:rPr>
                <w:color w:val="000000" w:themeColor="text1"/>
                <w:lang w:val="pt-PT"/>
              </w:rPr>
            </w:pPr>
            <w:r w:rsidRPr="005931D4">
              <w:rPr>
                <w:color w:val="000000" w:themeColor="text1"/>
                <w:sz w:val="19"/>
                <w:lang w:val="pt-PT"/>
              </w:rPr>
              <w:t>Assinar manualmente ou apor assinatura eletrónica válida</w:t>
            </w:r>
          </w:p>
        </w:tc>
      </w:tr>
    </w:tbl>
    <w:p w14:paraId="07788F7A" w14:textId="77777777" w:rsidR="00D56AFB" w:rsidRPr="005931D4" w:rsidRDefault="00D56AFB" w:rsidP="004B2CD6">
      <w:pPr>
        <w:spacing w:after="20"/>
        <w:jc w:val="both"/>
        <w:rPr>
          <w:color w:val="000000" w:themeColor="text1"/>
          <w:lang w:val="pt-PT"/>
        </w:rPr>
      </w:pPr>
    </w:p>
    <w:p w14:paraId="3724F11F" w14:textId="77777777" w:rsidR="00D56AFB" w:rsidRPr="005931D4" w:rsidRDefault="00B80BC3" w:rsidP="004B2CD6">
      <w:pPr>
        <w:jc w:val="both"/>
        <w:rPr>
          <w:color w:val="000000" w:themeColor="text1"/>
          <w:lang w:val="pt-PT"/>
        </w:rPr>
      </w:pPr>
      <w:r w:rsidRPr="005931D4">
        <w:rPr>
          <w:color w:val="000000" w:themeColor="text1"/>
          <w:lang w:val="pt-PT"/>
        </w:rPr>
        <w:br w:type="page"/>
      </w:r>
    </w:p>
    <w:p w14:paraId="1F42F5C6" w14:textId="77777777" w:rsidR="00D56AFB" w:rsidRPr="005931D4" w:rsidRDefault="00B80BC3" w:rsidP="004B2CD6">
      <w:pPr>
        <w:keepNext/>
        <w:spacing w:before="40" w:after="40"/>
        <w:jc w:val="both"/>
        <w:rPr>
          <w:color w:val="000000" w:themeColor="text1"/>
          <w:lang w:val="pt-PT"/>
        </w:rPr>
      </w:pPr>
      <w:r w:rsidRPr="005931D4">
        <w:rPr>
          <w:b/>
          <w:color w:val="000000" w:themeColor="text1"/>
          <w:sz w:val="17"/>
          <w:lang w:val="pt-PT"/>
        </w:rPr>
        <w:lastRenderedPageBreak/>
        <w:t>F05</w:t>
      </w:r>
    </w:p>
    <w:p w14:paraId="66DB79A7" w14:textId="77777777" w:rsidR="00D56AFB" w:rsidRPr="005931D4" w:rsidRDefault="00B80BC3" w:rsidP="004B2CD6">
      <w:pPr>
        <w:pStyle w:val="Ttulo1"/>
        <w:jc w:val="both"/>
        <w:rPr>
          <w:color w:val="000000" w:themeColor="text1"/>
          <w:lang w:val="pt-PT"/>
        </w:rPr>
      </w:pPr>
      <w:r w:rsidRPr="005931D4">
        <w:rPr>
          <w:color w:val="000000" w:themeColor="text1"/>
          <w:lang w:val="pt-PT"/>
        </w:rPr>
        <w:t>Lista de candidatos ao Conselho Fiscal</w:t>
      </w:r>
    </w:p>
    <w:p w14:paraId="0CD6FBE0" w14:textId="77777777" w:rsidR="00D56AFB" w:rsidRPr="00CD2577" w:rsidRDefault="00B80BC3" w:rsidP="004B2CD6">
      <w:pPr>
        <w:keepNext/>
        <w:spacing w:after="160"/>
        <w:jc w:val="both"/>
        <w:rPr>
          <w:color w:val="000000" w:themeColor="text1"/>
        </w:rPr>
      </w:pPr>
      <w:proofErr w:type="spellStart"/>
      <w:r w:rsidRPr="00CD2577">
        <w:rPr>
          <w:color w:val="000000" w:themeColor="text1"/>
          <w:sz w:val="19"/>
        </w:rPr>
        <w:t>Órgão</w:t>
      </w:r>
      <w:proofErr w:type="spellEnd"/>
      <w:r w:rsidRPr="00CD2577">
        <w:rPr>
          <w:color w:val="000000" w:themeColor="text1"/>
          <w:sz w:val="19"/>
        </w:rPr>
        <w:t xml:space="preserve"> </w:t>
      </w:r>
      <w:proofErr w:type="spellStart"/>
      <w:r w:rsidRPr="00CD2577">
        <w:rPr>
          <w:color w:val="000000" w:themeColor="text1"/>
          <w:sz w:val="19"/>
        </w:rPr>
        <w:t>nacional</w:t>
      </w:r>
      <w:proofErr w:type="spellEnd"/>
      <w:r w:rsidRPr="00CD2577">
        <w:rPr>
          <w:color w:val="000000" w:themeColor="text1"/>
          <w:sz w:val="19"/>
        </w:rPr>
        <w:t xml:space="preserve"> | Mandato 2027–2029</w:t>
      </w: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17F35EF5" w14:textId="77777777">
        <w:trPr>
          <w:cantSplit/>
          <w:tblHeader/>
        </w:trPr>
        <w:tc>
          <w:tcPr>
            <w:tcW w:w="2200" w:type="dxa"/>
            <w:shd w:val="clear" w:color="auto" w:fill="E8EEF5"/>
            <w:tcMar>
              <w:top w:w="90" w:type="dxa"/>
              <w:left w:w="110" w:type="dxa"/>
              <w:bottom w:w="90" w:type="dxa"/>
              <w:right w:w="110" w:type="dxa"/>
            </w:tcMar>
            <w:vAlign w:val="center"/>
          </w:tcPr>
          <w:p w14:paraId="2E896BAF"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Designação</w:t>
            </w:r>
            <w:proofErr w:type="spellEnd"/>
            <w:r w:rsidRPr="00CD2577">
              <w:rPr>
                <w:b/>
                <w:color w:val="000000" w:themeColor="text1"/>
                <w:sz w:val="18"/>
              </w:rPr>
              <w:t xml:space="preserve"> da </w:t>
            </w:r>
            <w:proofErr w:type="spellStart"/>
            <w:r w:rsidRPr="00CD2577">
              <w:rPr>
                <w:b/>
                <w:color w:val="000000" w:themeColor="text1"/>
                <w:sz w:val="18"/>
              </w:rPr>
              <w:t>candidatura</w:t>
            </w:r>
            <w:proofErr w:type="spellEnd"/>
          </w:p>
        </w:tc>
        <w:tc>
          <w:tcPr>
            <w:tcW w:w="7100" w:type="dxa"/>
            <w:tcMar>
              <w:top w:w="90" w:type="dxa"/>
              <w:left w:w="110" w:type="dxa"/>
              <w:bottom w:w="90" w:type="dxa"/>
              <w:right w:w="110" w:type="dxa"/>
            </w:tcMar>
            <w:vAlign w:val="center"/>
          </w:tcPr>
          <w:p w14:paraId="68F4F1F6" w14:textId="65748BD8" w:rsidR="004B2CD6" w:rsidRPr="00CD2577" w:rsidRDefault="004B2CD6" w:rsidP="004B2CD6">
            <w:pPr>
              <w:spacing w:after="30" w:line="240" w:lineRule="auto"/>
              <w:jc w:val="both"/>
              <w:rPr>
                <w:color w:val="000000" w:themeColor="text1"/>
              </w:rPr>
            </w:pPr>
          </w:p>
        </w:tc>
      </w:tr>
    </w:tbl>
    <w:p w14:paraId="6E8EA8C1" w14:textId="77777777" w:rsidR="00D56AFB" w:rsidRPr="00CD2577" w:rsidRDefault="00D56AFB" w:rsidP="004B2CD6">
      <w:pPr>
        <w:spacing w:after="20"/>
        <w:jc w:val="both"/>
        <w:rPr>
          <w:color w:val="000000" w:themeColor="text1"/>
        </w:rPr>
      </w:pPr>
    </w:p>
    <w:tbl>
      <w:tblPr>
        <w:tblStyle w:val="TabelacomGrelha"/>
        <w:tblW w:w="9300" w:type="dxa"/>
        <w:tblInd w:w="110" w:type="dxa"/>
        <w:tblLayout w:type="fixed"/>
        <w:tblLook w:val="04A0" w:firstRow="1" w:lastRow="0" w:firstColumn="1" w:lastColumn="0" w:noHBand="0" w:noVBand="1"/>
      </w:tblPr>
      <w:tblGrid>
        <w:gridCol w:w="9300"/>
      </w:tblGrid>
      <w:tr w:rsidR="00D56AFB" w:rsidRPr="006E2932" w14:paraId="2851D106" w14:textId="77777777">
        <w:trPr>
          <w:tblHeader/>
        </w:trPr>
        <w:tc>
          <w:tcPr>
            <w:tcW w:w="9300" w:type="dxa"/>
            <w:shd w:val="clear" w:color="auto" w:fill="F4F6F9"/>
            <w:tcMar>
              <w:top w:w="90" w:type="dxa"/>
              <w:left w:w="110" w:type="dxa"/>
              <w:bottom w:w="90" w:type="dxa"/>
              <w:right w:w="110" w:type="dxa"/>
            </w:tcMar>
            <w:vAlign w:val="center"/>
          </w:tcPr>
          <w:p w14:paraId="71ECE673" w14:textId="77777777" w:rsidR="00D56AFB" w:rsidRPr="005931D4" w:rsidRDefault="00B80BC3" w:rsidP="004B2CD6">
            <w:pPr>
              <w:spacing w:after="30" w:line="240" w:lineRule="auto"/>
              <w:jc w:val="both"/>
              <w:rPr>
                <w:color w:val="000000" w:themeColor="text1"/>
                <w:lang w:val="pt-PT"/>
              </w:rPr>
            </w:pPr>
            <w:r w:rsidRPr="005931D4">
              <w:rPr>
                <w:b/>
                <w:color w:val="000000" w:themeColor="text1"/>
                <w:sz w:val="18"/>
                <w:lang w:val="pt-PT"/>
              </w:rPr>
              <w:t xml:space="preserve">Nota: </w:t>
            </w:r>
            <w:r w:rsidRPr="005931D4">
              <w:rPr>
                <w:color w:val="000000" w:themeColor="text1"/>
                <w:sz w:val="18"/>
                <w:lang w:val="pt-PT"/>
              </w:rPr>
              <w:t>4 candidatos: presidente, 2 vogais e 1 suplente.</w:t>
            </w:r>
          </w:p>
        </w:tc>
      </w:tr>
    </w:tbl>
    <w:p w14:paraId="65CCA7C6" w14:textId="77777777" w:rsidR="00D56AFB" w:rsidRPr="005931D4" w:rsidRDefault="00D56AFB" w:rsidP="004B2CD6">
      <w:pPr>
        <w:spacing w:after="20"/>
        <w:jc w:val="both"/>
        <w:rPr>
          <w:color w:val="000000" w:themeColor="text1"/>
          <w:lang w:val="pt-PT"/>
        </w:rPr>
      </w:pPr>
    </w:p>
    <w:tbl>
      <w:tblPr>
        <w:tblStyle w:val="TabelacomGrelha"/>
        <w:tblW w:w="9300" w:type="dxa"/>
        <w:tblInd w:w="110" w:type="dxa"/>
        <w:tblLayout w:type="fixed"/>
        <w:tblLook w:val="04A0" w:firstRow="1" w:lastRow="0" w:firstColumn="1" w:lastColumn="0" w:noHBand="0" w:noVBand="1"/>
      </w:tblPr>
      <w:tblGrid>
        <w:gridCol w:w="1500"/>
        <w:gridCol w:w="3500"/>
        <w:gridCol w:w="1200"/>
        <w:gridCol w:w="1400"/>
        <w:gridCol w:w="1700"/>
      </w:tblGrid>
      <w:tr w:rsidR="00CD2577" w:rsidRPr="00CD2577" w14:paraId="249CC320" w14:textId="77777777">
        <w:trPr>
          <w:tblHeader/>
        </w:trPr>
        <w:tc>
          <w:tcPr>
            <w:tcW w:w="1500" w:type="dxa"/>
            <w:shd w:val="clear" w:color="auto" w:fill="17365D"/>
            <w:tcMar>
              <w:top w:w="90" w:type="dxa"/>
              <w:left w:w="110" w:type="dxa"/>
              <w:bottom w:w="90" w:type="dxa"/>
              <w:right w:w="110" w:type="dxa"/>
            </w:tcMar>
            <w:vAlign w:val="center"/>
          </w:tcPr>
          <w:p w14:paraId="774D338A"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Cargo</w:t>
            </w:r>
          </w:p>
        </w:tc>
        <w:tc>
          <w:tcPr>
            <w:tcW w:w="3500" w:type="dxa"/>
            <w:shd w:val="clear" w:color="auto" w:fill="17365D"/>
            <w:tcMar>
              <w:top w:w="90" w:type="dxa"/>
              <w:left w:w="110" w:type="dxa"/>
              <w:bottom w:w="90" w:type="dxa"/>
              <w:right w:w="110" w:type="dxa"/>
            </w:tcMar>
            <w:vAlign w:val="center"/>
          </w:tcPr>
          <w:p w14:paraId="67BF2273"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 xml:space="preserve">Nome </w:t>
            </w:r>
            <w:proofErr w:type="spellStart"/>
            <w:r w:rsidRPr="00CD2577">
              <w:rPr>
                <w:b/>
                <w:color w:val="FFFFFF" w:themeColor="background1"/>
                <w:sz w:val="17"/>
              </w:rPr>
              <w:t>completo</w:t>
            </w:r>
            <w:proofErr w:type="spellEnd"/>
          </w:p>
        </w:tc>
        <w:tc>
          <w:tcPr>
            <w:tcW w:w="1200" w:type="dxa"/>
            <w:shd w:val="clear" w:color="auto" w:fill="17365D"/>
            <w:tcMar>
              <w:top w:w="90" w:type="dxa"/>
              <w:left w:w="110" w:type="dxa"/>
              <w:bottom w:w="90" w:type="dxa"/>
              <w:right w:w="110" w:type="dxa"/>
            </w:tcMar>
            <w:vAlign w:val="center"/>
          </w:tcPr>
          <w:p w14:paraId="2A999695" w14:textId="77777777" w:rsidR="00D56AFB" w:rsidRPr="00CD2577" w:rsidRDefault="00B80BC3" w:rsidP="004B2CD6">
            <w:pPr>
              <w:spacing w:after="30" w:line="240" w:lineRule="auto"/>
              <w:jc w:val="both"/>
              <w:rPr>
                <w:color w:val="FFFFFF" w:themeColor="background1"/>
              </w:rPr>
            </w:pPr>
            <w:proofErr w:type="gramStart"/>
            <w:r w:rsidRPr="00CD2577">
              <w:rPr>
                <w:b/>
                <w:color w:val="FFFFFF" w:themeColor="background1"/>
                <w:sz w:val="17"/>
              </w:rPr>
              <w:t>N.º</w:t>
            </w:r>
            <w:proofErr w:type="gramEnd"/>
            <w:r w:rsidRPr="00CD2577">
              <w:rPr>
                <w:b/>
                <w:color w:val="FFFFFF" w:themeColor="background1"/>
                <w:sz w:val="17"/>
              </w:rPr>
              <w:t xml:space="preserve"> de </w:t>
            </w:r>
            <w:proofErr w:type="spellStart"/>
            <w:r w:rsidRPr="00CD2577">
              <w:rPr>
                <w:b/>
                <w:color w:val="FFFFFF" w:themeColor="background1"/>
                <w:sz w:val="17"/>
              </w:rPr>
              <w:t>membro</w:t>
            </w:r>
            <w:proofErr w:type="spellEnd"/>
          </w:p>
        </w:tc>
        <w:tc>
          <w:tcPr>
            <w:tcW w:w="1400" w:type="dxa"/>
            <w:shd w:val="clear" w:color="auto" w:fill="17365D"/>
            <w:tcMar>
              <w:top w:w="90" w:type="dxa"/>
              <w:left w:w="110" w:type="dxa"/>
              <w:bottom w:w="90" w:type="dxa"/>
              <w:right w:w="110" w:type="dxa"/>
            </w:tcMar>
            <w:vAlign w:val="center"/>
          </w:tcPr>
          <w:p w14:paraId="61328ED2"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Secção regional</w:t>
            </w:r>
          </w:p>
        </w:tc>
        <w:tc>
          <w:tcPr>
            <w:tcW w:w="1700" w:type="dxa"/>
            <w:shd w:val="clear" w:color="auto" w:fill="17365D"/>
            <w:tcMar>
              <w:top w:w="90" w:type="dxa"/>
              <w:left w:w="110" w:type="dxa"/>
              <w:bottom w:w="90" w:type="dxa"/>
              <w:right w:w="110" w:type="dxa"/>
            </w:tcMar>
            <w:vAlign w:val="center"/>
          </w:tcPr>
          <w:p w14:paraId="6B9DED12" w14:textId="77777777" w:rsidR="00D56AFB" w:rsidRPr="00CD2577" w:rsidRDefault="00B80BC3" w:rsidP="004B2CD6">
            <w:pPr>
              <w:spacing w:after="30" w:line="240" w:lineRule="auto"/>
              <w:jc w:val="both"/>
              <w:rPr>
                <w:color w:val="FFFFFF" w:themeColor="background1"/>
              </w:rPr>
            </w:pPr>
            <w:proofErr w:type="spellStart"/>
            <w:r w:rsidRPr="00CD2577">
              <w:rPr>
                <w:b/>
                <w:color w:val="FFFFFF" w:themeColor="background1"/>
                <w:sz w:val="17"/>
              </w:rPr>
              <w:t>Assinatura</w:t>
            </w:r>
            <w:proofErr w:type="spellEnd"/>
          </w:p>
        </w:tc>
      </w:tr>
      <w:tr w:rsidR="004B2CD6" w:rsidRPr="00CD2577" w14:paraId="1C10FC0A" w14:textId="77777777">
        <w:trPr>
          <w:cantSplit/>
          <w:trHeight w:val="442"/>
        </w:trPr>
        <w:tc>
          <w:tcPr>
            <w:tcW w:w="1500" w:type="dxa"/>
            <w:tcMar>
              <w:top w:w="90" w:type="dxa"/>
              <w:left w:w="110" w:type="dxa"/>
              <w:bottom w:w="90" w:type="dxa"/>
              <w:right w:w="110" w:type="dxa"/>
            </w:tcMar>
            <w:vAlign w:val="center"/>
          </w:tcPr>
          <w:p w14:paraId="2CF67892" w14:textId="77777777" w:rsidR="004B2CD6" w:rsidRPr="00CD2577" w:rsidRDefault="004B2CD6" w:rsidP="004B2CD6">
            <w:pPr>
              <w:spacing w:after="30" w:line="240" w:lineRule="auto"/>
              <w:jc w:val="both"/>
              <w:rPr>
                <w:color w:val="000000" w:themeColor="text1"/>
              </w:rPr>
            </w:pPr>
            <w:r w:rsidRPr="00CD2577">
              <w:rPr>
                <w:b/>
                <w:color w:val="000000" w:themeColor="text1"/>
                <w:sz w:val="17"/>
              </w:rPr>
              <w:t>Presidente</w:t>
            </w:r>
          </w:p>
        </w:tc>
        <w:tc>
          <w:tcPr>
            <w:tcW w:w="3500" w:type="dxa"/>
            <w:tcMar>
              <w:top w:w="90" w:type="dxa"/>
              <w:left w:w="110" w:type="dxa"/>
              <w:bottom w:w="90" w:type="dxa"/>
              <w:right w:w="110" w:type="dxa"/>
            </w:tcMar>
            <w:vAlign w:val="center"/>
          </w:tcPr>
          <w:p w14:paraId="067C39A2" w14:textId="2A5E0A7B"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66BB9EFE"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46CF5761"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1B580DAA"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7A4CB10C" w14:textId="77777777">
        <w:trPr>
          <w:cantSplit/>
          <w:trHeight w:val="442"/>
        </w:trPr>
        <w:tc>
          <w:tcPr>
            <w:tcW w:w="1500" w:type="dxa"/>
            <w:tcMar>
              <w:top w:w="90" w:type="dxa"/>
              <w:left w:w="110" w:type="dxa"/>
              <w:bottom w:w="90" w:type="dxa"/>
              <w:right w:w="110" w:type="dxa"/>
            </w:tcMar>
            <w:vAlign w:val="center"/>
          </w:tcPr>
          <w:p w14:paraId="52A1D7D6"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w:t>
            </w:r>
          </w:p>
        </w:tc>
        <w:tc>
          <w:tcPr>
            <w:tcW w:w="3500" w:type="dxa"/>
            <w:tcMar>
              <w:top w:w="90" w:type="dxa"/>
              <w:left w:w="110" w:type="dxa"/>
              <w:bottom w:w="90" w:type="dxa"/>
              <w:right w:w="110" w:type="dxa"/>
            </w:tcMar>
            <w:vAlign w:val="center"/>
          </w:tcPr>
          <w:p w14:paraId="25E1FC2B" w14:textId="74C4DD7B"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6993C5C6"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65173A0F"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471B3853"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1F1B40BF" w14:textId="77777777">
        <w:trPr>
          <w:cantSplit/>
          <w:trHeight w:val="442"/>
        </w:trPr>
        <w:tc>
          <w:tcPr>
            <w:tcW w:w="1500" w:type="dxa"/>
            <w:tcMar>
              <w:top w:w="90" w:type="dxa"/>
              <w:left w:w="110" w:type="dxa"/>
              <w:bottom w:w="90" w:type="dxa"/>
              <w:right w:w="110" w:type="dxa"/>
            </w:tcMar>
            <w:vAlign w:val="center"/>
          </w:tcPr>
          <w:p w14:paraId="6B3124F3"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2</w:t>
            </w:r>
          </w:p>
        </w:tc>
        <w:tc>
          <w:tcPr>
            <w:tcW w:w="3500" w:type="dxa"/>
            <w:tcMar>
              <w:top w:w="90" w:type="dxa"/>
              <w:left w:w="110" w:type="dxa"/>
              <w:bottom w:w="90" w:type="dxa"/>
              <w:right w:w="110" w:type="dxa"/>
            </w:tcMar>
            <w:vAlign w:val="center"/>
          </w:tcPr>
          <w:p w14:paraId="57636767" w14:textId="3F71BEDB"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1B82AE44"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7F6423FE"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3FC5B771"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23FEB33B" w14:textId="77777777">
        <w:trPr>
          <w:cantSplit/>
          <w:trHeight w:val="442"/>
        </w:trPr>
        <w:tc>
          <w:tcPr>
            <w:tcW w:w="1500" w:type="dxa"/>
            <w:tcMar>
              <w:top w:w="90" w:type="dxa"/>
              <w:left w:w="110" w:type="dxa"/>
              <w:bottom w:w="90" w:type="dxa"/>
              <w:right w:w="110" w:type="dxa"/>
            </w:tcMar>
            <w:vAlign w:val="center"/>
          </w:tcPr>
          <w:p w14:paraId="738F98EE"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7"/>
              </w:rPr>
              <w:t>Suplente</w:t>
            </w:r>
            <w:proofErr w:type="spellEnd"/>
          </w:p>
        </w:tc>
        <w:tc>
          <w:tcPr>
            <w:tcW w:w="3500" w:type="dxa"/>
            <w:tcMar>
              <w:top w:w="90" w:type="dxa"/>
              <w:left w:w="110" w:type="dxa"/>
              <w:bottom w:w="90" w:type="dxa"/>
              <w:right w:w="110" w:type="dxa"/>
            </w:tcMar>
            <w:vAlign w:val="center"/>
          </w:tcPr>
          <w:p w14:paraId="66EACF7B" w14:textId="09B3A51D"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5926869C"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36070236"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45ECAEE7"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bl>
    <w:p w14:paraId="7D2E93B4" w14:textId="77777777" w:rsidR="00D56AFB" w:rsidRPr="00CD2577" w:rsidRDefault="00D56AFB" w:rsidP="004B2CD6">
      <w:pPr>
        <w:spacing w:after="20"/>
        <w:jc w:val="both"/>
        <w:rPr>
          <w:color w:val="000000" w:themeColor="text1"/>
        </w:rPr>
      </w:pP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2846A218" w14:textId="77777777">
        <w:trPr>
          <w:cantSplit/>
          <w:tblHeader/>
        </w:trPr>
        <w:tc>
          <w:tcPr>
            <w:tcW w:w="2200" w:type="dxa"/>
            <w:shd w:val="clear" w:color="auto" w:fill="E8EEF5"/>
            <w:tcMar>
              <w:top w:w="90" w:type="dxa"/>
              <w:left w:w="110" w:type="dxa"/>
              <w:bottom w:w="90" w:type="dxa"/>
              <w:right w:w="110" w:type="dxa"/>
            </w:tcMar>
            <w:vAlign w:val="center"/>
          </w:tcPr>
          <w:p w14:paraId="7EE56636" w14:textId="77777777" w:rsidR="004B2CD6" w:rsidRPr="00CD2577" w:rsidRDefault="004B2CD6" w:rsidP="004B2CD6">
            <w:pPr>
              <w:spacing w:after="30" w:line="240" w:lineRule="auto"/>
              <w:jc w:val="both"/>
              <w:rPr>
                <w:color w:val="000000" w:themeColor="text1"/>
              </w:rPr>
            </w:pPr>
            <w:r w:rsidRPr="00CD2577">
              <w:rPr>
                <w:b/>
                <w:color w:val="000000" w:themeColor="text1"/>
                <w:sz w:val="18"/>
              </w:rPr>
              <w:t>Local e data</w:t>
            </w:r>
          </w:p>
        </w:tc>
        <w:tc>
          <w:tcPr>
            <w:tcW w:w="7100" w:type="dxa"/>
            <w:tcMar>
              <w:top w:w="90" w:type="dxa"/>
              <w:left w:w="110" w:type="dxa"/>
              <w:bottom w:w="90" w:type="dxa"/>
              <w:right w:w="110" w:type="dxa"/>
            </w:tcMar>
            <w:vAlign w:val="center"/>
          </w:tcPr>
          <w:p w14:paraId="418F0F31" w14:textId="05438584" w:rsidR="004B2CD6" w:rsidRPr="00CD2577" w:rsidRDefault="004B2CD6" w:rsidP="004B2CD6">
            <w:pPr>
              <w:spacing w:after="30" w:line="240" w:lineRule="auto"/>
              <w:jc w:val="both"/>
              <w:rPr>
                <w:color w:val="000000" w:themeColor="text1"/>
              </w:rPr>
            </w:pPr>
          </w:p>
        </w:tc>
      </w:tr>
      <w:tr w:rsidR="004B2CD6" w:rsidRPr="006E2932" w14:paraId="4337EBE9" w14:textId="77777777">
        <w:trPr>
          <w:cantSplit/>
        </w:trPr>
        <w:tc>
          <w:tcPr>
            <w:tcW w:w="2200" w:type="dxa"/>
            <w:shd w:val="clear" w:color="auto" w:fill="E8EEF5"/>
            <w:tcMar>
              <w:top w:w="90" w:type="dxa"/>
              <w:left w:w="110" w:type="dxa"/>
              <w:bottom w:w="90" w:type="dxa"/>
              <w:right w:w="110" w:type="dxa"/>
            </w:tcMar>
            <w:vAlign w:val="center"/>
          </w:tcPr>
          <w:p w14:paraId="38C53DA6" w14:textId="77777777" w:rsidR="004B2CD6" w:rsidRPr="005931D4" w:rsidRDefault="004B2CD6" w:rsidP="004B2CD6">
            <w:pPr>
              <w:spacing w:after="30" w:line="240" w:lineRule="auto"/>
              <w:jc w:val="both"/>
              <w:rPr>
                <w:color w:val="000000" w:themeColor="text1"/>
                <w:lang w:val="pt-PT"/>
              </w:rPr>
            </w:pPr>
            <w:r w:rsidRPr="005931D4">
              <w:rPr>
                <w:b/>
                <w:color w:val="000000" w:themeColor="text1"/>
                <w:sz w:val="18"/>
                <w:lang w:val="pt-PT"/>
              </w:rPr>
              <w:t>Assinatura do/a delegado/a</w:t>
            </w:r>
          </w:p>
        </w:tc>
        <w:tc>
          <w:tcPr>
            <w:tcW w:w="7100" w:type="dxa"/>
            <w:tcMar>
              <w:top w:w="90" w:type="dxa"/>
              <w:left w:w="110" w:type="dxa"/>
              <w:bottom w:w="90" w:type="dxa"/>
              <w:right w:w="110" w:type="dxa"/>
            </w:tcMar>
            <w:vAlign w:val="center"/>
          </w:tcPr>
          <w:p w14:paraId="01DAD55C" w14:textId="77777777" w:rsidR="004B2CD6" w:rsidRPr="005931D4" w:rsidRDefault="004B2CD6" w:rsidP="004B2CD6">
            <w:pPr>
              <w:spacing w:after="30" w:line="240" w:lineRule="auto"/>
              <w:jc w:val="both"/>
              <w:rPr>
                <w:color w:val="000000" w:themeColor="text1"/>
                <w:lang w:val="pt-PT"/>
              </w:rPr>
            </w:pPr>
            <w:r w:rsidRPr="005931D4">
              <w:rPr>
                <w:color w:val="000000" w:themeColor="text1"/>
                <w:sz w:val="19"/>
                <w:lang w:val="pt-PT"/>
              </w:rPr>
              <w:t>Assinar manualmente ou apor assinatura eletrónica válida</w:t>
            </w:r>
          </w:p>
        </w:tc>
      </w:tr>
    </w:tbl>
    <w:p w14:paraId="53621A0B" w14:textId="77777777" w:rsidR="00D56AFB" w:rsidRPr="005931D4" w:rsidRDefault="00D56AFB" w:rsidP="004B2CD6">
      <w:pPr>
        <w:spacing w:after="20"/>
        <w:jc w:val="both"/>
        <w:rPr>
          <w:color w:val="000000" w:themeColor="text1"/>
          <w:lang w:val="pt-PT"/>
        </w:rPr>
      </w:pPr>
    </w:p>
    <w:p w14:paraId="758E0504" w14:textId="77777777" w:rsidR="00D56AFB" w:rsidRPr="005931D4" w:rsidRDefault="00B80BC3" w:rsidP="004B2CD6">
      <w:pPr>
        <w:jc w:val="both"/>
        <w:rPr>
          <w:color w:val="000000" w:themeColor="text1"/>
          <w:lang w:val="pt-PT"/>
        </w:rPr>
      </w:pPr>
      <w:r w:rsidRPr="005931D4">
        <w:rPr>
          <w:color w:val="000000" w:themeColor="text1"/>
          <w:lang w:val="pt-PT"/>
        </w:rPr>
        <w:br w:type="page"/>
      </w:r>
    </w:p>
    <w:p w14:paraId="64634F4E" w14:textId="77777777" w:rsidR="00D56AFB" w:rsidRPr="005931D4" w:rsidRDefault="00B80BC3" w:rsidP="004B2CD6">
      <w:pPr>
        <w:keepNext/>
        <w:spacing w:before="40" w:after="40"/>
        <w:jc w:val="both"/>
        <w:rPr>
          <w:color w:val="000000" w:themeColor="text1"/>
          <w:lang w:val="pt-PT"/>
        </w:rPr>
      </w:pPr>
      <w:r w:rsidRPr="005931D4">
        <w:rPr>
          <w:b/>
          <w:color w:val="000000" w:themeColor="text1"/>
          <w:sz w:val="17"/>
          <w:lang w:val="pt-PT"/>
        </w:rPr>
        <w:lastRenderedPageBreak/>
        <w:t>F06</w:t>
      </w:r>
    </w:p>
    <w:p w14:paraId="50E64FE8" w14:textId="77777777" w:rsidR="00D56AFB" w:rsidRPr="005931D4" w:rsidRDefault="00B80BC3" w:rsidP="004B2CD6">
      <w:pPr>
        <w:pStyle w:val="Ttulo1"/>
        <w:jc w:val="both"/>
        <w:rPr>
          <w:color w:val="000000" w:themeColor="text1"/>
          <w:lang w:val="pt-PT"/>
        </w:rPr>
      </w:pPr>
      <w:r w:rsidRPr="005931D4">
        <w:rPr>
          <w:color w:val="000000" w:themeColor="text1"/>
          <w:lang w:val="pt-PT"/>
        </w:rPr>
        <w:t>Lista de candidatos ao Conselho de Supervisão</w:t>
      </w:r>
    </w:p>
    <w:p w14:paraId="2E9458B0" w14:textId="77777777" w:rsidR="00D56AFB" w:rsidRPr="00CD2577" w:rsidRDefault="00B80BC3" w:rsidP="004B2CD6">
      <w:pPr>
        <w:keepNext/>
        <w:spacing w:after="160"/>
        <w:jc w:val="both"/>
        <w:rPr>
          <w:color w:val="000000" w:themeColor="text1"/>
        </w:rPr>
      </w:pPr>
      <w:proofErr w:type="spellStart"/>
      <w:r w:rsidRPr="00CD2577">
        <w:rPr>
          <w:color w:val="000000" w:themeColor="text1"/>
          <w:sz w:val="19"/>
        </w:rPr>
        <w:t>Órgão</w:t>
      </w:r>
      <w:proofErr w:type="spellEnd"/>
      <w:r w:rsidRPr="00CD2577">
        <w:rPr>
          <w:color w:val="000000" w:themeColor="text1"/>
          <w:sz w:val="19"/>
        </w:rPr>
        <w:t xml:space="preserve"> </w:t>
      </w:r>
      <w:proofErr w:type="spellStart"/>
      <w:r w:rsidRPr="00CD2577">
        <w:rPr>
          <w:color w:val="000000" w:themeColor="text1"/>
          <w:sz w:val="19"/>
        </w:rPr>
        <w:t>nacional</w:t>
      </w:r>
      <w:proofErr w:type="spellEnd"/>
      <w:r w:rsidRPr="00CD2577">
        <w:rPr>
          <w:color w:val="000000" w:themeColor="text1"/>
          <w:sz w:val="19"/>
        </w:rPr>
        <w:t xml:space="preserve"> | Mandato 2027–2029</w:t>
      </w: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3C1BADB0" w14:textId="77777777">
        <w:trPr>
          <w:cantSplit/>
          <w:tblHeader/>
        </w:trPr>
        <w:tc>
          <w:tcPr>
            <w:tcW w:w="2200" w:type="dxa"/>
            <w:shd w:val="clear" w:color="auto" w:fill="E8EEF5"/>
            <w:tcMar>
              <w:top w:w="90" w:type="dxa"/>
              <w:left w:w="110" w:type="dxa"/>
              <w:bottom w:w="90" w:type="dxa"/>
              <w:right w:w="110" w:type="dxa"/>
            </w:tcMar>
            <w:vAlign w:val="center"/>
          </w:tcPr>
          <w:p w14:paraId="0C1B36E0"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Designação</w:t>
            </w:r>
            <w:proofErr w:type="spellEnd"/>
            <w:r w:rsidRPr="00CD2577">
              <w:rPr>
                <w:b/>
                <w:color w:val="000000" w:themeColor="text1"/>
                <w:sz w:val="18"/>
              </w:rPr>
              <w:t xml:space="preserve"> da </w:t>
            </w:r>
            <w:proofErr w:type="spellStart"/>
            <w:r w:rsidRPr="00CD2577">
              <w:rPr>
                <w:b/>
                <w:color w:val="000000" w:themeColor="text1"/>
                <w:sz w:val="18"/>
              </w:rPr>
              <w:t>candidatura</w:t>
            </w:r>
            <w:proofErr w:type="spellEnd"/>
          </w:p>
        </w:tc>
        <w:tc>
          <w:tcPr>
            <w:tcW w:w="7100" w:type="dxa"/>
            <w:tcMar>
              <w:top w:w="90" w:type="dxa"/>
              <w:left w:w="110" w:type="dxa"/>
              <w:bottom w:w="90" w:type="dxa"/>
              <w:right w:w="110" w:type="dxa"/>
            </w:tcMar>
            <w:vAlign w:val="center"/>
          </w:tcPr>
          <w:p w14:paraId="0B14E82D" w14:textId="4F304644" w:rsidR="004B2CD6" w:rsidRPr="00CD2577" w:rsidRDefault="004B2CD6" w:rsidP="004B2CD6">
            <w:pPr>
              <w:spacing w:after="30" w:line="240" w:lineRule="auto"/>
              <w:jc w:val="both"/>
              <w:rPr>
                <w:color w:val="000000" w:themeColor="text1"/>
              </w:rPr>
            </w:pPr>
          </w:p>
        </w:tc>
      </w:tr>
    </w:tbl>
    <w:p w14:paraId="0CE2FA47" w14:textId="77777777" w:rsidR="00D56AFB" w:rsidRPr="00CD2577" w:rsidRDefault="00D56AFB" w:rsidP="004B2CD6">
      <w:pPr>
        <w:spacing w:after="20"/>
        <w:jc w:val="both"/>
        <w:rPr>
          <w:color w:val="000000" w:themeColor="text1"/>
        </w:rPr>
      </w:pPr>
    </w:p>
    <w:tbl>
      <w:tblPr>
        <w:tblStyle w:val="TabelacomGrelha"/>
        <w:tblW w:w="9300" w:type="dxa"/>
        <w:tblInd w:w="110" w:type="dxa"/>
        <w:tblLayout w:type="fixed"/>
        <w:tblLook w:val="04A0" w:firstRow="1" w:lastRow="0" w:firstColumn="1" w:lastColumn="0" w:noHBand="0" w:noVBand="1"/>
      </w:tblPr>
      <w:tblGrid>
        <w:gridCol w:w="9300"/>
      </w:tblGrid>
      <w:tr w:rsidR="00D56AFB" w:rsidRPr="006E2932" w14:paraId="2282F3E0" w14:textId="77777777">
        <w:trPr>
          <w:tblHeader/>
        </w:trPr>
        <w:tc>
          <w:tcPr>
            <w:tcW w:w="9300" w:type="dxa"/>
            <w:shd w:val="clear" w:color="auto" w:fill="F4F6F9"/>
            <w:tcMar>
              <w:top w:w="90" w:type="dxa"/>
              <w:left w:w="110" w:type="dxa"/>
              <w:bottom w:w="90" w:type="dxa"/>
              <w:right w:w="110" w:type="dxa"/>
            </w:tcMar>
            <w:vAlign w:val="center"/>
          </w:tcPr>
          <w:p w14:paraId="7AA83840" w14:textId="77777777" w:rsidR="00D56AFB" w:rsidRPr="005931D4" w:rsidRDefault="00B80BC3" w:rsidP="004B2CD6">
            <w:pPr>
              <w:spacing w:after="30" w:line="240" w:lineRule="auto"/>
              <w:jc w:val="both"/>
              <w:rPr>
                <w:color w:val="000000" w:themeColor="text1"/>
                <w:lang w:val="pt-PT"/>
              </w:rPr>
            </w:pPr>
            <w:r w:rsidRPr="005931D4">
              <w:rPr>
                <w:b/>
                <w:color w:val="000000" w:themeColor="text1"/>
                <w:sz w:val="18"/>
                <w:lang w:val="pt-PT"/>
              </w:rPr>
              <w:t xml:space="preserve">Nota: </w:t>
            </w:r>
            <w:r w:rsidRPr="005931D4">
              <w:rPr>
                <w:color w:val="000000" w:themeColor="text1"/>
                <w:sz w:val="18"/>
                <w:lang w:val="pt-PT"/>
              </w:rPr>
              <w:t>14 candidatos: 6 vogais e 1 suplente membros da OA; 6 vogais e 1 suplente oriundos de estabelecimentos de ensino superior que habilitem academicamente o acesso à profissão de arquiteto, que não sejam membros da OA.</w:t>
            </w:r>
          </w:p>
        </w:tc>
      </w:tr>
    </w:tbl>
    <w:p w14:paraId="14D29F2F" w14:textId="77777777" w:rsidR="00D56AFB" w:rsidRPr="005931D4" w:rsidRDefault="00D56AFB" w:rsidP="004B2CD6">
      <w:pPr>
        <w:spacing w:after="20"/>
        <w:jc w:val="both"/>
        <w:rPr>
          <w:color w:val="000000" w:themeColor="text1"/>
          <w:lang w:val="pt-PT"/>
        </w:rPr>
      </w:pPr>
    </w:p>
    <w:p w14:paraId="6F319A80" w14:textId="77777777" w:rsidR="00D56AFB" w:rsidRPr="005931D4" w:rsidRDefault="00B80BC3" w:rsidP="004B2CD6">
      <w:pPr>
        <w:pStyle w:val="Ttulo2"/>
        <w:jc w:val="both"/>
        <w:rPr>
          <w:color w:val="000000" w:themeColor="text1"/>
          <w:lang w:val="pt-PT"/>
        </w:rPr>
      </w:pPr>
      <w:r w:rsidRPr="005931D4">
        <w:rPr>
          <w:color w:val="000000" w:themeColor="text1"/>
          <w:lang w:val="pt-PT"/>
        </w:rPr>
        <w:t>A. Candidatos membros da Ordem dos Arquitectos</w:t>
      </w:r>
    </w:p>
    <w:tbl>
      <w:tblPr>
        <w:tblStyle w:val="TabelacomGrelha"/>
        <w:tblW w:w="9300" w:type="dxa"/>
        <w:tblInd w:w="110" w:type="dxa"/>
        <w:tblLayout w:type="fixed"/>
        <w:tblLook w:val="04A0" w:firstRow="1" w:lastRow="0" w:firstColumn="1" w:lastColumn="0" w:noHBand="0" w:noVBand="1"/>
      </w:tblPr>
      <w:tblGrid>
        <w:gridCol w:w="1500"/>
        <w:gridCol w:w="3500"/>
        <w:gridCol w:w="1200"/>
        <w:gridCol w:w="1400"/>
        <w:gridCol w:w="1700"/>
      </w:tblGrid>
      <w:tr w:rsidR="00CD2577" w:rsidRPr="00CD2577" w14:paraId="0BCB09D2" w14:textId="77777777">
        <w:trPr>
          <w:tblHeader/>
        </w:trPr>
        <w:tc>
          <w:tcPr>
            <w:tcW w:w="1500" w:type="dxa"/>
            <w:shd w:val="clear" w:color="auto" w:fill="17365D"/>
            <w:tcMar>
              <w:top w:w="90" w:type="dxa"/>
              <w:left w:w="110" w:type="dxa"/>
              <w:bottom w:w="90" w:type="dxa"/>
              <w:right w:w="110" w:type="dxa"/>
            </w:tcMar>
            <w:vAlign w:val="center"/>
          </w:tcPr>
          <w:p w14:paraId="5D0104D4"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Cargo</w:t>
            </w:r>
          </w:p>
        </w:tc>
        <w:tc>
          <w:tcPr>
            <w:tcW w:w="3500" w:type="dxa"/>
            <w:shd w:val="clear" w:color="auto" w:fill="17365D"/>
            <w:tcMar>
              <w:top w:w="90" w:type="dxa"/>
              <w:left w:w="110" w:type="dxa"/>
              <w:bottom w:w="90" w:type="dxa"/>
              <w:right w:w="110" w:type="dxa"/>
            </w:tcMar>
            <w:vAlign w:val="center"/>
          </w:tcPr>
          <w:p w14:paraId="0B231B40"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 xml:space="preserve">Nome </w:t>
            </w:r>
            <w:proofErr w:type="spellStart"/>
            <w:r w:rsidRPr="00CD2577">
              <w:rPr>
                <w:b/>
                <w:color w:val="FFFFFF" w:themeColor="background1"/>
                <w:sz w:val="17"/>
              </w:rPr>
              <w:t>completo</w:t>
            </w:r>
            <w:proofErr w:type="spellEnd"/>
          </w:p>
        </w:tc>
        <w:tc>
          <w:tcPr>
            <w:tcW w:w="1200" w:type="dxa"/>
            <w:shd w:val="clear" w:color="auto" w:fill="17365D"/>
            <w:tcMar>
              <w:top w:w="90" w:type="dxa"/>
              <w:left w:w="110" w:type="dxa"/>
              <w:bottom w:w="90" w:type="dxa"/>
              <w:right w:w="110" w:type="dxa"/>
            </w:tcMar>
            <w:vAlign w:val="center"/>
          </w:tcPr>
          <w:p w14:paraId="5CD91EBF" w14:textId="77777777" w:rsidR="00D56AFB" w:rsidRPr="00CD2577" w:rsidRDefault="00B80BC3" w:rsidP="004B2CD6">
            <w:pPr>
              <w:spacing w:after="30" w:line="240" w:lineRule="auto"/>
              <w:jc w:val="both"/>
              <w:rPr>
                <w:color w:val="FFFFFF" w:themeColor="background1"/>
              </w:rPr>
            </w:pPr>
            <w:proofErr w:type="gramStart"/>
            <w:r w:rsidRPr="00CD2577">
              <w:rPr>
                <w:b/>
                <w:color w:val="FFFFFF" w:themeColor="background1"/>
                <w:sz w:val="17"/>
              </w:rPr>
              <w:t>N.º</w:t>
            </w:r>
            <w:proofErr w:type="gramEnd"/>
            <w:r w:rsidRPr="00CD2577">
              <w:rPr>
                <w:b/>
                <w:color w:val="FFFFFF" w:themeColor="background1"/>
                <w:sz w:val="17"/>
              </w:rPr>
              <w:t xml:space="preserve"> de </w:t>
            </w:r>
            <w:proofErr w:type="spellStart"/>
            <w:r w:rsidRPr="00CD2577">
              <w:rPr>
                <w:b/>
                <w:color w:val="FFFFFF" w:themeColor="background1"/>
                <w:sz w:val="17"/>
              </w:rPr>
              <w:t>membro</w:t>
            </w:r>
            <w:proofErr w:type="spellEnd"/>
          </w:p>
        </w:tc>
        <w:tc>
          <w:tcPr>
            <w:tcW w:w="1400" w:type="dxa"/>
            <w:shd w:val="clear" w:color="auto" w:fill="17365D"/>
            <w:tcMar>
              <w:top w:w="90" w:type="dxa"/>
              <w:left w:w="110" w:type="dxa"/>
              <w:bottom w:w="90" w:type="dxa"/>
              <w:right w:w="110" w:type="dxa"/>
            </w:tcMar>
            <w:vAlign w:val="center"/>
          </w:tcPr>
          <w:p w14:paraId="107D5D95"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Secção regional</w:t>
            </w:r>
          </w:p>
        </w:tc>
        <w:tc>
          <w:tcPr>
            <w:tcW w:w="1700" w:type="dxa"/>
            <w:shd w:val="clear" w:color="auto" w:fill="17365D"/>
            <w:tcMar>
              <w:top w:w="90" w:type="dxa"/>
              <w:left w:w="110" w:type="dxa"/>
              <w:bottom w:w="90" w:type="dxa"/>
              <w:right w:w="110" w:type="dxa"/>
            </w:tcMar>
            <w:vAlign w:val="center"/>
          </w:tcPr>
          <w:p w14:paraId="347BC897" w14:textId="77777777" w:rsidR="00D56AFB" w:rsidRPr="00CD2577" w:rsidRDefault="00B80BC3" w:rsidP="004B2CD6">
            <w:pPr>
              <w:spacing w:after="30" w:line="240" w:lineRule="auto"/>
              <w:jc w:val="both"/>
              <w:rPr>
                <w:color w:val="FFFFFF" w:themeColor="background1"/>
              </w:rPr>
            </w:pPr>
            <w:proofErr w:type="spellStart"/>
            <w:r w:rsidRPr="00CD2577">
              <w:rPr>
                <w:b/>
                <w:color w:val="FFFFFF" w:themeColor="background1"/>
                <w:sz w:val="17"/>
              </w:rPr>
              <w:t>Assinatura</w:t>
            </w:r>
            <w:proofErr w:type="spellEnd"/>
          </w:p>
        </w:tc>
      </w:tr>
      <w:tr w:rsidR="004B2CD6" w:rsidRPr="00CD2577" w14:paraId="1E6DB839" w14:textId="77777777">
        <w:trPr>
          <w:cantSplit/>
          <w:trHeight w:val="442"/>
        </w:trPr>
        <w:tc>
          <w:tcPr>
            <w:tcW w:w="1500" w:type="dxa"/>
            <w:tcMar>
              <w:top w:w="90" w:type="dxa"/>
              <w:left w:w="110" w:type="dxa"/>
              <w:bottom w:w="90" w:type="dxa"/>
              <w:right w:w="110" w:type="dxa"/>
            </w:tcMar>
            <w:vAlign w:val="center"/>
          </w:tcPr>
          <w:p w14:paraId="07448347"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w:t>
            </w:r>
          </w:p>
        </w:tc>
        <w:tc>
          <w:tcPr>
            <w:tcW w:w="3500" w:type="dxa"/>
            <w:tcMar>
              <w:top w:w="90" w:type="dxa"/>
              <w:left w:w="110" w:type="dxa"/>
              <w:bottom w:w="90" w:type="dxa"/>
              <w:right w:w="110" w:type="dxa"/>
            </w:tcMar>
            <w:vAlign w:val="center"/>
          </w:tcPr>
          <w:p w14:paraId="6A6CE0EE" w14:textId="33258DE3"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6DFDF5C1"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42C9F183"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584306EE"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3ED04DF8" w14:textId="77777777">
        <w:trPr>
          <w:cantSplit/>
          <w:trHeight w:val="442"/>
        </w:trPr>
        <w:tc>
          <w:tcPr>
            <w:tcW w:w="1500" w:type="dxa"/>
            <w:tcMar>
              <w:top w:w="90" w:type="dxa"/>
              <w:left w:w="110" w:type="dxa"/>
              <w:bottom w:w="90" w:type="dxa"/>
              <w:right w:w="110" w:type="dxa"/>
            </w:tcMar>
            <w:vAlign w:val="center"/>
          </w:tcPr>
          <w:p w14:paraId="72411B6D"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2</w:t>
            </w:r>
          </w:p>
        </w:tc>
        <w:tc>
          <w:tcPr>
            <w:tcW w:w="3500" w:type="dxa"/>
            <w:tcMar>
              <w:top w:w="90" w:type="dxa"/>
              <w:left w:w="110" w:type="dxa"/>
              <w:bottom w:w="90" w:type="dxa"/>
              <w:right w:w="110" w:type="dxa"/>
            </w:tcMar>
            <w:vAlign w:val="center"/>
          </w:tcPr>
          <w:p w14:paraId="46C611B1" w14:textId="42C0FEBA"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37A19F20"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4E6250B6"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2CBF37E6"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3FAFBB3E" w14:textId="77777777">
        <w:trPr>
          <w:cantSplit/>
          <w:trHeight w:val="442"/>
        </w:trPr>
        <w:tc>
          <w:tcPr>
            <w:tcW w:w="1500" w:type="dxa"/>
            <w:tcMar>
              <w:top w:w="90" w:type="dxa"/>
              <w:left w:w="110" w:type="dxa"/>
              <w:bottom w:w="90" w:type="dxa"/>
              <w:right w:w="110" w:type="dxa"/>
            </w:tcMar>
            <w:vAlign w:val="center"/>
          </w:tcPr>
          <w:p w14:paraId="584BEDA5"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3</w:t>
            </w:r>
          </w:p>
        </w:tc>
        <w:tc>
          <w:tcPr>
            <w:tcW w:w="3500" w:type="dxa"/>
            <w:tcMar>
              <w:top w:w="90" w:type="dxa"/>
              <w:left w:w="110" w:type="dxa"/>
              <w:bottom w:w="90" w:type="dxa"/>
              <w:right w:w="110" w:type="dxa"/>
            </w:tcMar>
            <w:vAlign w:val="center"/>
          </w:tcPr>
          <w:p w14:paraId="73E8C8E0" w14:textId="00F9076E"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446F35D5"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7970FAFA"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7E593769"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0D14F4C5" w14:textId="77777777">
        <w:trPr>
          <w:cantSplit/>
          <w:trHeight w:val="442"/>
        </w:trPr>
        <w:tc>
          <w:tcPr>
            <w:tcW w:w="1500" w:type="dxa"/>
            <w:tcMar>
              <w:top w:w="90" w:type="dxa"/>
              <w:left w:w="110" w:type="dxa"/>
              <w:bottom w:w="90" w:type="dxa"/>
              <w:right w:w="110" w:type="dxa"/>
            </w:tcMar>
            <w:vAlign w:val="center"/>
          </w:tcPr>
          <w:p w14:paraId="53AF1C5A"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4</w:t>
            </w:r>
          </w:p>
        </w:tc>
        <w:tc>
          <w:tcPr>
            <w:tcW w:w="3500" w:type="dxa"/>
            <w:tcMar>
              <w:top w:w="90" w:type="dxa"/>
              <w:left w:w="110" w:type="dxa"/>
              <w:bottom w:w="90" w:type="dxa"/>
              <w:right w:w="110" w:type="dxa"/>
            </w:tcMar>
            <w:vAlign w:val="center"/>
          </w:tcPr>
          <w:p w14:paraId="7FDF98EF" w14:textId="6C9EC2FA"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3FFB0CC6"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1D25DCD3"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50955CC6"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4D320ADD" w14:textId="77777777">
        <w:trPr>
          <w:cantSplit/>
          <w:trHeight w:val="442"/>
        </w:trPr>
        <w:tc>
          <w:tcPr>
            <w:tcW w:w="1500" w:type="dxa"/>
            <w:tcMar>
              <w:top w:w="90" w:type="dxa"/>
              <w:left w:w="110" w:type="dxa"/>
              <w:bottom w:w="90" w:type="dxa"/>
              <w:right w:w="110" w:type="dxa"/>
            </w:tcMar>
            <w:vAlign w:val="center"/>
          </w:tcPr>
          <w:p w14:paraId="77FEDF10"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5</w:t>
            </w:r>
          </w:p>
        </w:tc>
        <w:tc>
          <w:tcPr>
            <w:tcW w:w="3500" w:type="dxa"/>
            <w:tcMar>
              <w:top w:w="90" w:type="dxa"/>
              <w:left w:w="110" w:type="dxa"/>
              <w:bottom w:w="90" w:type="dxa"/>
              <w:right w:w="110" w:type="dxa"/>
            </w:tcMar>
            <w:vAlign w:val="center"/>
          </w:tcPr>
          <w:p w14:paraId="07C05D2E" w14:textId="21AADD9F"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79C364A1"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57F87A29"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72735287"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56C806FB" w14:textId="77777777">
        <w:trPr>
          <w:cantSplit/>
          <w:trHeight w:val="442"/>
        </w:trPr>
        <w:tc>
          <w:tcPr>
            <w:tcW w:w="1500" w:type="dxa"/>
            <w:tcMar>
              <w:top w:w="90" w:type="dxa"/>
              <w:left w:w="110" w:type="dxa"/>
              <w:bottom w:w="90" w:type="dxa"/>
              <w:right w:w="110" w:type="dxa"/>
            </w:tcMar>
            <w:vAlign w:val="center"/>
          </w:tcPr>
          <w:p w14:paraId="13D7A9DD"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6</w:t>
            </w:r>
          </w:p>
        </w:tc>
        <w:tc>
          <w:tcPr>
            <w:tcW w:w="3500" w:type="dxa"/>
            <w:tcMar>
              <w:top w:w="90" w:type="dxa"/>
              <w:left w:w="110" w:type="dxa"/>
              <w:bottom w:w="90" w:type="dxa"/>
              <w:right w:w="110" w:type="dxa"/>
            </w:tcMar>
            <w:vAlign w:val="center"/>
          </w:tcPr>
          <w:p w14:paraId="539C3423" w14:textId="3304D1E3"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2A890D0A"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66C608CE"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564CAE50"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7C73AE99" w14:textId="77777777">
        <w:trPr>
          <w:cantSplit/>
          <w:trHeight w:val="442"/>
        </w:trPr>
        <w:tc>
          <w:tcPr>
            <w:tcW w:w="1500" w:type="dxa"/>
            <w:tcMar>
              <w:top w:w="90" w:type="dxa"/>
              <w:left w:w="110" w:type="dxa"/>
              <w:bottom w:w="90" w:type="dxa"/>
              <w:right w:w="110" w:type="dxa"/>
            </w:tcMar>
            <w:vAlign w:val="center"/>
          </w:tcPr>
          <w:p w14:paraId="52C0B5CE"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7"/>
              </w:rPr>
              <w:t>Suplente</w:t>
            </w:r>
            <w:proofErr w:type="spellEnd"/>
          </w:p>
        </w:tc>
        <w:tc>
          <w:tcPr>
            <w:tcW w:w="3500" w:type="dxa"/>
            <w:tcMar>
              <w:top w:w="90" w:type="dxa"/>
              <w:left w:w="110" w:type="dxa"/>
              <w:bottom w:w="90" w:type="dxa"/>
              <w:right w:w="110" w:type="dxa"/>
            </w:tcMar>
            <w:vAlign w:val="center"/>
          </w:tcPr>
          <w:p w14:paraId="460B8BE2" w14:textId="5AF4C2FC"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44023418"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23955224"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327CE541"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bl>
    <w:p w14:paraId="7CFE286D" w14:textId="77777777" w:rsidR="00D56AFB" w:rsidRPr="00CD2577" w:rsidRDefault="00D56AFB" w:rsidP="004B2CD6">
      <w:pPr>
        <w:spacing w:after="20"/>
        <w:jc w:val="both"/>
        <w:rPr>
          <w:color w:val="000000" w:themeColor="text1"/>
        </w:rPr>
      </w:pPr>
    </w:p>
    <w:p w14:paraId="3D61DFC0" w14:textId="77777777" w:rsidR="00D56AFB" w:rsidRPr="00CD2577" w:rsidRDefault="00B80BC3" w:rsidP="004B2CD6">
      <w:pPr>
        <w:jc w:val="both"/>
        <w:rPr>
          <w:color w:val="000000" w:themeColor="text1"/>
        </w:rPr>
      </w:pPr>
      <w:r w:rsidRPr="00CD2577">
        <w:rPr>
          <w:color w:val="000000" w:themeColor="text1"/>
        </w:rPr>
        <w:br w:type="page"/>
      </w:r>
    </w:p>
    <w:p w14:paraId="6ED18FDB" w14:textId="77777777" w:rsidR="00D56AFB" w:rsidRPr="00CD2577" w:rsidRDefault="00B80BC3" w:rsidP="004B2CD6">
      <w:pPr>
        <w:keepNext/>
        <w:spacing w:before="40" w:after="40"/>
        <w:jc w:val="both"/>
        <w:rPr>
          <w:color w:val="000000" w:themeColor="text1"/>
        </w:rPr>
      </w:pPr>
      <w:r w:rsidRPr="00CD2577">
        <w:rPr>
          <w:b/>
          <w:color w:val="000000" w:themeColor="text1"/>
          <w:sz w:val="17"/>
        </w:rPr>
        <w:lastRenderedPageBreak/>
        <w:t>F06 — CONTINUAÇÃO</w:t>
      </w:r>
    </w:p>
    <w:p w14:paraId="7888ACDB" w14:textId="77777777" w:rsidR="00D56AFB" w:rsidRPr="005931D4" w:rsidRDefault="00B80BC3" w:rsidP="004B2CD6">
      <w:pPr>
        <w:pStyle w:val="Ttulo1"/>
        <w:jc w:val="both"/>
        <w:rPr>
          <w:color w:val="000000" w:themeColor="text1"/>
          <w:lang w:val="pt-PT"/>
        </w:rPr>
      </w:pPr>
      <w:r w:rsidRPr="005931D4">
        <w:rPr>
          <w:color w:val="000000" w:themeColor="text1"/>
          <w:lang w:val="pt-PT"/>
        </w:rPr>
        <w:t>Lista de candidatos ao Conselho de Supervisão</w:t>
      </w:r>
    </w:p>
    <w:p w14:paraId="2E5C47C5" w14:textId="3CA4A409" w:rsidR="00D56AFB" w:rsidRPr="005931D4" w:rsidRDefault="00B80BC3" w:rsidP="004B2CD6">
      <w:pPr>
        <w:keepNext/>
        <w:spacing w:after="160"/>
        <w:jc w:val="both"/>
        <w:rPr>
          <w:color w:val="000000" w:themeColor="text1"/>
          <w:lang w:val="pt-PT"/>
        </w:rPr>
      </w:pPr>
      <w:r w:rsidRPr="005931D4">
        <w:rPr>
          <w:color w:val="000000" w:themeColor="text1"/>
          <w:sz w:val="19"/>
          <w:lang w:val="pt-PT"/>
        </w:rPr>
        <w:t xml:space="preserve">Candidatos </w:t>
      </w:r>
      <w:r w:rsidR="0031217D">
        <w:rPr>
          <w:color w:val="000000" w:themeColor="text1"/>
          <w:sz w:val="19"/>
          <w:lang w:val="pt-PT"/>
        </w:rPr>
        <w:t xml:space="preserve">que exercem funções ou estão vinculados ao </w:t>
      </w:r>
      <w:r w:rsidRPr="005931D4">
        <w:rPr>
          <w:color w:val="000000" w:themeColor="text1"/>
          <w:sz w:val="19"/>
          <w:lang w:val="pt-PT"/>
        </w:rPr>
        <w:t>ensino superior</w:t>
      </w:r>
      <w:r w:rsidR="00781D09">
        <w:rPr>
          <w:color w:val="000000" w:themeColor="text1"/>
          <w:sz w:val="19"/>
          <w:lang w:val="pt-PT"/>
        </w:rPr>
        <w:t xml:space="preserve"> que habilite academicamente</w:t>
      </w:r>
      <w:r w:rsidR="001711DD">
        <w:rPr>
          <w:color w:val="000000" w:themeColor="text1"/>
          <w:sz w:val="19"/>
          <w:lang w:val="pt-PT"/>
        </w:rPr>
        <w:t xml:space="preserve"> o acesso à profissão de arquiteto</w:t>
      </w:r>
      <w:r w:rsidRPr="005931D4">
        <w:rPr>
          <w:color w:val="000000" w:themeColor="text1"/>
          <w:sz w:val="19"/>
          <w:lang w:val="pt-PT"/>
        </w:rPr>
        <w:t>, não membros da Ordem</w:t>
      </w: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7CE17213" w14:textId="77777777">
        <w:trPr>
          <w:cantSplit/>
          <w:tblHeader/>
        </w:trPr>
        <w:tc>
          <w:tcPr>
            <w:tcW w:w="2200" w:type="dxa"/>
            <w:shd w:val="clear" w:color="auto" w:fill="E8EEF5"/>
            <w:tcMar>
              <w:top w:w="90" w:type="dxa"/>
              <w:left w:w="110" w:type="dxa"/>
              <w:bottom w:w="90" w:type="dxa"/>
              <w:right w:w="110" w:type="dxa"/>
            </w:tcMar>
            <w:vAlign w:val="center"/>
          </w:tcPr>
          <w:p w14:paraId="253A0DEF"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Designação</w:t>
            </w:r>
            <w:proofErr w:type="spellEnd"/>
            <w:r w:rsidRPr="00CD2577">
              <w:rPr>
                <w:b/>
                <w:color w:val="000000" w:themeColor="text1"/>
                <w:sz w:val="18"/>
              </w:rPr>
              <w:t xml:space="preserve"> da </w:t>
            </w:r>
            <w:proofErr w:type="spellStart"/>
            <w:r w:rsidRPr="00CD2577">
              <w:rPr>
                <w:b/>
                <w:color w:val="000000" w:themeColor="text1"/>
                <w:sz w:val="18"/>
              </w:rPr>
              <w:t>candidatura</w:t>
            </w:r>
            <w:proofErr w:type="spellEnd"/>
          </w:p>
        </w:tc>
        <w:tc>
          <w:tcPr>
            <w:tcW w:w="7100" w:type="dxa"/>
            <w:tcMar>
              <w:top w:w="90" w:type="dxa"/>
              <w:left w:w="110" w:type="dxa"/>
              <w:bottom w:w="90" w:type="dxa"/>
              <w:right w:w="110" w:type="dxa"/>
            </w:tcMar>
            <w:vAlign w:val="center"/>
          </w:tcPr>
          <w:p w14:paraId="3F355A99" w14:textId="78E840FD" w:rsidR="004B2CD6" w:rsidRPr="00CD2577" w:rsidRDefault="004B2CD6" w:rsidP="004B2CD6">
            <w:pPr>
              <w:spacing w:after="30" w:line="240" w:lineRule="auto"/>
              <w:jc w:val="both"/>
              <w:rPr>
                <w:color w:val="000000" w:themeColor="text1"/>
              </w:rPr>
            </w:pPr>
          </w:p>
        </w:tc>
      </w:tr>
    </w:tbl>
    <w:p w14:paraId="6FE24294" w14:textId="77777777" w:rsidR="00D56AFB" w:rsidRPr="00CD2577" w:rsidRDefault="00D56AFB" w:rsidP="004B2CD6">
      <w:pPr>
        <w:spacing w:after="20"/>
        <w:jc w:val="both"/>
        <w:rPr>
          <w:color w:val="000000" w:themeColor="text1"/>
        </w:rPr>
      </w:pPr>
    </w:p>
    <w:p w14:paraId="56211562" w14:textId="157CEBDA" w:rsidR="00D56AFB" w:rsidRPr="005931D4" w:rsidRDefault="00B80BC3" w:rsidP="004B2CD6">
      <w:pPr>
        <w:pStyle w:val="Ttulo2"/>
        <w:jc w:val="both"/>
        <w:rPr>
          <w:color w:val="000000" w:themeColor="text1"/>
          <w:lang w:val="pt-PT"/>
        </w:rPr>
      </w:pPr>
      <w:r w:rsidRPr="005931D4">
        <w:rPr>
          <w:color w:val="000000" w:themeColor="text1"/>
          <w:lang w:val="pt-PT"/>
        </w:rPr>
        <w:t xml:space="preserve">B. Candidatos </w:t>
      </w:r>
      <w:r w:rsidR="00CD2577" w:rsidRPr="005931D4">
        <w:rPr>
          <w:color w:val="000000" w:themeColor="text1"/>
          <w:lang w:val="pt-PT"/>
        </w:rPr>
        <w:t xml:space="preserve">oriundos </w:t>
      </w:r>
      <w:r w:rsidRPr="005931D4">
        <w:rPr>
          <w:color w:val="000000" w:themeColor="text1"/>
          <w:lang w:val="pt-PT"/>
        </w:rPr>
        <w:t>d</w:t>
      </w:r>
      <w:r w:rsidR="00CD2577" w:rsidRPr="005931D4">
        <w:rPr>
          <w:color w:val="000000" w:themeColor="text1"/>
          <w:lang w:val="pt-PT"/>
        </w:rPr>
        <w:t>e estabelecimentos de</w:t>
      </w:r>
      <w:r w:rsidRPr="005931D4">
        <w:rPr>
          <w:color w:val="000000" w:themeColor="text1"/>
          <w:lang w:val="pt-PT"/>
        </w:rPr>
        <w:t xml:space="preserve"> ensino superior</w:t>
      </w:r>
      <w:r w:rsidR="00CD2577" w:rsidRPr="005931D4">
        <w:rPr>
          <w:rFonts w:ascii="Calibri" w:hAnsi="Calibri" w:cs="Calibri"/>
          <w:color w:val="000000" w:themeColor="text1"/>
          <w:lang w:val="pt-PT"/>
        </w:rPr>
        <w:t xml:space="preserve"> que habilitem academicamente o acesso à profissão de arquiteto</w:t>
      </w:r>
      <w:r w:rsidRPr="005931D4">
        <w:rPr>
          <w:color w:val="000000" w:themeColor="text1"/>
          <w:lang w:val="pt-PT"/>
        </w:rPr>
        <w:t>, não membros da Ordem</w:t>
      </w:r>
    </w:p>
    <w:tbl>
      <w:tblPr>
        <w:tblStyle w:val="TabelacomGrelha"/>
        <w:tblW w:w="9300" w:type="dxa"/>
        <w:tblInd w:w="110" w:type="dxa"/>
        <w:tblLayout w:type="fixed"/>
        <w:tblLook w:val="04A0" w:firstRow="1" w:lastRow="0" w:firstColumn="1" w:lastColumn="0" w:noHBand="0" w:noVBand="1"/>
      </w:tblPr>
      <w:tblGrid>
        <w:gridCol w:w="1701"/>
        <w:gridCol w:w="3969"/>
        <w:gridCol w:w="1701"/>
        <w:gridCol w:w="1929"/>
      </w:tblGrid>
      <w:tr w:rsidR="00CD2577" w:rsidRPr="00CD2577" w14:paraId="79881C2B" w14:textId="77777777">
        <w:trPr>
          <w:tblHeader/>
        </w:trPr>
        <w:tc>
          <w:tcPr>
            <w:tcW w:w="1701" w:type="dxa"/>
            <w:shd w:val="clear" w:color="auto" w:fill="17365D"/>
            <w:tcMar>
              <w:top w:w="90" w:type="dxa"/>
              <w:left w:w="110" w:type="dxa"/>
              <w:bottom w:w="90" w:type="dxa"/>
              <w:right w:w="110" w:type="dxa"/>
            </w:tcMar>
            <w:vAlign w:val="center"/>
          </w:tcPr>
          <w:p w14:paraId="4E3E46EA"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Cargo</w:t>
            </w:r>
          </w:p>
        </w:tc>
        <w:tc>
          <w:tcPr>
            <w:tcW w:w="3969" w:type="dxa"/>
            <w:shd w:val="clear" w:color="auto" w:fill="17365D"/>
            <w:tcMar>
              <w:top w:w="90" w:type="dxa"/>
              <w:left w:w="110" w:type="dxa"/>
              <w:bottom w:w="90" w:type="dxa"/>
              <w:right w:w="110" w:type="dxa"/>
            </w:tcMar>
            <w:vAlign w:val="center"/>
          </w:tcPr>
          <w:p w14:paraId="46335194"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 xml:space="preserve">Nome </w:t>
            </w:r>
            <w:proofErr w:type="spellStart"/>
            <w:r w:rsidRPr="00CD2577">
              <w:rPr>
                <w:b/>
                <w:color w:val="FFFFFF" w:themeColor="background1"/>
                <w:sz w:val="17"/>
              </w:rPr>
              <w:t>completo</w:t>
            </w:r>
            <w:proofErr w:type="spellEnd"/>
          </w:p>
        </w:tc>
        <w:tc>
          <w:tcPr>
            <w:tcW w:w="1701" w:type="dxa"/>
            <w:shd w:val="clear" w:color="auto" w:fill="17365D"/>
            <w:tcMar>
              <w:top w:w="90" w:type="dxa"/>
              <w:left w:w="110" w:type="dxa"/>
              <w:bottom w:w="90" w:type="dxa"/>
              <w:right w:w="110" w:type="dxa"/>
            </w:tcMar>
            <w:vAlign w:val="center"/>
          </w:tcPr>
          <w:p w14:paraId="39CD7B0D" w14:textId="77777777" w:rsidR="00D56AFB" w:rsidRPr="00CD2577" w:rsidRDefault="00B80BC3" w:rsidP="004B2CD6">
            <w:pPr>
              <w:spacing w:after="30" w:line="240" w:lineRule="auto"/>
              <w:jc w:val="both"/>
              <w:rPr>
                <w:color w:val="FFFFFF" w:themeColor="background1"/>
              </w:rPr>
            </w:pPr>
            <w:proofErr w:type="spellStart"/>
            <w:r w:rsidRPr="00CD2577">
              <w:rPr>
                <w:b/>
                <w:color w:val="FFFFFF" w:themeColor="background1"/>
                <w:sz w:val="17"/>
              </w:rPr>
              <w:t>Instituição</w:t>
            </w:r>
            <w:proofErr w:type="spellEnd"/>
            <w:r w:rsidRPr="00CD2577">
              <w:rPr>
                <w:b/>
                <w:color w:val="FFFFFF" w:themeColor="background1"/>
                <w:sz w:val="17"/>
              </w:rPr>
              <w:t xml:space="preserve"> de </w:t>
            </w:r>
            <w:proofErr w:type="spellStart"/>
            <w:r w:rsidRPr="00CD2577">
              <w:rPr>
                <w:b/>
                <w:color w:val="FFFFFF" w:themeColor="background1"/>
                <w:sz w:val="17"/>
              </w:rPr>
              <w:t>ensino</w:t>
            </w:r>
            <w:proofErr w:type="spellEnd"/>
          </w:p>
        </w:tc>
        <w:tc>
          <w:tcPr>
            <w:tcW w:w="1929" w:type="dxa"/>
            <w:shd w:val="clear" w:color="auto" w:fill="17365D"/>
            <w:tcMar>
              <w:top w:w="90" w:type="dxa"/>
              <w:left w:w="110" w:type="dxa"/>
              <w:bottom w:w="90" w:type="dxa"/>
              <w:right w:w="110" w:type="dxa"/>
            </w:tcMar>
            <w:vAlign w:val="center"/>
          </w:tcPr>
          <w:p w14:paraId="1AF664DC" w14:textId="77777777" w:rsidR="00D56AFB" w:rsidRPr="00CD2577" w:rsidRDefault="00B80BC3" w:rsidP="004B2CD6">
            <w:pPr>
              <w:spacing w:after="30" w:line="240" w:lineRule="auto"/>
              <w:jc w:val="both"/>
              <w:rPr>
                <w:color w:val="FFFFFF" w:themeColor="background1"/>
              </w:rPr>
            </w:pPr>
            <w:proofErr w:type="spellStart"/>
            <w:r w:rsidRPr="00CD2577">
              <w:rPr>
                <w:b/>
                <w:color w:val="FFFFFF" w:themeColor="background1"/>
                <w:sz w:val="17"/>
              </w:rPr>
              <w:t>Assinatura</w:t>
            </w:r>
            <w:proofErr w:type="spellEnd"/>
          </w:p>
        </w:tc>
      </w:tr>
      <w:tr w:rsidR="004B2CD6" w:rsidRPr="00CD2577" w14:paraId="44D11466" w14:textId="77777777">
        <w:trPr>
          <w:cantSplit/>
          <w:trHeight w:val="442"/>
        </w:trPr>
        <w:tc>
          <w:tcPr>
            <w:tcW w:w="1701" w:type="dxa"/>
            <w:tcMar>
              <w:top w:w="90" w:type="dxa"/>
              <w:left w:w="110" w:type="dxa"/>
              <w:bottom w:w="90" w:type="dxa"/>
              <w:right w:w="110" w:type="dxa"/>
            </w:tcMar>
            <w:vAlign w:val="center"/>
          </w:tcPr>
          <w:p w14:paraId="75AD8C10"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w:t>
            </w:r>
          </w:p>
        </w:tc>
        <w:tc>
          <w:tcPr>
            <w:tcW w:w="3969" w:type="dxa"/>
            <w:tcMar>
              <w:top w:w="90" w:type="dxa"/>
              <w:left w:w="110" w:type="dxa"/>
              <w:bottom w:w="90" w:type="dxa"/>
              <w:right w:w="110" w:type="dxa"/>
            </w:tcMar>
            <w:vAlign w:val="center"/>
          </w:tcPr>
          <w:p w14:paraId="1DE337FA" w14:textId="5972DF60" w:rsidR="004B2CD6" w:rsidRPr="00CD2577" w:rsidRDefault="004B2CD6" w:rsidP="004B2CD6">
            <w:pPr>
              <w:spacing w:after="30" w:line="240" w:lineRule="auto"/>
              <w:jc w:val="both"/>
              <w:rPr>
                <w:color w:val="000000" w:themeColor="text1"/>
              </w:rPr>
            </w:pPr>
          </w:p>
        </w:tc>
        <w:tc>
          <w:tcPr>
            <w:tcW w:w="1701" w:type="dxa"/>
            <w:tcMar>
              <w:top w:w="90" w:type="dxa"/>
              <w:left w:w="110" w:type="dxa"/>
              <w:bottom w:w="90" w:type="dxa"/>
              <w:right w:w="110" w:type="dxa"/>
            </w:tcMar>
            <w:vAlign w:val="center"/>
          </w:tcPr>
          <w:p w14:paraId="30E73688"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929" w:type="dxa"/>
            <w:tcMar>
              <w:top w:w="90" w:type="dxa"/>
              <w:left w:w="110" w:type="dxa"/>
              <w:bottom w:w="90" w:type="dxa"/>
              <w:right w:w="110" w:type="dxa"/>
            </w:tcMar>
            <w:vAlign w:val="center"/>
          </w:tcPr>
          <w:p w14:paraId="3123C88A"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737E0CF3" w14:textId="77777777">
        <w:trPr>
          <w:cantSplit/>
          <w:trHeight w:val="442"/>
        </w:trPr>
        <w:tc>
          <w:tcPr>
            <w:tcW w:w="1701" w:type="dxa"/>
            <w:tcMar>
              <w:top w:w="90" w:type="dxa"/>
              <w:left w:w="110" w:type="dxa"/>
              <w:bottom w:w="90" w:type="dxa"/>
              <w:right w:w="110" w:type="dxa"/>
            </w:tcMar>
            <w:vAlign w:val="center"/>
          </w:tcPr>
          <w:p w14:paraId="240864B9"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2</w:t>
            </w:r>
          </w:p>
        </w:tc>
        <w:tc>
          <w:tcPr>
            <w:tcW w:w="3969" w:type="dxa"/>
            <w:tcMar>
              <w:top w:w="90" w:type="dxa"/>
              <w:left w:w="110" w:type="dxa"/>
              <w:bottom w:w="90" w:type="dxa"/>
              <w:right w:w="110" w:type="dxa"/>
            </w:tcMar>
            <w:vAlign w:val="center"/>
          </w:tcPr>
          <w:p w14:paraId="710CD49C" w14:textId="26F03AC5" w:rsidR="004B2CD6" w:rsidRPr="00CD2577" w:rsidRDefault="004B2CD6" w:rsidP="004B2CD6">
            <w:pPr>
              <w:spacing w:after="30" w:line="240" w:lineRule="auto"/>
              <w:jc w:val="both"/>
              <w:rPr>
                <w:color w:val="000000" w:themeColor="text1"/>
              </w:rPr>
            </w:pPr>
          </w:p>
        </w:tc>
        <w:tc>
          <w:tcPr>
            <w:tcW w:w="1701" w:type="dxa"/>
            <w:tcMar>
              <w:top w:w="90" w:type="dxa"/>
              <w:left w:w="110" w:type="dxa"/>
              <w:bottom w:w="90" w:type="dxa"/>
              <w:right w:w="110" w:type="dxa"/>
            </w:tcMar>
            <w:vAlign w:val="center"/>
          </w:tcPr>
          <w:p w14:paraId="144568D9"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929" w:type="dxa"/>
            <w:tcMar>
              <w:top w:w="90" w:type="dxa"/>
              <w:left w:w="110" w:type="dxa"/>
              <w:bottom w:w="90" w:type="dxa"/>
              <w:right w:w="110" w:type="dxa"/>
            </w:tcMar>
            <w:vAlign w:val="center"/>
          </w:tcPr>
          <w:p w14:paraId="45D41031"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4B4DB0E8" w14:textId="77777777">
        <w:trPr>
          <w:cantSplit/>
          <w:trHeight w:val="442"/>
        </w:trPr>
        <w:tc>
          <w:tcPr>
            <w:tcW w:w="1701" w:type="dxa"/>
            <w:tcMar>
              <w:top w:w="90" w:type="dxa"/>
              <w:left w:w="110" w:type="dxa"/>
              <w:bottom w:w="90" w:type="dxa"/>
              <w:right w:w="110" w:type="dxa"/>
            </w:tcMar>
            <w:vAlign w:val="center"/>
          </w:tcPr>
          <w:p w14:paraId="45C3CEB9"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3</w:t>
            </w:r>
          </w:p>
        </w:tc>
        <w:tc>
          <w:tcPr>
            <w:tcW w:w="3969" w:type="dxa"/>
            <w:tcMar>
              <w:top w:w="90" w:type="dxa"/>
              <w:left w:w="110" w:type="dxa"/>
              <w:bottom w:w="90" w:type="dxa"/>
              <w:right w:w="110" w:type="dxa"/>
            </w:tcMar>
            <w:vAlign w:val="center"/>
          </w:tcPr>
          <w:p w14:paraId="03DE6035" w14:textId="690B69B0" w:rsidR="004B2CD6" w:rsidRPr="00CD2577" w:rsidRDefault="004B2CD6" w:rsidP="004B2CD6">
            <w:pPr>
              <w:spacing w:after="30" w:line="240" w:lineRule="auto"/>
              <w:jc w:val="both"/>
              <w:rPr>
                <w:color w:val="000000" w:themeColor="text1"/>
              </w:rPr>
            </w:pPr>
          </w:p>
        </w:tc>
        <w:tc>
          <w:tcPr>
            <w:tcW w:w="1701" w:type="dxa"/>
            <w:tcMar>
              <w:top w:w="90" w:type="dxa"/>
              <w:left w:w="110" w:type="dxa"/>
              <w:bottom w:w="90" w:type="dxa"/>
              <w:right w:w="110" w:type="dxa"/>
            </w:tcMar>
            <w:vAlign w:val="center"/>
          </w:tcPr>
          <w:p w14:paraId="051D924C"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929" w:type="dxa"/>
            <w:tcMar>
              <w:top w:w="90" w:type="dxa"/>
              <w:left w:w="110" w:type="dxa"/>
              <w:bottom w:w="90" w:type="dxa"/>
              <w:right w:w="110" w:type="dxa"/>
            </w:tcMar>
            <w:vAlign w:val="center"/>
          </w:tcPr>
          <w:p w14:paraId="5A821432"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43E708D4" w14:textId="77777777">
        <w:trPr>
          <w:cantSplit/>
          <w:trHeight w:val="442"/>
        </w:trPr>
        <w:tc>
          <w:tcPr>
            <w:tcW w:w="1701" w:type="dxa"/>
            <w:tcMar>
              <w:top w:w="90" w:type="dxa"/>
              <w:left w:w="110" w:type="dxa"/>
              <w:bottom w:w="90" w:type="dxa"/>
              <w:right w:w="110" w:type="dxa"/>
            </w:tcMar>
            <w:vAlign w:val="center"/>
          </w:tcPr>
          <w:p w14:paraId="7E889FF3"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4</w:t>
            </w:r>
          </w:p>
        </w:tc>
        <w:tc>
          <w:tcPr>
            <w:tcW w:w="3969" w:type="dxa"/>
            <w:tcMar>
              <w:top w:w="90" w:type="dxa"/>
              <w:left w:w="110" w:type="dxa"/>
              <w:bottom w:w="90" w:type="dxa"/>
              <w:right w:w="110" w:type="dxa"/>
            </w:tcMar>
            <w:vAlign w:val="center"/>
          </w:tcPr>
          <w:p w14:paraId="5A6D2E27" w14:textId="75E261C5" w:rsidR="004B2CD6" w:rsidRPr="00CD2577" w:rsidRDefault="004B2CD6" w:rsidP="004B2CD6">
            <w:pPr>
              <w:spacing w:after="30" w:line="240" w:lineRule="auto"/>
              <w:jc w:val="both"/>
              <w:rPr>
                <w:color w:val="000000" w:themeColor="text1"/>
              </w:rPr>
            </w:pPr>
          </w:p>
        </w:tc>
        <w:tc>
          <w:tcPr>
            <w:tcW w:w="1701" w:type="dxa"/>
            <w:tcMar>
              <w:top w:w="90" w:type="dxa"/>
              <w:left w:w="110" w:type="dxa"/>
              <w:bottom w:w="90" w:type="dxa"/>
              <w:right w:w="110" w:type="dxa"/>
            </w:tcMar>
            <w:vAlign w:val="center"/>
          </w:tcPr>
          <w:p w14:paraId="29907831"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929" w:type="dxa"/>
            <w:tcMar>
              <w:top w:w="90" w:type="dxa"/>
              <w:left w:w="110" w:type="dxa"/>
              <w:bottom w:w="90" w:type="dxa"/>
              <w:right w:w="110" w:type="dxa"/>
            </w:tcMar>
            <w:vAlign w:val="center"/>
          </w:tcPr>
          <w:p w14:paraId="265FCA77"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7B1B3AF5" w14:textId="77777777">
        <w:trPr>
          <w:cantSplit/>
          <w:trHeight w:val="442"/>
        </w:trPr>
        <w:tc>
          <w:tcPr>
            <w:tcW w:w="1701" w:type="dxa"/>
            <w:tcMar>
              <w:top w:w="90" w:type="dxa"/>
              <w:left w:w="110" w:type="dxa"/>
              <w:bottom w:w="90" w:type="dxa"/>
              <w:right w:w="110" w:type="dxa"/>
            </w:tcMar>
            <w:vAlign w:val="center"/>
          </w:tcPr>
          <w:p w14:paraId="114A7F71"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5</w:t>
            </w:r>
          </w:p>
        </w:tc>
        <w:tc>
          <w:tcPr>
            <w:tcW w:w="3969" w:type="dxa"/>
            <w:tcMar>
              <w:top w:w="90" w:type="dxa"/>
              <w:left w:w="110" w:type="dxa"/>
              <w:bottom w:w="90" w:type="dxa"/>
              <w:right w:w="110" w:type="dxa"/>
            </w:tcMar>
            <w:vAlign w:val="center"/>
          </w:tcPr>
          <w:p w14:paraId="7207BE08" w14:textId="08CDC4CC" w:rsidR="004B2CD6" w:rsidRPr="00CD2577" w:rsidRDefault="004B2CD6" w:rsidP="004B2CD6">
            <w:pPr>
              <w:spacing w:after="30" w:line="240" w:lineRule="auto"/>
              <w:jc w:val="both"/>
              <w:rPr>
                <w:color w:val="000000" w:themeColor="text1"/>
              </w:rPr>
            </w:pPr>
          </w:p>
        </w:tc>
        <w:tc>
          <w:tcPr>
            <w:tcW w:w="1701" w:type="dxa"/>
            <w:tcMar>
              <w:top w:w="90" w:type="dxa"/>
              <w:left w:w="110" w:type="dxa"/>
              <w:bottom w:w="90" w:type="dxa"/>
              <w:right w:w="110" w:type="dxa"/>
            </w:tcMar>
            <w:vAlign w:val="center"/>
          </w:tcPr>
          <w:p w14:paraId="2E122AA6"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929" w:type="dxa"/>
            <w:tcMar>
              <w:top w:w="90" w:type="dxa"/>
              <w:left w:w="110" w:type="dxa"/>
              <w:bottom w:w="90" w:type="dxa"/>
              <w:right w:w="110" w:type="dxa"/>
            </w:tcMar>
            <w:vAlign w:val="center"/>
          </w:tcPr>
          <w:p w14:paraId="09FAF1CF"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378972BF" w14:textId="77777777">
        <w:trPr>
          <w:cantSplit/>
          <w:trHeight w:val="442"/>
        </w:trPr>
        <w:tc>
          <w:tcPr>
            <w:tcW w:w="1701" w:type="dxa"/>
            <w:tcMar>
              <w:top w:w="90" w:type="dxa"/>
              <w:left w:w="110" w:type="dxa"/>
              <w:bottom w:w="90" w:type="dxa"/>
              <w:right w:w="110" w:type="dxa"/>
            </w:tcMar>
            <w:vAlign w:val="center"/>
          </w:tcPr>
          <w:p w14:paraId="5EB1C203"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6</w:t>
            </w:r>
          </w:p>
        </w:tc>
        <w:tc>
          <w:tcPr>
            <w:tcW w:w="3969" w:type="dxa"/>
            <w:tcMar>
              <w:top w:w="90" w:type="dxa"/>
              <w:left w:w="110" w:type="dxa"/>
              <w:bottom w:w="90" w:type="dxa"/>
              <w:right w:w="110" w:type="dxa"/>
            </w:tcMar>
            <w:vAlign w:val="center"/>
          </w:tcPr>
          <w:p w14:paraId="646CD46A" w14:textId="59036DBF" w:rsidR="004B2CD6" w:rsidRPr="00CD2577" w:rsidRDefault="004B2CD6" w:rsidP="004B2CD6">
            <w:pPr>
              <w:spacing w:after="30" w:line="240" w:lineRule="auto"/>
              <w:jc w:val="both"/>
              <w:rPr>
                <w:color w:val="000000" w:themeColor="text1"/>
              </w:rPr>
            </w:pPr>
          </w:p>
        </w:tc>
        <w:tc>
          <w:tcPr>
            <w:tcW w:w="1701" w:type="dxa"/>
            <w:tcMar>
              <w:top w:w="90" w:type="dxa"/>
              <w:left w:w="110" w:type="dxa"/>
              <w:bottom w:w="90" w:type="dxa"/>
              <w:right w:w="110" w:type="dxa"/>
            </w:tcMar>
            <w:vAlign w:val="center"/>
          </w:tcPr>
          <w:p w14:paraId="3E1DD2DB"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929" w:type="dxa"/>
            <w:tcMar>
              <w:top w:w="90" w:type="dxa"/>
              <w:left w:w="110" w:type="dxa"/>
              <w:bottom w:w="90" w:type="dxa"/>
              <w:right w:w="110" w:type="dxa"/>
            </w:tcMar>
            <w:vAlign w:val="center"/>
          </w:tcPr>
          <w:p w14:paraId="192EE810"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7A5C43B6" w14:textId="77777777">
        <w:trPr>
          <w:cantSplit/>
          <w:trHeight w:val="442"/>
        </w:trPr>
        <w:tc>
          <w:tcPr>
            <w:tcW w:w="1701" w:type="dxa"/>
            <w:tcMar>
              <w:top w:w="90" w:type="dxa"/>
              <w:left w:w="110" w:type="dxa"/>
              <w:bottom w:w="90" w:type="dxa"/>
              <w:right w:w="110" w:type="dxa"/>
            </w:tcMar>
            <w:vAlign w:val="center"/>
          </w:tcPr>
          <w:p w14:paraId="2F03E76C"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7"/>
              </w:rPr>
              <w:t>Suplente</w:t>
            </w:r>
            <w:proofErr w:type="spellEnd"/>
          </w:p>
        </w:tc>
        <w:tc>
          <w:tcPr>
            <w:tcW w:w="3969" w:type="dxa"/>
            <w:tcMar>
              <w:top w:w="90" w:type="dxa"/>
              <w:left w:w="110" w:type="dxa"/>
              <w:bottom w:w="90" w:type="dxa"/>
              <w:right w:w="110" w:type="dxa"/>
            </w:tcMar>
            <w:vAlign w:val="center"/>
          </w:tcPr>
          <w:p w14:paraId="43D1F280" w14:textId="73961598" w:rsidR="004B2CD6" w:rsidRPr="00CD2577" w:rsidRDefault="004B2CD6" w:rsidP="004B2CD6">
            <w:pPr>
              <w:spacing w:after="30" w:line="240" w:lineRule="auto"/>
              <w:jc w:val="both"/>
              <w:rPr>
                <w:color w:val="000000" w:themeColor="text1"/>
              </w:rPr>
            </w:pPr>
          </w:p>
        </w:tc>
        <w:tc>
          <w:tcPr>
            <w:tcW w:w="1701" w:type="dxa"/>
            <w:tcMar>
              <w:top w:w="90" w:type="dxa"/>
              <w:left w:w="110" w:type="dxa"/>
              <w:bottom w:w="90" w:type="dxa"/>
              <w:right w:w="110" w:type="dxa"/>
            </w:tcMar>
            <w:vAlign w:val="center"/>
          </w:tcPr>
          <w:p w14:paraId="6850F14A"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929" w:type="dxa"/>
            <w:tcMar>
              <w:top w:w="90" w:type="dxa"/>
              <w:left w:w="110" w:type="dxa"/>
              <w:bottom w:w="90" w:type="dxa"/>
              <w:right w:w="110" w:type="dxa"/>
            </w:tcMar>
            <w:vAlign w:val="center"/>
          </w:tcPr>
          <w:p w14:paraId="04458718"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bl>
    <w:p w14:paraId="409E8C76" w14:textId="77777777" w:rsidR="00D56AFB" w:rsidRPr="00CD2577" w:rsidRDefault="00D56AFB" w:rsidP="004B2CD6">
      <w:pPr>
        <w:spacing w:after="20"/>
        <w:jc w:val="both"/>
        <w:rPr>
          <w:color w:val="000000" w:themeColor="text1"/>
        </w:rPr>
      </w:pPr>
    </w:p>
    <w:tbl>
      <w:tblPr>
        <w:tblStyle w:val="TabelacomGrelha"/>
        <w:tblW w:w="9300" w:type="dxa"/>
        <w:tblInd w:w="110" w:type="dxa"/>
        <w:tblLayout w:type="fixed"/>
        <w:tblLook w:val="04A0" w:firstRow="1" w:lastRow="0" w:firstColumn="1" w:lastColumn="0" w:noHBand="0" w:noVBand="1"/>
      </w:tblPr>
      <w:tblGrid>
        <w:gridCol w:w="9300"/>
      </w:tblGrid>
      <w:tr w:rsidR="00D56AFB" w:rsidRPr="006E2932" w14:paraId="3ACE8ADC" w14:textId="77777777">
        <w:trPr>
          <w:tblHeader/>
        </w:trPr>
        <w:tc>
          <w:tcPr>
            <w:tcW w:w="9300" w:type="dxa"/>
            <w:shd w:val="clear" w:color="auto" w:fill="F4F6F9"/>
            <w:tcMar>
              <w:top w:w="90" w:type="dxa"/>
              <w:left w:w="110" w:type="dxa"/>
              <w:bottom w:w="90" w:type="dxa"/>
              <w:right w:w="110" w:type="dxa"/>
            </w:tcMar>
            <w:vAlign w:val="center"/>
          </w:tcPr>
          <w:p w14:paraId="1D7F6190" w14:textId="77777777" w:rsidR="00D56AFB" w:rsidRPr="005931D4" w:rsidRDefault="00B80BC3" w:rsidP="004B2CD6">
            <w:pPr>
              <w:spacing w:after="30" w:line="240" w:lineRule="auto"/>
              <w:jc w:val="both"/>
              <w:rPr>
                <w:color w:val="000000" w:themeColor="text1"/>
                <w:lang w:val="pt-PT"/>
              </w:rPr>
            </w:pPr>
            <w:r w:rsidRPr="005931D4">
              <w:rPr>
                <w:b/>
                <w:color w:val="000000" w:themeColor="text1"/>
                <w:sz w:val="18"/>
                <w:lang w:val="pt-PT"/>
              </w:rPr>
              <w:t xml:space="preserve">Nota: </w:t>
            </w:r>
            <w:r w:rsidRPr="005931D4">
              <w:rPr>
                <w:color w:val="000000" w:themeColor="text1"/>
                <w:sz w:val="18"/>
                <w:lang w:val="pt-PT"/>
              </w:rPr>
              <w:t>Para cada candidato do grupo B, juntar declaração da instituição de ensino que certifique as habilitações e o respetivo vínculo, bem como a declaração de aceitação F14.</w:t>
            </w:r>
          </w:p>
        </w:tc>
      </w:tr>
    </w:tbl>
    <w:p w14:paraId="20B1E095" w14:textId="77777777" w:rsidR="00D56AFB" w:rsidRPr="005931D4" w:rsidRDefault="00D56AFB" w:rsidP="004B2CD6">
      <w:pPr>
        <w:spacing w:after="20"/>
        <w:jc w:val="both"/>
        <w:rPr>
          <w:color w:val="000000" w:themeColor="text1"/>
          <w:lang w:val="pt-PT"/>
        </w:rPr>
      </w:pP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41802280" w14:textId="77777777">
        <w:trPr>
          <w:cantSplit/>
          <w:tblHeader/>
        </w:trPr>
        <w:tc>
          <w:tcPr>
            <w:tcW w:w="2200" w:type="dxa"/>
            <w:shd w:val="clear" w:color="auto" w:fill="E8EEF5"/>
            <w:tcMar>
              <w:top w:w="90" w:type="dxa"/>
              <w:left w:w="110" w:type="dxa"/>
              <w:bottom w:w="90" w:type="dxa"/>
              <w:right w:w="110" w:type="dxa"/>
            </w:tcMar>
            <w:vAlign w:val="center"/>
          </w:tcPr>
          <w:p w14:paraId="6301729E" w14:textId="77777777" w:rsidR="004B2CD6" w:rsidRPr="00CD2577" w:rsidRDefault="004B2CD6" w:rsidP="004B2CD6">
            <w:pPr>
              <w:spacing w:after="30" w:line="240" w:lineRule="auto"/>
              <w:jc w:val="both"/>
              <w:rPr>
                <w:color w:val="000000" w:themeColor="text1"/>
              </w:rPr>
            </w:pPr>
            <w:r w:rsidRPr="00CD2577">
              <w:rPr>
                <w:b/>
                <w:color w:val="000000" w:themeColor="text1"/>
                <w:sz w:val="18"/>
              </w:rPr>
              <w:t>Local e data</w:t>
            </w:r>
          </w:p>
        </w:tc>
        <w:tc>
          <w:tcPr>
            <w:tcW w:w="7100" w:type="dxa"/>
            <w:tcMar>
              <w:top w:w="90" w:type="dxa"/>
              <w:left w:w="110" w:type="dxa"/>
              <w:bottom w:w="90" w:type="dxa"/>
              <w:right w:w="110" w:type="dxa"/>
            </w:tcMar>
            <w:vAlign w:val="center"/>
          </w:tcPr>
          <w:p w14:paraId="499703F8" w14:textId="1E2EB335" w:rsidR="004B2CD6" w:rsidRPr="00CD2577" w:rsidRDefault="004B2CD6" w:rsidP="004B2CD6">
            <w:pPr>
              <w:spacing w:after="30" w:line="240" w:lineRule="auto"/>
              <w:jc w:val="both"/>
              <w:rPr>
                <w:color w:val="000000" w:themeColor="text1"/>
              </w:rPr>
            </w:pPr>
          </w:p>
        </w:tc>
      </w:tr>
      <w:tr w:rsidR="004B2CD6" w:rsidRPr="006E2932" w14:paraId="66D11EBF" w14:textId="77777777">
        <w:trPr>
          <w:cantSplit/>
        </w:trPr>
        <w:tc>
          <w:tcPr>
            <w:tcW w:w="2200" w:type="dxa"/>
            <w:shd w:val="clear" w:color="auto" w:fill="E8EEF5"/>
            <w:tcMar>
              <w:top w:w="90" w:type="dxa"/>
              <w:left w:w="110" w:type="dxa"/>
              <w:bottom w:w="90" w:type="dxa"/>
              <w:right w:w="110" w:type="dxa"/>
            </w:tcMar>
            <w:vAlign w:val="center"/>
          </w:tcPr>
          <w:p w14:paraId="6BB8676F" w14:textId="77777777" w:rsidR="004B2CD6" w:rsidRPr="005931D4" w:rsidRDefault="004B2CD6" w:rsidP="004B2CD6">
            <w:pPr>
              <w:spacing w:after="30" w:line="240" w:lineRule="auto"/>
              <w:jc w:val="both"/>
              <w:rPr>
                <w:color w:val="000000" w:themeColor="text1"/>
                <w:lang w:val="pt-PT"/>
              </w:rPr>
            </w:pPr>
            <w:r w:rsidRPr="005931D4">
              <w:rPr>
                <w:b/>
                <w:color w:val="000000" w:themeColor="text1"/>
                <w:sz w:val="18"/>
                <w:lang w:val="pt-PT"/>
              </w:rPr>
              <w:t>Assinatura do/a delegado/a</w:t>
            </w:r>
          </w:p>
        </w:tc>
        <w:tc>
          <w:tcPr>
            <w:tcW w:w="7100" w:type="dxa"/>
            <w:tcMar>
              <w:top w:w="90" w:type="dxa"/>
              <w:left w:w="110" w:type="dxa"/>
              <w:bottom w:w="90" w:type="dxa"/>
              <w:right w:w="110" w:type="dxa"/>
            </w:tcMar>
            <w:vAlign w:val="center"/>
          </w:tcPr>
          <w:p w14:paraId="1C64EC7C" w14:textId="77777777" w:rsidR="004B2CD6" w:rsidRPr="005931D4" w:rsidRDefault="004B2CD6" w:rsidP="004B2CD6">
            <w:pPr>
              <w:spacing w:after="30" w:line="240" w:lineRule="auto"/>
              <w:jc w:val="both"/>
              <w:rPr>
                <w:color w:val="000000" w:themeColor="text1"/>
                <w:lang w:val="pt-PT"/>
              </w:rPr>
            </w:pPr>
            <w:r w:rsidRPr="005931D4">
              <w:rPr>
                <w:color w:val="000000" w:themeColor="text1"/>
                <w:sz w:val="19"/>
                <w:lang w:val="pt-PT"/>
              </w:rPr>
              <w:t>Assinar manualmente ou apor assinatura eletrónica válida</w:t>
            </w:r>
          </w:p>
        </w:tc>
      </w:tr>
    </w:tbl>
    <w:p w14:paraId="7F956D15" w14:textId="77777777" w:rsidR="00D56AFB" w:rsidRPr="005931D4" w:rsidRDefault="00D56AFB" w:rsidP="004B2CD6">
      <w:pPr>
        <w:spacing w:after="20"/>
        <w:jc w:val="both"/>
        <w:rPr>
          <w:color w:val="000000" w:themeColor="text1"/>
          <w:lang w:val="pt-PT"/>
        </w:rPr>
      </w:pPr>
    </w:p>
    <w:p w14:paraId="2286CDD2" w14:textId="77777777" w:rsidR="00D56AFB" w:rsidRPr="005931D4" w:rsidRDefault="00B80BC3" w:rsidP="004B2CD6">
      <w:pPr>
        <w:jc w:val="both"/>
        <w:rPr>
          <w:color w:val="000000" w:themeColor="text1"/>
          <w:lang w:val="pt-PT"/>
        </w:rPr>
      </w:pPr>
      <w:r w:rsidRPr="005931D4">
        <w:rPr>
          <w:color w:val="000000" w:themeColor="text1"/>
          <w:lang w:val="pt-PT"/>
        </w:rPr>
        <w:br w:type="page"/>
      </w:r>
    </w:p>
    <w:p w14:paraId="2892A943" w14:textId="77777777" w:rsidR="00D56AFB" w:rsidRPr="005931D4" w:rsidRDefault="00B80BC3" w:rsidP="004B2CD6">
      <w:pPr>
        <w:keepNext/>
        <w:spacing w:before="40" w:after="40"/>
        <w:jc w:val="both"/>
        <w:rPr>
          <w:color w:val="000000" w:themeColor="text1"/>
          <w:lang w:val="pt-PT"/>
        </w:rPr>
      </w:pPr>
      <w:r w:rsidRPr="005931D4">
        <w:rPr>
          <w:b/>
          <w:color w:val="000000" w:themeColor="text1"/>
          <w:sz w:val="17"/>
          <w:lang w:val="pt-PT"/>
        </w:rPr>
        <w:lastRenderedPageBreak/>
        <w:t>F07</w:t>
      </w:r>
    </w:p>
    <w:p w14:paraId="1D743D1E" w14:textId="77777777" w:rsidR="00D56AFB" w:rsidRPr="005931D4" w:rsidRDefault="00B80BC3" w:rsidP="004B2CD6">
      <w:pPr>
        <w:pStyle w:val="Ttulo1"/>
        <w:jc w:val="both"/>
        <w:rPr>
          <w:color w:val="000000" w:themeColor="text1"/>
          <w:lang w:val="pt-PT"/>
        </w:rPr>
      </w:pPr>
      <w:r w:rsidRPr="005931D4">
        <w:rPr>
          <w:color w:val="000000" w:themeColor="text1"/>
          <w:lang w:val="pt-PT"/>
        </w:rPr>
        <w:t>Lista de candidatos à Mesa da Assembleia Regional</w:t>
      </w:r>
    </w:p>
    <w:p w14:paraId="0F597035" w14:textId="77777777" w:rsidR="00D56AFB" w:rsidRPr="00CD2577" w:rsidRDefault="00B80BC3" w:rsidP="004B2CD6">
      <w:pPr>
        <w:keepNext/>
        <w:spacing w:after="160"/>
        <w:jc w:val="both"/>
        <w:rPr>
          <w:color w:val="000000" w:themeColor="text1"/>
        </w:rPr>
      </w:pPr>
      <w:proofErr w:type="spellStart"/>
      <w:r w:rsidRPr="00CD2577">
        <w:rPr>
          <w:color w:val="000000" w:themeColor="text1"/>
          <w:sz w:val="19"/>
        </w:rPr>
        <w:t>Órgão</w:t>
      </w:r>
      <w:proofErr w:type="spellEnd"/>
      <w:r w:rsidRPr="00CD2577">
        <w:rPr>
          <w:color w:val="000000" w:themeColor="text1"/>
          <w:sz w:val="19"/>
        </w:rPr>
        <w:t xml:space="preserve"> regional | Mandato 2027–2029</w:t>
      </w: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574E1CEB" w14:textId="77777777">
        <w:trPr>
          <w:cantSplit/>
          <w:tblHeader/>
        </w:trPr>
        <w:tc>
          <w:tcPr>
            <w:tcW w:w="2200" w:type="dxa"/>
            <w:shd w:val="clear" w:color="auto" w:fill="E8EEF5"/>
            <w:tcMar>
              <w:top w:w="90" w:type="dxa"/>
              <w:left w:w="110" w:type="dxa"/>
              <w:bottom w:w="90" w:type="dxa"/>
              <w:right w:w="110" w:type="dxa"/>
            </w:tcMar>
            <w:vAlign w:val="center"/>
          </w:tcPr>
          <w:p w14:paraId="75325F97"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Designação</w:t>
            </w:r>
            <w:proofErr w:type="spellEnd"/>
            <w:r w:rsidRPr="00CD2577">
              <w:rPr>
                <w:b/>
                <w:color w:val="000000" w:themeColor="text1"/>
                <w:sz w:val="18"/>
              </w:rPr>
              <w:t xml:space="preserve"> da </w:t>
            </w:r>
            <w:proofErr w:type="spellStart"/>
            <w:r w:rsidRPr="00CD2577">
              <w:rPr>
                <w:b/>
                <w:color w:val="000000" w:themeColor="text1"/>
                <w:sz w:val="18"/>
              </w:rPr>
              <w:t>candidatura</w:t>
            </w:r>
            <w:proofErr w:type="spellEnd"/>
          </w:p>
        </w:tc>
        <w:tc>
          <w:tcPr>
            <w:tcW w:w="7100" w:type="dxa"/>
            <w:tcMar>
              <w:top w:w="90" w:type="dxa"/>
              <w:left w:w="110" w:type="dxa"/>
              <w:bottom w:w="90" w:type="dxa"/>
              <w:right w:w="110" w:type="dxa"/>
            </w:tcMar>
            <w:vAlign w:val="center"/>
          </w:tcPr>
          <w:p w14:paraId="288A28DB" w14:textId="3AC091DA" w:rsidR="004B2CD6" w:rsidRPr="00CD2577" w:rsidRDefault="004B2CD6" w:rsidP="004B2CD6">
            <w:pPr>
              <w:spacing w:after="30" w:line="240" w:lineRule="auto"/>
              <w:jc w:val="both"/>
              <w:rPr>
                <w:color w:val="000000" w:themeColor="text1"/>
              </w:rPr>
            </w:pPr>
          </w:p>
        </w:tc>
      </w:tr>
      <w:tr w:rsidR="004B2CD6" w:rsidRPr="006E2932" w14:paraId="6A7FEFC3" w14:textId="77777777">
        <w:trPr>
          <w:cantSplit/>
        </w:trPr>
        <w:tc>
          <w:tcPr>
            <w:tcW w:w="2200" w:type="dxa"/>
            <w:shd w:val="clear" w:color="auto" w:fill="E8EEF5"/>
            <w:tcMar>
              <w:top w:w="90" w:type="dxa"/>
              <w:left w:w="110" w:type="dxa"/>
              <w:bottom w:w="90" w:type="dxa"/>
              <w:right w:w="110" w:type="dxa"/>
            </w:tcMar>
            <w:vAlign w:val="center"/>
          </w:tcPr>
          <w:p w14:paraId="6AB84886" w14:textId="77777777" w:rsidR="004B2CD6" w:rsidRPr="00CD2577" w:rsidRDefault="004B2CD6" w:rsidP="004B2CD6">
            <w:pPr>
              <w:spacing w:after="30" w:line="240" w:lineRule="auto"/>
              <w:jc w:val="both"/>
              <w:rPr>
                <w:color w:val="000000" w:themeColor="text1"/>
              </w:rPr>
            </w:pPr>
            <w:r w:rsidRPr="00CD2577">
              <w:rPr>
                <w:b/>
                <w:color w:val="000000" w:themeColor="text1"/>
                <w:sz w:val="18"/>
              </w:rPr>
              <w:t>Secção regional</w:t>
            </w:r>
          </w:p>
        </w:tc>
        <w:tc>
          <w:tcPr>
            <w:tcW w:w="7100" w:type="dxa"/>
            <w:tcMar>
              <w:top w:w="90" w:type="dxa"/>
              <w:left w:w="110" w:type="dxa"/>
              <w:bottom w:w="90" w:type="dxa"/>
              <w:right w:w="110" w:type="dxa"/>
            </w:tcMar>
            <w:vAlign w:val="center"/>
          </w:tcPr>
          <w:p w14:paraId="3AC31EC3" w14:textId="77777777" w:rsidR="004B2CD6" w:rsidRPr="005931D4" w:rsidRDefault="004B2CD6" w:rsidP="004B2CD6">
            <w:pPr>
              <w:spacing w:after="30" w:line="240" w:lineRule="auto"/>
              <w:jc w:val="both"/>
              <w:rPr>
                <w:color w:val="000000" w:themeColor="text1"/>
                <w:lang w:val="pt-PT"/>
              </w:rPr>
            </w:pPr>
            <w:r w:rsidRPr="005931D4">
              <w:rPr>
                <w:rFonts w:ascii="Segoe UI Symbol" w:hAnsi="Segoe UI Symbol" w:cs="Segoe UI Symbol"/>
                <w:color w:val="000000" w:themeColor="text1"/>
                <w:sz w:val="19"/>
                <w:lang w:val="pt-PT"/>
              </w:rPr>
              <w:t>☐</w:t>
            </w:r>
            <w:r w:rsidRPr="005931D4">
              <w:rPr>
                <w:color w:val="000000" w:themeColor="text1"/>
                <w:sz w:val="19"/>
                <w:lang w:val="pt-PT"/>
              </w:rPr>
              <w:t xml:space="preserve"> </w:t>
            </w:r>
            <w:proofErr w:type="gramStart"/>
            <w:r w:rsidRPr="005931D4">
              <w:rPr>
                <w:color w:val="000000" w:themeColor="text1"/>
                <w:sz w:val="19"/>
                <w:lang w:val="pt-PT"/>
              </w:rPr>
              <w:t xml:space="preserve">Norte  </w:t>
            </w:r>
            <w:r w:rsidRPr="005931D4">
              <w:rPr>
                <w:rFonts w:ascii="Segoe UI Symbol" w:hAnsi="Segoe UI Symbol" w:cs="Segoe UI Symbol"/>
                <w:color w:val="000000" w:themeColor="text1"/>
                <w:sz w:val="19"/>
                <w:lang w:val="pt-PT"/>
              </w:rPr>
              <w:t>☐</w:t>
            </w:r>
            <w:proofErr w:type="gramEnd"/>
            <w:r w:rsidRPr="005931D4">
              <w:rPr>
                <w:color w:val="000000" w:themeColor="text1"/>
                <w:sz w:val="19"/>
                <w:lang w:val="pt-PT"/>
              </w:rPr>
              <w:t xml:space="preserve"> </w:t>
            </w:r>
            <w:proofErr w:type="gramStart"/>
            <w:r w:rsidRPr="005931D4">
              <w:rPr>
                <w:color w:val="000000" w:themeColor="text1"/>
                <w:sz w:val="19"/>
                <w:lang w:val="pt-PT"/>
              </w:rPr>
              <w:t xml:space="preserve">Centro  </w:t>
            </w:r>
            <w:r w:rsidRPr="005931D4">
              <w:rPr>
                <w:rFonts w:ascii="Segoe UI Symbol" w:hAnsi="Segoe UI Symbol" w:cs="Segoe UI Symbol"/>
                <w:color w:val="000000" w:themeColor="text1"/>
                <w:sz w:val="19"/>
                <w:lang w:val="pt-PT"/>
              </w:rPr>
              <w:t>☐</w:t>
            </w:r>
            <w:proofErr w:type="gramEnd"/>
            <w:r w:rsidRPr="005931D4">
              <w:rPr>
                <w:color w:val="000000" w:themeColor="text1"/>
                <w:sz w:val="19"/>
                <w:lang w:val="pt-PT"/>
              </w:rPr>
              <w:t xml:space="preserve"> Lisboa e Vale do </w:t>
            </w:r>
            <w:proofErr w:type="gramStart"/>
            <w:r w:rsidRPr="005931D4">
              <w:rPr>
                <w:color w:val="000000" w:themeColor="text1"/>
                <w:sz w:val="19"/>
                <w:lang w:val="pt-PT"/>
              </w:rPr>
              <w:t xml:space="preserve">Tejo  </w:t>
            </w:r>
            <w:r w:rsidRPr="005931D4">
              <w:rPr>
                <w:rFonts w:ascii="Segoe UI Symbol" w:hAnsi="Segoe UI Symbol" w:cs="Segoe UI Symbol"/>
                <w:color w:val="000000" w:themeColor="text1"/>
                <w:sz w:val="19"/>
                <w:lang w:val="pt-PT"/>
              </w:rPr>
              <w:t>☐</w:t>
            </w:r>
            <w:proofErr w:type="gramEnd"/>
            <w:r w:rsidRPr="005931D4">
              <w:rPr>
                <w:color w:val="000000" w:themeColor="text1"/>
                <w:sz w:val="19"/>
                <w:lang w:val="pt-PT"/>
              </w:rPr>
              <w:t xml:space="preserve"> </w:t>
            </w:r>
            <w:proofErr w:type="gramStart"/>
            <w:r w:rsidRPr="005931D4">
              <w:rPr>
                <w:color w:val="000000" w:themeColor="text1"/>
                <w:sz w:val="19"/>
                <w:lang w:val="pt-PT"/>
              </w:rPr>
              <w:t xml:space="preserve">Alentejo  </w:t>
            </w:r>
            <w:r w:rsidRPr="005931D4">
              <w:rPr>
                <w:rFonts w:ascii="Segoe UI Symbol" w:hAnsi="Segoe UI Symbol" w:cs="Segoe UI Symbol"/>
                <w:color w:val="000000" w:themeColor="text1"/>
                <w:sz w:val="19"/>
                <w:lang w:val="pt-PT"/>
              </w:rPr>
              <w:t>☐</w:t>
            </w:r>
            <w:proofErr w:type="gramEnd"/>
            <w:r w:rsidRPr="005931D4">
              <w:rPr>
                <w:color w:val="000000" w:themeColor="text1"/>
                <w:sz w:val="19"/>
                <w:lang w:val="pt-PT"/>
              </w:rPr>
              <w:t xml:space="preserve"> </w:t>
            </w:r>
            <w:proofErr w:type="gramStart"/>
            <w:r w:rsidRPr="005931D4">
              <w:rPr>
                <w:color w:val="000000" w:themeColor="text1"/>
                <w:sz w:val="19"/>
                <w:lang w:val="pt-PT"/>
              </w:rPr>
              <w:t xml:space="preserve">Algarve  </w:t>
            </w:r>
            <w:r w:rsidRPr="005931D4">
              <w:rPr>
                <w:rFonts w:ascii="Segoe UI Symbol" w:hAnsi="Segoe UI Symbol" w:cs="Segoe UI Symbol"/>
                <w:color w:val="000000" w:themeColor="text1"/>
                <w:sz w:val="19"/>
                <w:lang w:val="pt-PT"/>
              </w:rPr>
              <w:t>☐</w:t>
            </w:r>
            <w:proofErr w:type="gramEnd"/>
            <w:r w:rsidRPr="005931D4">
              <w:rPr>
                <w:color w:val="000000" w:themeColor="text1"/>
                <w:sz w:val="19"/>
                <w:lang w:val="pt-PT"/>
              </w:rPr>
              <w:t xml:space="preserve"> </w:t>
            </w:r>
            <w:proofErr w:type="gramStart"/>
            <w:r w:rsidRPr="005931D4">
              <w:rPr>
                <w:color w:val="000000" w:themeColor="text1"/>
                <w:sz w:val="19"/>
                <w:lang w:val="pt-PT"/>
              </w:rPr>
              <w:t xml:space="preserve">Madeira  </w:t>
            </w:r>
            <w:r w:rsidRPr="005931D4">
              <w:rPr>
                <w:rFonts w:ascii="Segoe UI Symbol" w:hAnsi="Segoe UI Symbol" w:cs="Segoe UI Symbol"/>
                <w:color w:val="000000" w:themeColor="text1"/>
                <w:sz w:val="19"/>
                <w:lang w:val="pt-PT"/>
              </w:rPr>
              <w:t>☐</w:t>
            </w:r>
            <w:proofErr w:type="gramEnd"/>
            <w:r w:rsidRPr="005931D4">
              <w:rPr>
                <w:color w:val="000000" w:themeColor="text1"/>
                <w:sz w:val="19"/>
                <w:lang w:val="pt-PT"/>
              </w:rPr>
              <w:t xml:space="preserve"> Açores</w:t>
            </w:r>
          </w:p>
        </w:tc>
      </w:tr>
    </w:tbl>
    <w:p w14:paraId="491DEC46" w14:textId="77777777" w:rsidR="00D56AFB" w:rsidRPr="005931D4" w:rsidRDefault="00D56AFB" w:rsidP="004B2CD6">
      <w:pPr>
        <w:spacing w:after="20"/>
        <w:jc w:val="both"/>
        <w:rPr>
          <w:color w:val="000000" w:themeColor="text1"/>
          <w:lang w:val="pt-PT"/>
        </w:rPr>
      </w:pPr>
    </w:p>
    <w:tbl>
      <w:tblPr>
        <w:tblStyle w:val="TabelacomGrelha"/>
        <w:tblW w:w="9300" w:type="dxa"/>
        <w:tblInd w:w="110" w:type="dxa"/>
        <w:tblLayout w:type="fixed"/>
        <w:tblLook w:val="04A0" w:firstRow="1" w:lastRow="0" w:firstColumn="1" w:lastColumn="0" w:noHBand="0" w:noVBand="1"/>
      </w:tblPr>
      <w:tblGrid>
        <w:gridCol w:w="9300"/>
      </w:tblGrid>
      <w:tr w:rsidR="00D56AFB" w:rsidRPr="006E2932" w14:paraId="7BE5BEDE" w14:textId="77777777">
        <w:trPr>
          <w:tblHeader/>
        </w:trPr>
        <w:tc>
          <w:tcPr>
            <w:tcW w:w="9300" w:type="dxa"/>
            <w:shd w:val="clear" w:color="auto" w:fill="F4F6F9"/>
            <w:tcMar>
              <w:top w:w="90" w:type="dxa"/>
              <w:left w:w="110" w:type="dxa"/>
              <w:bottom w:w="90" w:type="dxa"/>
              <w:right w:w="110" w:type="dxa"/>
            </w:tcMar>
            <w:vAlign w:val="center"/>
          </w:tcPr>
          <w:p w14:paraId="1BFE0A81" w14:textId="77777777" w:rsidR="00D56AFB" w:rsidRPr="005931D4" w:rsidRDefault="00B80BC3" w:rsidP="004B2CD6">
            <w:pPr>
              <w:spacing w:after="30" w:line="240" w:lineRule="auto"/>
              <w:jc w:val="both"/>
              <w:rPr>
                <w:color w:val="000000" w:themeColor="text1"/>
                <w:lang w:val="pt-PT"/>
              </w:rPr>
            </w:pPr>
            <w:r w:rsidRPr="005931D4">
              <w:rPr>
                <w:b/>
                <w:color w:val="000000" w:themeColor="text1"/>
                <w:sz w:val="18"/>
                <w:lang w:val="pt-PT"/>
              </w:rPr>
              <w:t xml:space="preserve">Nota: </w:t>
            </w:r>
            <w:r w:rsidRPr="005931D4">
              <w:rPr>
                <w:color w:val="000000" w:themeColor="text1"/>
                <w:sz w:val="18"/>
                <w:lang w:val="pt-PT"/>
              </w:rPr>
              <w:t>4 candidatos: presidente, 2 secretários e 1 suplente.</w:t>
            </w:r>
          </w:p>
        </w:tc>
      </w:tr>
    </w:tbl>
    <w:p w14:paraId="37D839D8" w14:textId="77777777" w:rsidR="00D56AFB" w:rsidRPr="005931D4" w:rsidRDefault="00D56AFB" w:rsidP="004B2CD6">
      <w:pPr>
        <w:spacing w:after="20"/>
        <w:jc w:val="both"/>
        <w:rPr>
          <w:color w:val="000000" w:themeColor="text1"/>
          <w:lang w:val="pt-PT"/>
        </w:rPr>
      </w:pPr>
    </w:p>
    <w:tbl>
      <w:tblPr>
        <w:tblStyle w:val="TabelacomGrelha"/>
        <w:tblW w:w="9300" w:type="dxa"/>
        <w:tblInd w:w="110" w:type="dxa"/>
        <w:tblLayout w:type="fixed"/>
        <w:tblLook w:val="04A0" w:firstRow="1" w:lastRow="0" w:firstColumn="1" w:lastColumn="0" w:noHBand="0" w:noVBand="1"/>
      </w:tblPr>
      <w:tblGrid>
        <w:gridCol w:w="1500"/>
        <w:gridCol w:w="3500"/>
        <w:gridCol w:w="1200"/>
        <w:gridCol w:w="1400"/>
        <w:gridCol w:w="1700"/>
      </w:tblGrid>
      <w:tr w:rsidR="00CD2577" w:rsidRPr="00CD2577" w14:paraId="549F1479" w14:textId="77777777">
        <w:trPr>
          <w:tblHeader/>
        </w:trPr>
        <w:tc>
          <w:tcPr>
            <w:tcW w:w="1500" w:type="dxa"/>
            <w:shd w:val="clear" w:color="auto" w:fill="17365D"/>
            <w:tcMar>
              <w:top w:w="90" w:type="dxa"/>
              <w:left w:w="110" w:type="dxa"/>
              <w:bottom w:w="90" w:type="dxa"/>
              <w:right w:w="110" w:type="dxa"/>
            </w:tcMar>
            <w:vAlign w:val="center"/>
          </w:tcPr>
          <w:p w14:paraId="7D2FDC39"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Cargo</w:t>
            </w:r>
          </w:p>
        </w:tc>
        <w:tc>
          <w:tcPr>
            <w:tcW w:w="3500" w:type="dxa"/>
            <w:shd w:val="clear" w:color="auto" w:fill="17365D"/>
            <w:tcMar>
              <w:top w:w="90" w:type="dxa"/>
              <w:left w:w="110" w:type="dxa"/>
              <w:bottom w:w="90" w:type="dxa"/>
              <w:right w:w="110" w:type="dxa"/>
            </w:tcMar>
            <w:vAlign w:val="center"/>
          </w:tcPr>
          <w:p w14:paraId="30205EDC"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 xml:space="preserve">Nome </w:t>
            </w:r>
            <w:proofErr w:type="spellStart"/>
            <w:r w:rsidRPr="00CD2577">
              <w:rPr>
                <w:b/>
                <w:color w:val="FFFFFF" w:themeColor="background1"/>
                <w:sz w:val="17"/>
              </w:rPr>
              <w:t>completo</w:t>
            </w:r>
            <w:proofErr w:type="spellEnd"/>
          </w:p>
        </w:tc>
        <w:tc>
          <w:tcPr>
            <w:tcW w:w="1200" w:type="dxa"/>
            <w:shd w:val="clear" w:color="auto" w:fill="17365D"/>
            <w:tcMar>
              <w:top w:w="90" w:type="dxa"/>
              <w:left w:w="110" w:type="dxa"/>
              <w:bottom w:w="90" w:type="dxa"/>
              <w:right w:w="110" w:type="dxa"/>
            </w:tcMar>
            <w:vAlign w:val="center"/>
          </w:tcPr>
          <w:p w14:paraId="64E3E3D4" w14:textId="77777777" w:rsidR="00D56AFB" w:rsidRPr="00CD2577" w:rsidRDefault="00B80BC3" w:rsidP="004B2CD6">
            <w:pPr>
              <w:spacing w:after="30" w:line="240" w:lineRule="auto"/>
              <w:jc w:val="both"/>
              <w:rPr>
                <w:color w:val="FFFFFF" w:themeColor="background1"/>
              </w:rPr>
            </w:pPr>
            <w:proofErr w:type="gramStart"/>
            <w:r w:rsidRPr="00CD2577">
              <w:rPr>
                <w:b/>
                <w:color w:val="FFFFFF" w:themeColor="background1"/>
                <w:sz w:val="17"/>
              </w:rPr>
              <w:t>N.º</w:t>
            </w:r>
            <w:proofErr w:type="gramEnd"/>
            <w:r w:rsidRPr="00CD2577">
              <w:rPr>
                <w:b/>
                <w:color w:val="FFFFFF" w:themeColor="background1"/>
                <w:sz w:val="17"/>
              </w:rPr>
              <w:t xml:space="preserve"> de </w:t>
            </w:r>
            <w:proofErr w:type="spellStart"/>
            <w:r w:rsidRPr="00CD2577">
              <w:rPr>
                <w:b/>
                <w:color w:val="FFFFFF" w:themeColor="background1"/>
                <w:sz w:val="17"/>
              </w:rPr>
              <w:t>membro</w:t>
            </w:r>
            <w:proofErr w:type="spellEnd"/>
          </w:p>
        </w:tc>
        <w:tc>
          <w:tcPr>
            <w:tcW w:w="1400" w:type="dxa"/>
            <w:shd w:val="clear" w:color="auto" w:fill="17365D"/>
            <w:tcMar>
              <w:top w:w="90" w:type="dxa"/>
              <w:left w:w="110" w:type="dxa"/>
              <w:bottom w:w="90" w:type="dxa"/>
              <w:right w:w="110" w:type="dxa"/>
            </w:tcMar>
            <w:vAlign w:val="center"/>
          </w:tcPr>
          <w:p w14:paraId="15A827EA"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Secção regional</w:t>
            </w:r>
          </w:p>
        </w:tc>
        <w:tc>
          <w:tcPr>
            <w:tcW w:w="1700" w:type="dxa"/>
            <w:shd w:val="clear" w:color="auto" w:fill="17365D"/>
            <w:tcMar>
              <w:top w:w="90" w:type="dxa"/>
              <w:left w:w="110" w:type="dxa"/>
              <w:bottom w:w="90" w:type="dxa"/>
              <w:right w:w="110" w:type="dxa"/>
            </w:tcMar>
            <w:vAlign w:val="center"/>
          </w:tcPr>
          <w:p w14:paraId="6F10050F" w14:textId="77777777" w:rsidR="00D56AFB" w:rsidRPr="00CD2577" w:rsidRDefault="00B80BC3" w:rsidP="004B2CD6">
            <w:pPr>
              <w:spacing w:after="30" w:line="240" w:lineRule="auto"/>
              <w:jc w:val="both"/>
              <w:rPr>
                <w:color w:val="FFFFFF" w:themeColor="background1"/>
              </w:rPr>
            </w:pPr>
            <w:proofErr w:type="spellStart"/>
            <w:r w:rsidRPr="00CD2577">
              <w:rPr>
                <w:b/>
                <w:color w:val="FFFFFF" w:themeColor="background1"/>
                <w:sz w:val="17"/>
              </w:rPr>
              <w:t>Assinatura</w:t>
            </w:r>
            <w:proofErr w:type="spellEnd"/>
          </w:p>
        </w:tc>
      </w:tr>
      <w:tr w:rsidR="004B2CD6" w:rsidRPr="00CD2577" w14:paraId="6CC8A06E" w14:textId="77777777">
        <w:trPr>
          <w:cantSplit/>
          <w:trHeight w:val="442"/>
        </w:trPr>
        <w:tc>
          <w:tcPr>
            <w:tcW w:w="1500" w:type="dxa"/>
            <w:tcMar>
              <w:top w:w="90" w:type="dxa"/>
              <w:left w:w="110" w:type="dxa"/>
              <w:bottom w:w="90" w:type="dxa"/>
              <w:right w:w="110" w:type="dxa"/>
            </w:tcMar>
            <w:vAlign w:val="center"/>
          </w:tcPr>
          <w:p w14:paraId="75E141BE" w14:textId="77777777" w:rsidR="004B2CD6" w:rsidRPr="00CD2577" w:rsidRDefault="004B2CD6" w:rsidP="004B2CD6">
            <w:pPr>
              <w:spacing w:after="30" w:line="240" w:lineRule="auto"/>
              <w:jc w:val="both"/>
              <w:rPr>
                <w:color w:val="000000" w:themeColor="text1"/>
              </w:rPr>
            </w:pPr>
            <w:r w:rsidRPr="00CD2577">
              <w:rPr>
                <w:b/>
                <w:color w:val="000000" w:themeColor="text1"/>
                <w:sz w:val="17"/>
              </w:rPr>
              <w:t>Presidente</w:t>
            </w:r>
          </w:p>
        </w:tc>
        <w:tc>
          <w:tcPr>
            <w:tcW w:w="3500" w:type="dxa"/>
            <w:tcMar>
              <w:top w:w="90" w:type="dxa"/>
              <w:left w:w="110" w:type="dxa"/>
              <w:bottom w:w="90" w:type="dxa"/>
              <w:right w:w="110" w:type="dxa"/>
            </w:tcMar>
            <w:vAlign w:val="center"/>
          </w:tcPr>
          <w:p w14:paraId="5DA4036B" w14:textId="63A3F844"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78240133"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184EFFDC"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29BA57D7"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45C4E953" w14:textId="77777777">
        <w:trPr>
          <w:cantSplit/>
          <w:trHeight w:val="442"/>
        </w:trPr>
        <w:tc>
          <w:tcPr>
            <w:tcW w:w="1500" w:type="dxa"/>
            <w:tcMar>
              <w:top w:w="90" w:type="dxa"/>
              <w:left w:w="110" w:type="dxa"/>
              <w:bottom w:w="90" w:type="dxa"/>
              <w:right w:w="110" w:type="dxa"/>
            </w:tcMar>
            <w:vAlign w:val="center"/>
          </w:tcPr>
          <w:p w14:paraId="67BF872E"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7"/>
              </w:rPr>
              <w:t>Secretário</w:t>
            </w:r>
            <w:proofErr w:type="spellEnd"/>
            <w:r w:rsidRPr="00CD2577">
              <w:rPr>
                <w:b/>
                <w:color w:val="000000" w:themeColor="text1"/>
                <w:sz w:val="17"/>
              </w:rPr>
              <w:t>/a</w:t>
            </w:r>
          </w:p>
        </w:tc>
        <w:tc>
          <w:tcPr>
            <w:tcW w:w="3500" w:type="dxa"/>
            <w:tcMar>
              <w:top w:w="90" w:type="dxa"/>
              <w:left w:w="110" w:type="dxa"/>
              <w:bottom w:w="90" w:type="dxa"/>
              <w:right w:w="110" w:type="dxa"/>
            </w:tcMar>
            <w:vAlign w:val="center"/>
          </w:tcPr>
          <w:p w14:paraId="39B1ED37" w14:textId="24784264"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79E63A55"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1058C98A"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393873F2"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6E20F896" w14:textId="77777777">
        <w:trPr>
          <w:cantSplit/>
          <w:trHeight w:val="442"/>
        </w:trPr>
        <w:tc>
          <w:tcPr>
            <w:tcW w:w="1500" w:type="dxa"/>
            <w:tcMar>
              <w:top w:w="90" w:type="dxa"/>
              <w:left w:w="110" w:type="dxa"/>
              <w:bottom w:w="90" w:type="dxa"/>
              <w:right w:w="110" w:type="dxa"/>
            </w:tcMar>
            <w:vAlign w:val="center"/>
          </w:tcPr>
          <w:p w14:paraId="2E37E9E6"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7"/>
              </w:rPr>
              <w:t>Secretário</w:t>
            </w:r>
            <w:proofErr w:type="spellEnd"/>
            <w:r w:rsidRPr="00CD2577">
              <w:rPr>
                <w:b/>
                <w:color w:val="000000" w:themeColor="text1"/>
                <w:sz w:val="17"/>
              </w:rPr>
              <w:t>/a 2</w:t>
            </w:r>
          </w:p>
        </w:tc>
        <w:tc>
          <w:tcPr>
            <w:tcW w:w="3500" w:type="dxa"/>
            <w:tcMar>
              <w:top w:w="90" w:type="dxa"/>
              <w:left w:w="110" w:type="dxa"/>
              <w:bottom w:w="90" w:type="dxa"/>
              <w:right w:w="110" w:type="dxa"/>
            </w:tcMar>
            <w:vAlign w:val="center"/>
          </w:tcPr>
          <w:p w14:paraId="3214E0BE" w14:textId="3497A935"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65FE97BD"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731008C5"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492D68F9"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44A47B13" w14:textId="77777777">
        <w:trPr>
          <w:cantSplit/>
          <w:trHeight w:val="442"/>
        </w:trPr>
        <w:tc>
          <w:tcPr>
            <w:tcW w:w="1500" w:type="dxa"/>
            <w:tcMar>
              <w:top w:w="90" w:type="dxa"/>
              <w:left w:w="110" w:type="dxa"/>
              <w:bottom w:w="90" w:type="dxa"/>
              <w:right w:w="110" w:type="dxa"/>
            </w:tcMar>
            <w:vAlign w:val="center"/>
          </w:tcPr>
          <w:p w14:paraId="01ED946C"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7"/>
              </w:rPr>
              <w:t>Suplente</w:t>
            </w:r>
            <w:proofErr w:type="spellEnd"/>
          </w:p>
        </w:tc>
        <w:tc>
          <w:tcPr>
            <w:tcW w:w="3500" w:type="dxa"/>
            <w:tcMar>
              <w:top w:w="90" w:type="dxa"/>
              <w:left w:w="110" w:type="dxa"/>
              <w:bottom w:w="90" w:type="dxa"/>
              <w:right w:w="110" w:type="dxa"/>
            </w:tcMar>
            <w:vAlign w:val="center"/>
          </w:tcPr>
          <w:p w14:paraId="1263A55D" w14:textId="3943168B"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13CBA81F"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06FD74BF"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447481CD"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bl>
    <w:p w14:paraId="75126D6D" w14:textId="77777777" w:rsidR="00D56AFB" w:rsidRPr="00CD2577" w:rsidRDefault="00D56AFB" w:rsidP="004B2CD6">
      <w:pPr>
        <w:spacing w:after="20"/>
        <w:jc w:val="both"/>
        <w:rPr>
          <w:color w:val="000000" w:themeColor="text1"/>
        </w:rPr>
      </w:pP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760073F1" w14:textId="77777777">
        <w:trPr>
          <w:cantSplit/>
          <w:tblHeader/>
        </w:trPr>
        <w:tc>
          <w:tcPr>
            <w:tcW w:w="2200" w:type="dxa"/>
            <w:shd w:val="clear" w:color="auto" w:fill="E8EEF5"/>
            <w:tcMar>
              <w:top w:w="90" w:type="dxa"/>
              <w:left w:w="110" w:type="dxa"/>
              <w:bottom w:w="90" w:type="dxa"/>
              <w:right w:w="110" w:type="dxa"/>
            </w:tcMar>
            <w:vAlign w:val="center"/>
          </w:tcPr>
          <w:p w14:paraId="5EFCF385" w14:textId="77777777" w:rsidR="004B2CD6" w:rsidRPr="00CD2577" w:rsidRDefault="004B2CD6" w:rsidP="004B2CD6">
            <w:pPr>
              <w:spacing w:after="30" w:line="240" w:lineRule="auto"/>
              <w:jc w:val="both"/>
              <w:rPr>
                <w:color w:val="000000" w:themeColor="text1"/>
              </w:rPr>
            </w:pPr>
            <w:r w:rsidRPr="00CD2577">
              <w:rPr>
                <w:b/>
                <w:color w:val="000000" w:themeColor="text1"/>
                <w:sz w:val="18"/>
              </w:rPr>
              <w:t>Local e data</w:t>
            </w:r>
          </w:p>
        </w:tc>
        <w:tc>
          <w:tcPr>
            <w:tcW w:w="7100" w:type="dxa"/>
            <w:tcMar>
              <w:top w:w="90" w:type="dxa"/>
              <w:left w:w="110" w:type="dxa"/>
              <w:bottom w:w="90" w:type="dxa"/>
              <w:right w:w="110" w:type="dxa"/>
            </w:tcMar>
            <w:vAlign w:val="center"/>
          </w:tcPr>
          <w:p w14:paraId="29171800" w14:textId="3FBBB248" w:rsidR="004B2CD6" w:rsidRPr="00CD2577" w:rsidRDefault="004B2CD6" w:rsidP="004B2CD6">
            <w:pPr>
              <w:spacing w:after="30" w:line="240" w:lineRule="auto"/>
              <w:jc w:val="both"/>
              <w:rPr>
                <w:color w:val="000000" w:themeColor="text1"/>
              </w:rPr>
            </w:pPr>
          </w:p>
        </w:tc>
      </w:tr>
      <w:tr w:rsidR="004B2CD6" w:rsidRPr="006E2932" w14:paraId="3A66EBC4" w14:textId="77777777">
        <w:trPr>
          <w:cantSplit/>
        </w:trPr>
        <w:tc>
          <w:tcPr>
            <w:tcW w:w="2200" w:type="dxa"/>
            <w:shd w:val="clear" w:color="auto" w:fill="E8EEF5"/>
            <w:tcMar>
              <w:top w:w="90" w:type="dxa"/>
              <w:left w:w="110" w:type="dxa"/>
              <w:bottom w:w="90" w:type="dxa"/>
              <w:right w:w="110" w:type="dxa"/>
            </w:tcMar>
            <w:vAlign w:val="center"/>
          </w:tcPr>
          <w:p w14:paraId="0A6CCA62" w14:textId="77777777" w:rsidR="004B2CD6" w:rsidRPr="005931D4" w:rsidRDefault="004B2CD6" w:rsidP="004B2CD6">
            <w:pPr>
              <w:spacing w:after="30" w:line="240" w:lineRule="auto"/>
              <w:jc w:val="both"/>
              <w:rPr>
                <w:color w:val="000000" w:themeColor="text1"/>
                <w:lang w:val="pt-PT"/>
              </w:rPr>
            </w:pPr>
            <w:r w:rsidRPr="005931D4">
              <w:rPr>
                <w:b/>
                <w:color w:val="000000" w:themeColor="text1"/>
                <w:sz w:val="18"/>
                <w:lang w:val="pt-PT"/>
              </w:rPr>
              <w:t>Assinatura do/a delegado/a</w:t>
            </w:r>
          </w:p>
        </w:tc>
        <w:tc>
          <w:tcPr>
            <w:tcW w:w="7100" w:type="dxa"/>
            <w:tcMar>
              <w:top w:w="90" w:type="dxa"/>
              <w:left w:w="110" w:type="dxa"/>
              <w:bottom w:w="90" w:type="dxa"/>
              <w:right w:w="110" w:type="dxa"/>
            </w:tcMar>
            <w:vAlign w:val="center"/>
          </w:tcPr>
          <w:p w14:paraId="0A9CBF63" w14:textId="77777777" w:rsidR="004B2CD6" w:rsidRPr="005931D4" w:rsidRDefault="004B2CD6" w:rsidP="004B2CD6">
            <w:pPr>
              <w:spacing w:after="30" w:line="240" w:lineRule="auto"/>
              <w:jc w:val="both"/>
              <w:rPr>
                <w:color w:val="000000" w:themeColor="text1"/>
                <w:lang w:val="pt-PT"/>
              </w:rPr>
            </w:pPr>
            <w:r w:rsidRPr="005931D4">
              <w:rPr>
                <w:color w:val="000000" w:themeColor="text1"/>
                <w:sz w:val="19"/>
                <w:lang w:val="pt-PT"/>
              </w:rPr>
              <w:t>Assinar manualmente ou apor assinatura eletrónica válida</w:t>
            </w:r>
          </w:p>
        </w:tc>
      </w:tr>
    </w:tbl>
    <w:p w14:paraId="196F9DE4" w14:textId="77777777" w:rsidR="00D56AFB" w:rsidRPr="005931D4" w:rsidRDefault="00D56AFB" w:rsidP="004B2CD6">
      <w:pPr>
        <w:spacing w:after="20"/>
        <w:jc w:val="both"/>
        <w:rPr>
          <w:color w:val="000000" w:themeColor="text1"/>
          <w:lang w:val="pt-PT"/>
        </w:rPr>
      </w:pPr>
    </w:p>
    <w:p w14:paraId="6A08E594" w14:textId="77777777" w:rsidR="00D56AFB" w:rsidRPr="005931D4" w:rsidRDefault="00B80BC3" w:rsidP="004B2CD6">
      <w:pPr>
        <w:jc w:val="both"/>
        <w:rPr>
          <w:color w:val="000000" w:themeColor="text1"/>
          <w:lang w:val="pt-PT"/>
        </w:rPr>
      </w:pPr>
      <w:r w:rsidRPr="005931D4">
        <w:rPr>
          <w:color w:val="000000" w:themeColor="text1"/>
          <w:lang w:val="pt-PT"/>
        </w:rPr>
        <w:br w:type="page"/>
      </w:r>
    </w:p>
    <w:p w14:paraId="725C4FFB" w14:textId="77777777" w:rsidR="00D56AFB" w:rsidRPr="006E2932" w:rsidRDefault="00B80BC3" w:rsidP="004B2CD6">
      <w:pPr>
        <w:keepNext/>
        <w:spacing w:before="40" w:after="40"/>
        <w:jc w:val="both"/>
        <w:rPr>
          <w:color w:val="000000" w:themeColor="text1"/>
          <w:lang w:val="pt-PT"/>
        </w:rPr>
      </w:pPr>
      <w:r w:rsidRPr="006E2932">
        <w:rPr>
          <w:b/>
          <w:color w:val="000000" w:themeColor="text1"/>
          <w:sz w:val="17"/>
          <w:lang w:val="pt-PT"/>
        </w:rPr>
        <w:lastRenderedPageBreak/>
        <w:t>F08</w:t>
      </w:r>
    </w:p>
    <w:p w14:paraId="5A753BA1" w14:textId="77777777" w:rsidR="00D56AFB" w:rsidRPr="005931D4" w:rsidRDefault="00B80BC3" w:rsidP="004B2CD6">
      <w:pPr>
        <w:pStyle w:val="Ttulo1"/>
        <w:jc w:val="both"/>
        <w:rPr>
          <w:color w:val="000000" w:themeColor="text1"/>
          <w:lang w:val="pt-PT"/>
        </w:rPr>
      </w:pPr>
      <w:r w:rsidRPr="005931D4">
        <w:rPr>
          <w:color w:val="000000" w:themeColor="text1"/>
          <w:lang w:val="pt-PT"/>
        </w:rPr>
        <w:t>Lista de candidatos ao Conselho Diretivo Regional — Lisboa e Vale do Tejo</w:t>
      </w:r>
    </w:p>
    <w:p w14:paraId="5E7D7B75" w14:textId="77777777" w:rsidR="00D56AFB" w:rsidRPr="00CD2577" w:rsidRDefault="00B80BC3" w:rsidP="004B2CD6">
      <w:pPr>
        <w:keepNext/>
        <w:spacing w:after="160"/>
        <w:jc w:val="both"/>
        <w:rPr>
          <w:color w:val="000000" w:themeColor="text1"/>
        </w:rPr>
      </w:pPr>
      <w:proofErr w:type="spellStart"/>
      <w:r w:rsidRPr="00CD2577">
        <w:rPr>
          <w:color w:val="000000" w:themeColor="text1"/>
          <w:sz w:val="19"/>
        </w:rPr>
        <w:t>Órgão</w:t>
      </w:r>
      <w:proofErr w:type="spellEnd"/>
      <w:r w:rsidRPr="00CD2577">
        <w:rPr>
          <w:color w:val="000000" w:themeColor="text1"/>
          <w:sz w:val="19"/>
        </w:rPr>
        <w:t xml:space="preserve"> regional | Mandato 2027–2029</w:t>
      </w: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0749BB50" w14:textId="77777777">
        <w:trPr>
          <w:cantSplit/>
          <w:tblHeader/>
        </w:trPr>
        <w:tc>
          <w:tcPr>
            <w:tcW w:w="2200" w:type="dxa"/>
            <w:shd w:val="clear" w:color="auto" w:fill="E8EEF5"/>
            <w:tcMar>
              <w:top w:w="90" w:type="dxa"/>
              <w:left w:w="110" w:type="dxa"/>
              <w:bottom w:w="90" w:type="dxa"/>
              <w:right w:w="110" w:type="dxa"/>
            </w:tcMar>
            <w:vAlign w:val="center"/>
          </w:tcPr>
          <w:p w14:paraId="0EF62DE5"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Designação</w:t>
            </w:r>
            <w:proofErr w:type="spellEnd"/>
            <w:r w:rsidRPr="00CD2577">
              <w:rPr>
                <w:b/>
                <w:color w:val="000000" w:themeColor="text1"/>
                <w:sz w:val="18"/>
              </w:rPr>
              <w:t xml:space="preserve"> da </w:t>
            </w:r>
            <w:proofErr w:type="spellStart"/>
            <w:r w:rsidRPr="00CD2577">
              <w:rPr>
                <w:b/>
                <w:color w:val="000000" w:themeColor="text1"/>
                <w:sz w:val="18"/>
              </w:rPr>
              <w:t>candidatura</w:t>
            </w:r>
            <w:proofErr w:type="spellEnd"/>
          </w:p>
        </w:tc>
        <w:tc>
          <w:tcPr>
            <w:tcW w:w="7100" w:type="dxa"/>
            <w:tcMar>
              <w:top w:w="90" w:type="dxa"/>
              <w:left w:w="110" w:type="dxa"/>
              <w:bottom w:w="90" w:type="dxa"/>
              <w:right w:w="110" w:type="dxa"/>
            </w:tcMar>
            <w:vAlign w:val="center"/>
          </w:tcPr>
          <w:p w14:paraId="154B5D5F" w14:textId="2DCC6413" w:rsidR="004B2CD6" w:rsidRPr="00CD2577" w:rsidRDefault="004B2CD6" w:rsidP="004B2CD6">
            <w:pPr>
              <w:spacing w:after="30" w:line="240" w:lineRule="auto"/>
              <w:jc w:val="both"/>
              <w:rPr>
                <w:color w:val="000000" w:themeColor="text1"/>
              </w:rPr>
            </w:pPr>
          </w:p>
        </w:tc>
      </w:tr>
    </w:tbl>
    <w:p w14:paraId="32A3AF93" w14:textId="77777777" w:rsidR="00D56AFB" w:rsidRPr="00CD2577" w:rsidRDefault="00D56AFB" w:rsidP="004B2CD6">
      <w:pPr>
        <w:spacing w:after="20"/>
        <w:jc w:val="both"/>
        <w:rPr>
          <w:color w:val="000000" w:themeColor="text1"/>
        </w:rPr>
      </w:pPr>
    </w:p>
    <w:tbl>
      <w:tblPr>
        <w:tblStyle w:val="TabelacomGrelha"/>
        <w:tblW w:w="9300" w:type="dxa"/>
        <w:tblInd w:w="110" w:type="dxa"/>
        <w:tblLayout w:type="fixed"/>
        <w:tblLook w:val="04A0" w:firstRow="1" w:lastRow="0" w:firstColumn="1" w:lastColumn="0" w:noHBand="0" w:noVBand="1"/>
      </w:tblPr>
      <w:tblGrid>
        <w:gridCol w:w="9300"/>
      </w:tblGrid>
      <w:tr w:rsidR="00D56AFB" w:rsidRPr="006E2932" w14:paraId="4DE836D4" w14:textId="77777777">
        <w:trPr>
          <w:tblHeader/>
        </w:trPr>
        <w:tc>
          <w:tcPr>
            <w:tcW w:w="9300" w:type="dxa"/>
            <w:shd w:val="clear" w:color="auto" w:fill="F4F6F9"/>
            <w:tcMar>
              <w:top w:w="90" w:type="dxa"/>
              <w:left w:w="110" w:type="dxa"/>
              <w:bottom w:w="90" w:type="dxa"/>
              <w:right w:w="110" w:type="dxa"/>
            </w:tcMar>
            <w:vAlign w:val="center"/>
          </w:tcPr>
          <w:p w14:paraId="4C936721" w14:textId="77777777" w:rsidR="00D56AFB" w:rsidRPr="005931D4" w:rsidRDefault="00B80BC3" w:rsidP="004B2CD6">
            <w:pPr>
              <w:spacing w:after="30" w:line="240" w:lineRule="auto"/>
              <w:jc w:val="both"/>
              <w:rPr>
                <w:color w:val="000000" w:themeColor="text1"/>
                <w:lang w:val="pt-PT"/>
              </w:rPr>
            </w:pPr>
            <w:r w:rsidRPr="005931D4">
              <w:rPr>
                <w:b/>
                <w:color w:val="000000" w:themeColor="text1"/>
                <w:sz w:val="18"/>
                <w:lang w:val="pt-PT"/>
              </w:rPr>
              <w:t xml:space="preserve">Nota: </w:t>
            </w:r>
            <w:r w:rsidRPr="005931D4">
              <w:rPr>
                <w:color w:val="000000" w:themeColor="text1"/>
                <w:sz w:val="18"/>
                <w:lang w:val="pt-PT"/>
              </w:rPr>
              <w:t>Até 12 candidatos: presidente, vice-presidente, até 7 vogais e 3 suplentes.</w:t>
            </w:r>
          </w:p>
        </w:tc>
      </w:tr>
    </w:tbl>
    <w:p w14:paraId="608C34B0" w14:textId="77777777" w:rsidR="00D56AFB" w:rsidRPr="005931D4" w:rsidRDefault="00D56AFB" w:rsidP="004B2CD6">
      <w:pPr>
        <w:spacing w:after="20"/>
        <w:jc w:val="both"/>
        <w:rPr>
          <w:color w:val="000000" w:themeColor="text1"/>
          <w:lang w:val="pt-PT"/>
        </w:rPr>
      </w:pPr>
    </w:p>
    <w:tbl>
      <w:tblPr>
        <w:tblStyle w:val="TabelacomGrelha"/>
        <w:tblW w:w="9300" w:type="dxa"/>
        <w:tblInd w:w="110" w:type="dxa"/>
        <w:tblLayout w:type="fixed"/>
        <w:tblLook w:val="04A0" w:firstRow="1" w:lastRow="0" w:firstColumn="1" w:lastColumn="0" w:noHBand="0" w:noVBand="1"/>
      </w:tblPr>
      <w:tblGrid>
        <w:gridCol w:w="1500"/>
        <w:gridCol w:w="3500"/>
        <w:gridCol w:w="1200"/>
        <w:gridCol w:w="1400"/>
        <w:gridCol w:w="1700"/>
      </w:tblGrid>
      <w:tr w:rsidR="00CD2577" w:rsidRPr="00CD2577" w14:paraId="44E818CC" w14:textId="77777777">
        <w:trPr>
          <w:tblHeader/>
        </w:trPr>
        <w:tc>
          <w:tcPr>
            <w:tcW w:w="1500" w:type="dxa"/>
            <w:shd w:val="clear" w:color="auto" w:fill="17365D"/>
            <w:tcMar>
              <w:top w:w="90" w:type="dxa"/>
              <w:left w:w="110" w:type="dxa"/>
              <w:bottom w:w="90" w:type="dxa"/>
              <w:right w:w="110" w:type="dxa"/>
            </w:tcMar>
            <w:vAlign w:val="center"/>
          </w:tcPr>
          <w:p w14:paraId="7DCE1D53"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Cargo</w:t>
            </w:r>
          </w:p>
        </w:tc>
        <w:tc>
          <w:tcPr>
            <w:tcW w:w="3500" w:type="dxa"/>
            <w:shd w:val="clear" w:color="auto" w:fill="17365D"/>
            <w:tcMar>
              <w:top w:w="90" w:type="dxa"/>
              <w:left w:w="110" w:type="dxa"/>
              <w:bottom w:w="90" w:type="dxa"/>
              <w:right w:w="110" w:type="dxa"/>
            </w:tcMar>
            <w:vAlign w:val="center"/>
          </w:tcPr>
          <w:p w14:paraId="6747EDBD"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 xml:space="preserve">Nome </w:t>
            </w:r>
            <w:proofErr w:type="spellStart"/>
            <w:r w:rsidRPr="00CD2577">
              <w:rPr>
                <w:b/>
                <w:color w:val="FFFFFF" w:themeColor="background1"/>
                <w:sz w:val="17"/>
              </w:rPr>
              <w:t>completo</w:t>
            </w:r>
            <w:proofErr w:type="spellEnd"/>
          </w:p>
        </w:tc>
        <w:tc>
          <w:tcPr>
            <w:tcW w:w="1200" w:type="dxa"/>
            <w:shd w:val="clear" w:color="auto" w:fill="17365D"/>
            <w:tcMar>
              <w:top w:w="90" w:type="dxa"/>
              <w:left w:w="110" w:type="dxa"/>
              <w:bottom w:w="90" w:type="dxa"/>
              <w:right w:w="110" w:type="dxa"/>
            </w:tcMar>
            <w:vAlign w:val="center"/>
          </w:tcPr>
          <w:p w14:paraId="4D785DC7" w14:textId="77777777" w:rsidR="00D56AFB" w:rsidRPr="00CD2577" w:rsidRDefault="00B80BC3" w:rsidP="004B2CD6">
            <w:pPr>
              <w:spacing w:after="30" w:line="240" w:lineRule="auto"/>
              <w:jc w:val="both"/>
              <w:rPr>
                <w:color w:val="FFFFFF" w:themeColor="background1"/>
              </w:rPr>
            </w:pPr>
            <w:proofErr w:type="gramStart"/>
            <w:r w:rsidRPr="00CD2577">
              <w:rPr>
                <w:b/>
                <w:color w:val="FFFFFF" w:themeColor="background1"/>
                <w:sz w:val="17"/>
              </w:rPr>
              <w:t>N.º</w:t>
            </w:r>
            <w:proofErr w:type="gramEnd"/>
            <w:r w:rsidRPr="00CD2577">
              <w:rPr>
                <w:b/>
                <w:color w:val="FFFFFF" w:themeColor="background1"/>
                <w:sz w:val="17"/>
              </w:rPr>
              <w:t xml:space="preserve"> de </w:t>
            </w:r>
            <w:proofErr w:type="spellStart"/>
            <w:r w:rsidRPr="00CD2577">
              <w:rPr>
                <w:b/>
                <w:color w:val="FFFFFF" w:themeColor="background1"/>
                <w:sz w:val="17"/>
              </w:rPr>
              <w:t>membro</w:t>
            </w:r>
            <w:proofErr w:type="spellEnd"/>
          </w:p>
        </w:tc>
        <w:tc>
          <w:tcPr>
            <w:tcW w:w="1400" w:type="dxa"/>
            <w:shd w:val="clear" w:color="auto" w:fill="17365D"/>
            <w:tcMar>
              <w:top w:w="90" w:type="dxa"/>
              <w:left w:w="110" w:type="dxa"/>
              <w:bottom w:w="90" w:type="dxa"/>
              <w:right w:w="110" w:type="dxa"/>
            </w:tcMar>
            <w:vAlign w:val="center"/>
          </w:tcPr>
          <w:p w14:paraId="1DB26746"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Secção regional</w:t>
            </w:r>
          </w:p>
        </w:tc>
        <w:tc>
          <w:tcPr>
            <w:tcW w:w="1700" w:type="dxa"/>
            <w:shd w:val="clear" w:color="auto" w:fill="17365D"/>
            <w:tcMar>
              <w:top w:w="90" w:type="dxa"/>
              <w:left w:w="110" w:type="dxa"/>
              <w:bottom w:w="90" w:type="dxa"/>
              <w:right w:w="110" w:type="dxa"/>
            </w:tcMar>
            <w:vAlign w:val="center"/>
          </w:tcPr>
          <w:p w14:paraId="6030A2F2" w14:textId="77777777" w:rsidR="00D56AFB" w:rsidRPr="00CD2577" w:rsidRDefault="00B80BC3" w:rsidP="004B2CD6">
            <w:pPr>
              <w:spacing w:after="30" w:line="240" w:lineRule="auto"/>
              <w:jc w:val="both"/>
              <w:rPr>
                <w:color w:val="FFFFFF" w:themeColor="background1"/>
              </w:rPr>
            </w:pPr>
            <w:proofErr w:type="spellStart"/>
            <w:r w:rsidRPr="00CD2577">
              <w:rPr>
                <w:b/>
                <w:color w:val="FFFFFF" w:themeColor="background1"/>
                <w:sz w:val="17"/>
              </w:rPr>
              <w:t>Assinatura</w:t>
            </w:r>
            <w:proofErr w:type="spellEnd"/>
          </w:p>
        </w:tc>
      </w:tr>
      <w:tr w:rsidR="004B2CD6" w:rsidRPr="00CD2577" w14:paraId="69CB0E35" w14:textId="77777777">
        <w:trPr>
          <w:cantSplit/>
          <w:trHeight w:val="442"/>
        </w:trPr>
        <w:tc>
          <w:tcPr>
            <w:tcW w:w="1500" w:type="dxa"/>
            <w:tcMar>
              <w:top w:w="90" w:type="dxa"/>
              <w:left w:w="110" w:type="dxa"/>
              <w:bottom w:w="90" w:type="dxa"/>
              <w:right w:w="110" w:type="dxa"/>
            </w:tcMar>
            <w:vAlign w:val="center"/>
          </w:tcPr>
          <w:p w14:paraId="170C1FC1" w14:textId="77777777" w:rsidR="004B2CD6" w:rsidRPr="00CD2577" w:rsidRDefault="004B2CD6" w:rsidP="004B2CD6">
            <w:pPr>
              <w:spacing w:after="30" w:line="240" w:lineRule="auto"/>
              <w:jc w:val="both"/>
              <w:rPr>
                <w:color w:val="000000" w:themeColor="text1"/>
              </w:rPr>
            </w:pPr>
            <w:r w:rsidRPr="00CD2577">
              <w:rPr>
                <w:b/>
                <w:color w:val="000000" w:themeColor="text1"/>
                <w:sz w:val="17"/>
              </w:rPr>
              <w:t>Presidente</w:t>
            </w:r>
          </w:p>
        </w:tc>
        <w:tc>
          <w:tcPr>
            <w:tcW w:w="3500" w:type="dxa"/>
            <w:tcMar>
              <w:top w:w="90" w:type="dxa"/>
              <w:left w:w="110" w:type="dxa"/>
              <w:bottom w:w="90" w:type="dxa"/>
              <w:right w:w="110" w:type="dxa"/>
            </w:tcMar>
            <w:vAlign w:val="center"/>
          </w:tcPr>
          <w:p w14:paraId="472AFA31" w14:textId="5DBDF210"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56CD03CA"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12173BFF"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2065506C"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676C7E98" w14:textId="77777777">
        <w:trPr>
          <w:cantSplit/>
          <w:trHeight w:val="442"/>
        </w:trPr>
        <w:tc>
          <w:tcPr>
            <w:tcW w:w="1500" w:type="dxa"/>
            <w:tcMar>
              <w:top w:w="90" w:type="dxa"/>
              <w:left w:w="110" w:type="dxa"/>
              <w:bottom w:w="90" w:type="dxa"/>
              <w:right w:w="110" w:type="dxa"/>
            </w:tcMar>
            <w:vAlign w:val="center"/>
          </w:tcPr>
          <w:p w14:paraId="2DECF254" w14:textId="77777777" w:rsidR="004B2CD6" w:rsidRPr="00CD2577" w:rsidRDefault="004B2CD6" w:rsidP="004B2CD6">
            <w:pPr>
              <w:spacing w:after="30" w:line="240" w:lineRule="auto"/>
              <w:jc w:val="both"/>
              <w:rPr>
                <w:color w:val="000000" w:themeColor="text1"/>
              </w:rPr>
            </w:pPr>
            <w:r w:rsidRPr="00CD2577">
              <w:rPr>
                <w:b/>
                <w:color w:val="000000" w:themeColor="text1"/>
                <w:sz w:val="17"/>
              </w:rPr>
              <w:t>Vice-</w:t>
            </w:r>
            <w:proofErr w:type="spellStart"/>
            <w:r w:rsidRPr="00CD2577">
              <w:rPr>
                <w:b/>
                <w:color w:val="000000" w:themeColor="text1"/>
                <w:sz w:val="17"/>
              </w:rPr>
              <w:t>presidente</w:t>
            </w:r>
            <w:proofErr w:type="spellEnd"/>
          </w:p>
        </w:tc>
        <w:tc>
          <w:tcPr>
            <w:tcW w:w="3500" w:type="dxa"/>
            <w:tcMar>
              <w:top w:w="90" w:type="dxa"/>
              <w:left w:w="110" w:type="dxa"/>
              <w:bottom w:w="90" w:type="dxa"/>
              <w:right w:w="110" w:type="dxa"/>
            </w:tcMar>
            <w:vAlign w:val="center"/>
          </w:tcPr>
          <w:p w14:paraId="761949A5" w14:textId="5AFC302B"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432B2392"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69006FC7"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50CD1A08"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03782F99" w14:textId="77777777">
        <w:trPr>
          <w:cantSplit/>
          <w:trHeight w:val="442"/>
        </w:trPr>
        <w:tc>
          <w:tcPr>
            <w:tcW w:w="1500" w:type="dxa"/>
            <w:tcMar>
              <w:top w:w="90" w:type="dxa"/>
              <w:left w:w="110" w:type="dxa"/>
              <w:bottom w:w="90" w:type="dxa"/>
              <w:right w:w="110" w:type="dxa"/>
            </w:tcMar>
            <w:vAlign w:val="center"/>
          </w:tcPr>
          <w:p w14:paraId="48417751"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w:t>
            </w:r>
          </w:p>
        </w:tc>
        <w:tc>
          <w:tcPr>
            <w:tcW w:w="3500" w:type="dxa"/>
            <w:tcMar>
              <w:top w:w="90" w:type="dxa"/>
              <w:left w:w="110" w:type="dxa"/>
              <w:bottom w:w="90" w:type="dxa"/>
              <w:right w:w="110" w:type="dxa"/>
            </w:tcMar>
            <w:vAlign w:val="center"/>
          </w:tcPr>
          <w:p w14:paraId="128B400F" w14:textId="17D0D217"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03254CEE"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4904F2E5"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5DE70A04"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294482C9" w14:textId="77777777">
        <w:trPr>
          <w:cantSplit/>
          <w:trHeight w:val="442"/>
        </w:trPr>
        <w:tc>
          <w:tcPr>
            <w:tcW w:w="1500" w:type="dxa"/>
            <w:tcMar>
              <w:top w:w="90" w:type="dxa"/>
              <w:left w:w="110" w:type="dxa"/>
              <w:bottom w:w="90" w:type="dxa"/>
              <w:right w:w="110" w:type="dxa"/>
            </w:tcMar>
            <w:vAlign w:val="center"/>
          </w:tcPr>
          <w:p w14:paraId="34C6A287"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2</w:t>
            </w:r>
          </w:p>
        </w:tc>
        <w:tc>
          <w:tcPr>
            <w:tcW w:w="3500" w:type="dxa"/>
            <w:tcMar>
              <w:top w:w="90" w:type="dxa"/>
              <w:left w:w="110" w:type="dxa"/>
              <w:bottom w:w="90" w:type="dxa"/>
              <w:right w:w="110" w:type="dxa"/>
            </w:tcMar>
            <w:vAlign w:val="center"/>
          </w:tcPr>
          <w:p w14:paraId="4355D362" w14:textId="4118887C"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4E9B353C"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33562872"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0B5A7B9A"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3E363247" w14:textId="77777777">
        <w:trPr>
          <w:cantSplit/>
          <w:trHeight w:val="442"/>
        </w:trPr>
        <w:tc>
          <w:tcPr>
            <w:tcW w:w="1500" w:type="dxa"/>
            <w:tcMar>
              <w:top w:w="90" w:type="dxa"/>
              <w:left w:w="110" w:type="dxa"/>
              <w:bottom w:w="90" w:type="dxa"/>
              <w:right w:w="110" w:type="dxa"/>
            </w:tcMar>
            <w:vAlign w:val="center"/>
          </w:tcPr>
          <w:p w14:paraId="445A2991"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3</w:t>
            </w:r>
          </w:p>
        </w:tc>
        <w:tc>
          <w:tcPr>
            <w:tcW w:w="3500" w:type="dxa"/>
            <w:tcMar>
              <w:top w:w="90" w:type="dxa"/>
              <w:left w:w="110" w:type="dxa"/>
              <w:bottom w:w="90" w:type="dxa"/>
              <w:right w:w="110" w:type="dxa"/>
            </w:tcMar>
            <w:vAlign w:val="center"/>
          </w:tcPr>
          <w:p w14:paraId="51F983A1" w14:textId="6538C580"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6C3B9D2A"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460940C1"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6C06068D"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78C25DCE" w14:textId="77777777">
        <w:trPr>
          <w:cantSplit/>
          <w:trHeight w:val="442"/>
        </w:trPr>
        <w:tc>
          <w:tcPr>
            <w:tcW w:w="1500" w:type="dxa"/>
            <w:tcMar>
              <w:top w:w="90" w:type="dxa"/>
              <w:left w:w="110" w:type="dxa"/>
              <w:bottom w:w="90" w:type="dxa"/>
              <w:right w:w="110" w:type="dxa"/>
            </w:tcMar>
            <w:vAlign w:val="center"/>
          </w:tcPr>
          <w:p w14:paraId="4033AC94"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4</w:t>
            </w:r>
          </w:p>
        </w:tc>
        <w:tc>
          <w:tcPr>
            <w:tcW w:w="3500" w:type="dxa"/>
            <w:tcMar>
              <w:top w:w="90" w:type="dxa"/>
              <w:left w:w="110" w:type="dxa"/>
              <w:bottom w:w="90" w:type="dxa"/>
              <w:right w:w="110" w:type="dxa"/>
            </w:tcMar>
            <w:vAlign w:val="center"/>
          </w:tcPr>
          <w:p w14:paraId="19707AFE" w14:textId="4DFDB224"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0B2B11DB"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0E58BF26"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7DA9DE4E"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744D4212" w14:textId="77777777">
        <w:trPr>
          <w:cantSplit/>
          <w:trHeight w:val="442"/>
        </w:trPr>
        <w:tc>
          <w:tcPr>
            <w:tcW w:w="1500" w:type="dxa"/>
            <w:tcMar>
              <w:top w:w="90" w:type="dxa"/>
              <w:left w:w="110" w:type="dxa"/>
              <w:bottom w:w="90" w:type="dxa"/>
              <w:right w:w="110" w:type="dxa"/>
            </w:tcMar>
            <w:vAlign w:val="center"/>
          </w:tcPr>
          <w:p w14:paraId="53959142"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5</w:t>
            </w:r>
          </w:p>
        </w:tc>
        <w:tc>
          <w:tcPr>
            <w:tcW w:w="3500" w:type="dxa"/>
            <w:tcMar>
              <w:top w:w="90" w:type="dxa"/>
              <w:left w:w="110" w:type="dxa"/>
              <w:bottom w:w="90" w:type="dxa"/>
              <w:right w:w="110" w:type="dxa"/>
            </w:tcMar>
            <w:vAlign w:val="center"/>
          </w:tcPr>
          <w:p w14:paraId="2BF280B2" w14:textId="18A7E579"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113FFFD6"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5F46800B"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2EAB14E4"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081F035B" w14:textId="77777777">
        <w:trPr>
          <w:cantSplit/>
          <w:trHeight w:val="442"/>
        </w:trPr>
        <w:tc>
          <w:tcPr>
            <w:tcW w:w="1500" w:type="dxa"/>
            <w:tcMar>
              <w:top w:w="90" w:type="dxa"/>
              <w:left w:w="110" w:type="dxa"/>
              <w:bottom w:w="90" w:type="dxa"/>
              <w:right w:w="110" w:type="dxa"/>
            </w:tcMar>
            <w:vAlign w:val="center"/>
          </w:tcPr>
          <w:p w14:paraId="52ECA52C"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6</w:t>
            </w:r>
          </w:p>
        </w:tc>
        <w:tc>
          <w:tcPr>
            <w:tcW w:w="3500" w:type="dxa"/>
            <w:tcMar>
              <w:top w:w="90" w:type="dxa"/>
              <w:left w:w="110" w:type="dxa"/>
              <w:bottom w:w="90" w:type="dxa"/>
              <w:right w:w="110" w:type="dxa"/>
            </w:tcMar>
            <w:vAlign w:val="center"/>
          </w:tcPr>
          <w:p w14:paraId="5B8973C1" w14:textId="7C1B16FD"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432AAD19"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573F66D5"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3658CF8C"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6E67AFC4" w14:textId="77777777">
        <w:trPr>
          <w:cantSplit/>
          <w:trHeight w:val="442"/>
        </w:trPr>
        <w:tc>
          <w:tcPr>
            <w:tcW w:w="1500" w:type="dxa"/>
            <w:tcMar>
              <w:top w:w="90" w:type="dxa"/>
              <w:left w:w="110" w:type="dxa"/>
              <w:bottom w:w="90" w:type="dxa"/>
              <w:right w:w="110" w:type="dxa"/>
            </w:tcMar>
            <w:vAlign w:val="center"/>
          </w:tcPr>
          <w:p w14:paraId="28D07734"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7</w:t>
            </w:r>
          </w:p>
        </w:tc>
        <w:tc>
          <w:tcPr>
            <w:tcW w:w="3500" w:type="dxa"/>
            <w:tcMar>
              <w:top w:w="90" w:type="dxa"/>
              <w:left w:w="110" w:type="dxa"/>
              <w:bottom w:w="90" w:type="dxa"/>
              <w:right w:w="110" w:type="dxa"/>
            </w:tcMar>
            <w:vAlign w:val="center"/>
          </w:tcPr>
          <w:p w14:paraId="6079C1C2" w14:textId="364DE56A"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3A0B0E56"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5531D16F"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733C6125"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30D2975B" w14:textId="77777777">
        <w:trPr>
          <w:cantSplit/>
          <w:trHeight w:val="442"/>
        </w:trPr>
        <w:tc>
          <w:tcPr>
            <w:tcW w:w="1500" w:type="dxa"/>
            <w:tcMar>
              <w:top w:w="90" w:type="dxa"/>
              <w:left w:w="110" w:type="dxa"/>
              <w:bottom w:w="90" w:type="dxa"/>
              <w:right w:w="110" w:type="dxa"/>
            </w:tcMar>
            <w:vAlign w:val="center"/>
          </w:tcPr>
          <w:p w14:paraId="1ACEDEA1"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7"/>
              </w:rPr>
              <w:t>Suplente</w:t>
            </w:r>
            <w:proofErr w:type="spellEnd"/>
          </w:p>
        </w:tc>
        <w:tc>
          <w:tcPr>
            <w:tcW w:w="3500" w:type="dxa"/>
            <w:tcMar>
              <w:top w:w="90" w:type="dxa"/>
              <w:left w:w="110" w:type="dxa"/>
              <w:bottom w:w="90" w:type="dxa"/>
              <w:right w:w="110" w:type="dxa"/>
            </w:tcMar>
            <w:vAlign w:val="center"/>
          </w:tcPr>
          <w:p w14:paraId="0D3F73AC" w14:textId="6566F6F0"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56455544"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3CE4EBFE"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353E4465"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2B437180" w14:textId="77777777">
        <w:trPr>
          <w:cantSplit/>
          <w:trHeight w:val="442"/>
        </w:trPr>
        <w:tc>
          <w:tcPr>
            <w:tcW w:w="1500" w:type="dxa"/>
            <w:tcMar>
              <w:top w:w="90" w:type="dxa"/>
              <w:left w:w="110" w:type="dxa"/>
              <w:bottom w:w="90" w:type="dxa"/>
              <w:right w:w="110" w:type="dxa"/>
            </w:tcMar>
            <w:vAlign w:val="center"/>
          </w:tcPr>
          <w:p w14:paraId="1A054E89"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7"/>
              </w:rPr>
              <w:t>Suplente</w:t>
            </w:r>
            <w:proofErr w:type="spellEnd"/>
            <w:r w:rsidRPr="00CD2577">
              <w:rPr>
                <w:b/>
                <w:color w:val="000000" w:themeColor="text1"/>
                <w:sz w:val="17"/>
              </w:rPr>
              <w:t xml:space="preserve"> 2</w:t>
            </w:r>
          </w:p>
        </w:tc>
        <w:tc>
          <w:tcPr>
            <w:tcW w:w="3500" w:type="dxa"/>
            <w:tcMar>
              <w:top w:w="90" w:type="dxa"/>
              <w:left w:w="110" w:type="dxa"/>
              <w:bottom w:w="90" w:type="dxa"/>
              <w:right w:w="110" w:type="dxa"/>
            </w:tcMar>
            <w:vAlign w:val="center"/>
          </w:tcPr>
          <w:p w14:paraId="58A29464" w14:textId="3A1C3073"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7023AA20"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234279C0"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4845726C"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0713F1DC" w14:textId="77777777">
        <w:trPr>
          <w:cantSplit/>
          <w:trHeight w:val="442"/>
        </w:trPr>
        <w:tc>
          <w:tcPr>
            <w:tcW w:w="1500" w:type="dxa"/>
            <w:tcMar>
              <w:top w:w="90" w:type="dxa"/>
              <w:left w:w="110" w:type="dxa"/>
              <w:bottom w:w="90" w:type="dxa"/>
              <w:right w:w="110" w:type="dxa"/>
            </w:tcMar>
            <w:vAlign w:val="center"/>
          </w:tcPr>
          <w:p w14:paraId="5566144A"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7"/>
              </w:rPr>
              <w:t>Suplente</w:t>
            </w:r>
            <w:proofErr w:type="spellEnd"/>
            <w:r w:rsidRPr="00CD2577">
              <w:rPr>
                <w:b/>
                <w:color w:val="000000" w:themeColor="text1"/>
                <w:sz w:val="17"/>
              </w:rPr>
              <w:t xml:space="preserve"> 3</w:t>
            </w:r>
          </w:p>
        </w:tc>
        <w:tc>
          <w:tcPr>
            <w:tcW w:w="3500" w:type="dxa"/>
            <w:tcMar>
              <w:top w:w="90" w:type="dxa"/>
              <w:left w:w="110" w:type="dxa"/>
              <w:bottom w:w="90" w:type="dxa"/>
              <w:right w:w="110" w:type="dxa"/>
            </w:tcMar>
            <w:vAlign w:val="center"/>
          </w:tcPr>
          <w:p w14:paraId="48253E16" w14:textId="667B8EC1"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57CBBEB6"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3E603B76"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0CD5F490"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bl>
    <w:p w14:paraId="23324B95" w14:textId="77777777" w:rsidR="00D56AFB" w:rsidRPr="00CD2577" w:rsidRDefault="00D56AFB" w:rsidP="004B2CD6">
      <w:pPr>
        <w:spacing w:after="20"/>
        <w:jc w:val="both"/>
        <w:rPr>
          <w:color w:val="000000" w:themeColor="text1"/>
        </w:rPr>
      </w:pPr>
    </w:p>
    <w:tbl>
      <w:tblPr>
        <w:tblStyle w:val="TabelacomGrelha"/>
        <w:tblW w:w="9300" w:type="dxa"/>
        <w:tblInd w:w="110" w:type="dxa"/>
        <w:tblLayout w:type="fixed"/>
        <w:tblLook w:val="04A0" w:firstRow="1" w:lastRow="0" w:firstColumn="1" w:lastColumn="0" w:noHBand="0" w:noVBand="1"/>
      </w:tblPr>
      <w:tblGrid>
        <w:gridCol w:w="9300"/>
      </w:tblGrid>
      <w:tr w:rsidR="00D56AFB" w:rsidRPr="00CD2577" w14:paraId="646A06F8" w14:textId="77777777">
        <w:trPr>
          <w:tblHeader/>
        </w:trPr>
        <w:tc>
          <w:tcPr>
            <w:tcW w:w="9300" w:type="dxa"/>
            <w:shd w:val="clear" w:color="auto" w:fill="F4F6F9"/>
            <w:tcMar>
              <w:top w:w="90" w:type="dxa"/>
              <w:left w:w="110" w:type="dxa"/>
              <w:bottom w:w="90" w:type="dxa"/>
              <w:right w:w="110" w:type="dxa"/>
            </w:tcMar>
            <w:vAlign w:val="center"/>
          </w:tcPr>
          <w:p w14:paraId="5B8A519E" w14:textId="77777777" w:rsidR="00D56AFB" w:rsidRPr="00CD2577" w:rsidRDefault="00B80BC3" w:rsidP="004B2CD6">
            <w:pPr>
              <w:spacing w:after="30" w:line="240" w:lineRule="auto"/>
              <w:jc w:val="both"/>
              <w:rPr>
                <w:color w:val="000000" w:themeColor="text1"/>
              </w:rPr>
            </w:pPr>
            <w:r w:rsidRPr="005931D4">
              <w:rPr>
                <w:b/>
                <w:color w:val="000000" w:themeColor="text1"/>
                <w:sz w:val="18"/>
                <w:lang w:val="pt-PT"/>
              </w:rPr>
              <w:t xml:space="preserve">Nota: </w:t>
            </w:r>
            <w:r w:rsidRPr="005931D4">
              <w:rPr>
                <w:color w:val="000000" w:themeColor="text1"/>
                <w:sz w:val="18"/>
                <w:lang w:val="pt-PT"/>
              </w:rPr>
              <w:t xml:space="preserve">Nas secções em que o número de vogais é indicado como máximo, eliminar as linhas de vogais não utilizadas antes da entrega. </w:t>
            </w:r>
            <w:r w:rsidRPr="00CD2577">
              <w:rPr>
                <w:color w:val="000000" w:themeColor="text1"/>
                <w:sz w:val="18"/>
              </w:rPr>
              <w:t xml:space="preserve">Manter o </w:t>
            </w:r>
            <w:proofErr w:type="spellStart"/>
            <w:r w:rsidRPr="00CD2577">
              <w:rPr>
                <w:color w:val="000000" w:themeColor="text1"/>
                <w:sz w:val="18"/>
              </w:rPr>
              <w:t>número</w:t>
            </w:r>
            <w:proofErr w:type="spellEnd"/>
            <w:r w:rsidRPr="00CD2577">
              <w:rPr>
                <w:color w:val="000000" w:themeColor="text1"/>
                <w:sz w:val="18"/>
              </w:rPr>
              <w:t xml:space="preserve"> de </w:t>
            </w:r>
            <w:proofErr w:type="spellStart"/>
            <w:r w:rsidRPr="00CD2577">
              <w:rPr>
                <w:color w:val="000000" w:themeColor="text1"/>
                <w:sz w:val="18"/>
              </w:rPr>
              <w:t>suplentes</w:t>
            </w:r>
            <w:proofErr w:type="spellEnd"/>
            <w:r w:rsidRPr="00CD2577">
              <w:rPr>
                <w:color w:val="000000" w:themeColor="text1"/>
                <w:sz w:val="18"/>
              </w:rPr>
              <w:t xml:space="preserve"> </w:t>
            </w:r>
            <w:proofErr w:type="spellStart"/>
            <w:r w:rsidRPr="00CD2577">
              <w:rPr>
                <w:color w:val="000000" w:themeColor="text1"/>
                <w:sz w:val="18"/>
              </w:rPr>
              <w:t>exigido</w:t>
            </w:r>
            <w:proofErr w:type="spellEnd"/>
            <w:r w:rsidRPr="00CD2577">
              <w:rPr>
                <w:color w:val="000000" w:themeColor="text1"/>
                <w:sz w:val="18"/>
              </w:rPr>
              <w:t>.</w:t>
            </w:r>
          </w:p>
        </w:tc>
      </w:tr>
    </w:tbl>
    <w:p w14:paraId="529A3980" w14:textId="77777777" w:rsidR="00D56AFB" w:rsidRPr="00CD2577" w:rsidRDefault="00D56AFB" w:rsidP="004B2CD6">
      <w:pPr>
        <w:spacing w:after="20"/>
        <w:jc w:val="both"/>
        <w:rPr>
          <w:color w:val="000000" w:themeColor="text1"/>
        </w:rPr>
      </w:pP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134B91C0" w14:textId="77777777">
        <w:trPr>
          <w:cantSplit/>
          <w:tblHeader/>
        </w:trPr>
        <w:tc>
          <w:tcPr>
            <w:tcW w:w="2200" w:type="dxa"/>
            <w:shd w:val="clear" w:color="auto" w:fill="E8EEF5"/>
            <w:tcMar>
              <w:top w:w="90" w:type="dxa"/>
              <w:left w:w="110" w:type="dxa"/>
              <w:bottom w:w="90" w:type="dxa"/>
              <w:right w:w="110" w:type="dxa"/>
            </w:tcMar>
            <w:vAlign w:val="center"/>
          </w:tcPr>
          <w:p w14:paraId="019CC270" w14:textId="77777777" w:rsidR="004B2CD6" w:rsidRPr="00CD2577" w:rsidRDefault="004B2CD6" w:rsidP="004B2CD6">
            <w:pPr>
              <w:spacing w:after="30" w:line="240" w:lineRule="auto"/>
              <w:jc w:val="both"/>
              <w:rPr>
                <w:color w:val="000000" w:themeColor="text1"/>
              </w:rPr>
            </w:pPr>
            <w:r w:rsidRPr="00CD2577">
              <w:rPr>
                <w:b/>
                <w:color w:val="000000" w:themeColor="text1"/>
                <w:sz w:val="18"/>
              </w:rPr>
              <w:t>Local e data</w:t>
            </w:r>
          </w:p>
        </w:tc>
        <w:tc>
          <w:tcPr>
            <w:tcW w:w="7100" w:type="dxa"/>
            <w:tcMar>
              <w:top w:w="90" w:type="dxa"/>
              <w:left w:w="110" w:type="dxa"/>
              <w:bottom w:w="90" w:type="dxa"/>
              <w:right w:w="110" w:type="dxa"/>
            </w:tcMar>
            <w:vAlign w:val="center"/>
          </w:tcPr>
          <w:p w14:paraId="75DBFB7B" w14:textId="52BAFC65" w:rsidR="004B2CD6" w:rsidRPr="00CD2577" w:rsidRDefault="004B2CD6" w:rsidP="004B2CD6">
            <w:pPr>
              <w:spacing w:after="30" w:line="240" w:lineRule="auto"/>
              <w:jc w:val="both"/>
              <w:rPr>
                <w:color w:val="000000" w:themeColor="text1"/>
              </w:rPr>
            </w:pPr>
          </w:p>
        </w:tc>
      </w:tr>
      <w:tr w:rsidR="004B2CD6" w:rsidRPr="006E2932" w14:paraId="61E43175" w14:textId="77777777">
        <w:trPr>
          <w:cantSplit/>
        </w:trPr>
        <w:tc>
          <w:tcPr>
            <w:tcW w:w="2200" w:type="dxa"/>
            <w:shd w:val="clear" w:color="auto" w:fill="E8EEF5"/>
            <w:tcMar>
              <w:top w:w="90" w:type="dxa"/>
              <w:left w:w="110" w:type="dxa"/>
              <w:bottom w:w="90" w:type="dxa"/>
              <w:right w:w="110" w:type="dxa"/>
            </w:tcMar>
            <w:vAlign w:val="center"/>
          </w:tcPr>
          <w:p w14:paraId="55233F8D" w14:textId="77777777" w:rsidR="004B2CD6" w:rsidRPr="005931D4" w:rsidRDefault="004B2CD6" w:rsidP="004B2CD6">
            <w:pPr>
              <w:spacing w:after="30" w:line="240" w:lineRule="auto"/>
              <w:jc w:val="both"/>
              <w:rPr>
                <w:color w:val="000000" w:themeColor="text1"/>
                <w:lang w:val="pt-PT"/>
              </w:rPr>
            </w:pPr>
            <w:r w:rsidRPr="005931D4">
              <w:rPr>
                <w:b/>
                <w:color w:val="000000" w:themeColor="text1"/>
                <w:sz w:val="18"/>
                <w:lang w:val="pt-PT"/>
              </w:rPr>
              <w:t>Assinatura do/a delegado/a</w:t>
            </w:r>
          </w:p>
        </w:tc>
        <w:tc>
          <w:tcPr>
            <w:tcW w:w="7100" w:type="dxa"/>
            <w:tcMar>
              <w:top w:w="90" w:type="dxa"/>
              <w:left w:w="110" w:type="dxa"/>
              <w:bottom w:w="90" w:type="dxa"/>
              <w:right w:w="110" w:type="dxa"/>
            </w:tcMar>
            <w:vAlign w:val="center"/>
          </w:tcPr>
          <w:p w14:paraId="4449E508" w14:textId="77777777" w:rsidR="004B2CD6" w:rsidRPr="005931D4" w:rsidRDefault="004B2CD6" w:rsidP="004B2CD6">
            <w:pPr>
              <w:spacing w:after="30" w:line="240" w:lineRule="auto"/>
              <w:jc w:val="both"/>
              <w:rPr>
                <w:color w:val="000000" w:themeColor="text1"/>
                <w:lang w:val="pt-PT"/>
              </w:rPr>
            </w:pPr>
            <w:r w:rsidRPr="005931D4">
              <w:rPr>
                <w:color w:val="000000" w:themeColor="text1"/>
                <w:sz w:val="19"/>
                <w:lang w:val="pt-PT"/>
              </w:rPr>
              <w:t>Assinar manualmente ou apor assinatura eletrónica válida</w:t>
            </w:r>
          </w:p>
        </w:tc>
      </w:tr>
    </w:tbl>
    <w:p w14:paraId="0A4A2F46" w14:textId="77777777" w:rsidR="00D56AFB" w:rsidRPr="005931D4" w:rsidRDefault="00D56AFB" w:rsidP="004B2CD6">
      <w:pPr>
        <w:spacing w:after="20"/>
        <w:jc w:val="both"/>
        <w:rPr>
          <w:color w:val="000000" w:themeColor="text1"/>
          <w:lang w:val="pt-PT"/>
        </w:rPr>
      </w:pPr>
    </w:p>
    <w:p w14:paraId="5B0434C5" w14:textId="77777777" w:rsidR="00D56AFB" w:rsidRPr="005931D4" w:rsidRDefault="00B80BC3" w:rsidP="004B2CD6">
      <w:pPr>
        <w:jc w:val="both"/>
        <w:rPr>
          <w:color w:val="000000" w:themeColor="text1"/>
          <w:lang w:val="pt-PT"/>
        </w:rPr>
      </w:pPr>
      <w:r w:rsidRPr="005931D4">
        <w:rPr>
          <w:color w:val="000000" w:themeColor="text1"/>
          <w:lang w:val="pt-PT"/>
        </w:rPr>
        <w:br w:type="page"/>
      </w:r>
    </w:p>
    <w:p w14:paraId="4B694714" w14:textId="77777777" w:rsidR="00D56AFB" w:rsidRPr="005931D4" w:rsidRDefault="00B80BC3" w:rsidP="004B2CD6">
      <w:pPr>
        <w:keepNext/>
        <w:spacing w:before="40" w:after="40"/>
        <w:jc w:val="both"/>
        <w:rPr>
          <w:color w:val="000000" w:themeColor="text1"/>
          <w:lang w:val="pt-PT"/>
        </w:rPr>
      </w:pPr>
      <w:r w:rsidRPr="005931D4">
        <w:rPr>
          <w:b/>
          <w:color w:val="000000" w:themeColor="text1"/>
          <w:sz w:val="17"/>
          <w:lang w:val="pt-PT"/>
        </w:rPr>
        <w:lastRenderedPageBreak/>
        <w:t>F09</w:t>
      </w:r>
    </w:p>
    <w:p w14:paraId="20D8981E" w14:textId="77777777" w:rsidR="00D56AFB" w:rsidRPr="005931D4" w:rsidRDefault="00B80BC3" w:rsidP="004B2CD6">
      <w:pPr>
        <w:pStyle w:val="Ttulo1"/>
        <w:jc w:val="both"/>
        <w:rPr>
          <w:color w:val="000000" w:themeColor="text1"/>
          <w:lang w:val="pt-PT"/>
        </w:rPr>
      </w:pPr>
      <w:r w:rsidRPr="005931D4">
        <w:rPr>
          <w:color w:val="000000" w:themeColor="text1"/>
          <w:lang w:val="pt-PT"/>
        </w:rPr>
        <w:t>Lista de candidatos ao Conselho Diretivo Regional — Norte</w:t>
      </w:r>
    </w:p>
    <w:p w14:paraId="3050862D" w14:textId="77777777" w:rsidR="00D56AFB" w:rsidRPr="00CD2577" w:rsidRDefault="00B80BC3" w:rsidP="004B2CD6">
      <w:pPr>
        <w:keepNext/>
        <w:spacing w:after="160"/>
        <w:jc w:val="both"/>
        <w:rPr>
          <w:color w:val="000000" w:themeColor="text1"/>
        </w:rPr>
      </w:pPr>
      <w:proofErr w:type="spellStart"/>
      <w:r w:rsidRPr="00CD2577">
        <w:rPr>
          <w:color w:val="000000" w:themeColor="text1"/>
          <w:sz w:val="19"/>
        </w:rPr>
        <w:t>Órgão</w:t>
      </w:r>
      <w:proofErr w:type="spellEnd"/>
      <w:r w:rsidRPr="00CD2577">
        <w:rPr>
          <w:color w:val="000000" w:themeColor="text1"/>
          <w:sz w:val="19"/>
        </w:rPr>
        <w:t xml:space="preserve"> regional | Mandato 2027–2029</w:t>
      </w: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0F928AB4" w14:textId="77777777">
        <w:trPr>
          <w:cantSplit/>
          <w:tblHeader/>
        </w:trPr>
        <w:tc>
          <w:tcPr>
            <w:tcW w:w="2200" w:type="dxa"/>
            <w:shd w:val="clear" w:color="auto" w:fill="E8EEF5"/>
            <w:tcMar>
              <w:top w:w="90" w:type="dxa"/>
              <w:left w:w="110" w:type="dxa"/>
              <w:bottom w:w="90" w:type="dxa"/>
              <w:right w:w="110" w:type="dxa"/>
            </w:tcMar>
            <w:vAlign w:val="center"/>
          </w:tcPr>
          <w:p w14:paraId="1C382692"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Designação</w:t>
            </w:r>
            <w:proofErr w:type="spellEnd"/>
            <w:r w:rsidRPr="00CD2577">
              <w:rPr>
                <w:b/>
                <w:color w:val="000000" w:themeColor="text1"/>
                <w:sz w:val="18"/>
              </w:rPr>
              <w:t xml:space="preserve"> da </w:t>
            </w:r>
            <w:proofErr w:type="spellStart"/>
            <w:r w:rsidRPr="00CD2577">
              <w:rPr>
                <w:b/>
                <w:color w:val="000000" w:themeColor="text1"/>
                <w:sz w:val="18"/>
              </w:rPr>
              <w:t>candidatura</w:t>
            </w:r>
            <w:proofErr w:type="spellEnd"/>
          </w:p>
        </w:tc>
        <w:tc>
          <w:tcPr>
            <w:tcW w:w="7100" w:type="dxa"/>
            <w:tcMar>
              <w:top w:w="90" w:type="dxa"/>
              <w:left w:w="110" w:type="dxa"/>
              <w:bottom w:w="90" w:type="dxa"/>
              <w:right w:w="110" w:type="dxa"/>
            </w:tcMar>
            <w:vAlign w:val="center"/>
          </w:tcPr>
          <w:p w14:paraId="312C67B0" w14:textId="5339B51E" w:rsidR="004B2CD6" w:rsidRPr="00CD2577" w:rsidRDefault="004B2CD6" w:rsidP="004B2CD6">
            <w:pPr>
              <w:spacing w:after="30" w:line="240" w:lineRule="auto"/>
              <w:jc w:val="both"/>
              <w:rPr>
                <w:color w:val="000000" w:themeColor="text1"/>
              </w:rPr>
            </w:pPr>
          </w:p>
        </w:tc>
      </w:tr>
    </w:tbl>
    <w:p w14:paraId="03DFE4F9" w14:textId="77777777" w:rsidR="00D56AFB" w:rsidRPr="00CD2577" w:rsidRDefault="00D56AFB" w:rsidP="004B2CD6">
      <w:pPr>
        <w:spacing w:after="20"/>
        <w:jc w:val="both"/>
        <w:rPr>
          <w:color w:val="000000" w:themeColor="text1"/>
        </w:rPr>
      </w:pPr>
    </w:p>
    <w:tbl>
      <w:tblPr>
        <w:tblStyle w:val="TabelacomGrelha"/>
        <w:tblW w:w="9300" w:type="dxa"/>
        <w:tblInd w:w="110" w:type="dxa"/>
        <w:tblLayout w:type="fixed"/>
        <w:tblLook w:val="04A0" w:firstRow="1" w:lastRow="0" w:firstColumn="1" w:lastColumn="0" w:noHBand="0" w:noVBand="1"/>
      </w:tblPr>
      <w:tblGrid>
        <w:gridCol w:w="9300"/>
      </w:tblGrid>
      <w:tr w:rsidR="00D56AFB" w:rsidRPr="006E2932" w14:paraId="5D0DE4EC" w14:textId="77777777">
        <w:trPr>
          <w:tblHeader/>
        </w:trPr>
        <w:tc>
          <w:tcPr>
            <w:tcW w:w="9300" w:type="dxa"/>
            <w:shd w:val="clear" w:color="auto" w:fill="F4F6F9"/>
            <w:tcMar>
              <w:top w:w="90" w:type="dxa"/>
              <w:left w:w="110" w:type="dxa"/>
              <w:bottom w:w="90" w:type="dxa"/>
              <w:right w:w="110" w:type="dxa"/>
            </w:tcMar>
            <w:vAlign w:val="center"/>
          </w:tcPr>
          <w:p w14:paraId="3F5FE62B" w14:textId="77777777" w:rsidR="00D56AFB" w:rsidRPr="005931D4" w:rsidRDefault="00B80BC3" w:rsidP="004B2CD6">
            <w:pPr>
              <w:spacing w:after="30" w:line="240" w:lineRule="auto"/>
              <w:jc w:val="both"/>
              <w:rPr>
                <w:color w:val="000000" w:themeColor="text1"/>
                <w:lang w:val="pt-PT"/>
              </w:rPr>
            </w:pPr>
            <w:r w:rsidRPr="005931D4">
              <w:rPr>
                <w:b/>
                <w:color w:val="000000" w:themeColor="text1"/>
                <w:sz w:val="18"/>
                <w:lang w:val="pt-PT"/>
              </w:rPr>
              <w:t xml:space="preserve">Nota: </w:t>
            </w:r>
            <w:r w:rsidRPr="005931D4">
              <w:rPr>
                <w:color w:val="000000" w:themeColor="text1"/>
                <w:sz w:val="18"/>
                <w:lang w:val="pt-PT"/>
              </w:rPr>
              <w:t>Até 9 candidatos: presidente, vice-presidente, até 5 vogais e 2 suplentes.</w:t>
            </w:r>
          </w:p>
        </w:tc>
      </w:tr>
    </w:tbl>
    <w:p w14:paraId="791421C0" w14:textId="77777777" w:rsidR="00D56AFB" w:rsidRPr="005931D4" w:rsidRDefault="00D56AFB" w:rsidP="004B2CD6">
      <w:pPr>
        <w:spacing w:after="20"/>
        <w:jc w:val="both"/>
        <w:rPr>
          <w:color w:val="000000" w:themeColor="text1"/>
          <w:lang w:val="pt-PT"/>
        </w:rPr>
      </w:pPr>
    </w:p>
    <w:tbl>
      <w:tblPr>
        <w:tblStyle w:val="TabelacomGrelha"/>
        <w:tblW w:w="9300" w:type="dxa"/>
        <w:tblInd w:w="110" w:type="dxa"/>
        <w:tblLayout w:type="fixed"/>
        <w:tblLook w:val="04A0" w:firstRow="1" w:lastRow="0" w:firstColumn="1" w:lastColumn="0" w:noHBand="0" w:noVBand="1"/>
      </w:tblPr>
      <w:tblGrid>
        <w:gridCol w:w="1500"/>
        <w:gridCol w:w="3500"/>
        <w:gridCol w:w="1200"/>
        <w:gridCol w:w="1400"/>
        <w:gridCol w:w="1700"/>
      </w:tblGrid>
      <w:tr w:rsidR="00CD2577" w:rsidRPr="00CD2577" w14:paraId="3F8CC752" w14:textId="77777777">
        <w:trPr>
          <w:tblHeader/>
        </w:trPr>
        <w:tc>
          <w:tcPr>
            <w:tcW w:w="1500" w:type="dxa"/>
            <w:shd w:val="clear" w:color="auto" w:fill="17365D"/>
            <w:tcMar>
              <w:top w:w="90" w:type="dxa"/>
              <w:left w:w="110" w:type="dxa"/>
              <w:bottom w:w="90" w:type="dxa"/>
              <w:right w:w="110" w:type="dxa"/>
            </w:tcMar>
            <w:vAlign w:val="center"/>
          </w:tcPr>
          <w:p w14:paraId="145FB1CC"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Cargo</w:t>
            </w:r>
          </w:p>
        </w:tc>
        <w:tc>
          <w:tcPr>
            <w:tcW w:w="3500" w:type="dxa"/>
            <w:shd w:val="clear" w:color="auto" w:fill="17365D"/>
            <w:tcMar>
              <w:top w:w="90" w:type="dxa"/>
              <w:left w:w="110" w:type="dxa"/>
              <w:bottom w:w="90" w:type="dxa"/>
              <w:right w:w="110" w:type="dxa"/>
            </w:tcMar>
            <w:vAlign w:val="center"/>
          </w:tcPr>
          <w:p w14:paraId="363499EE"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 xml:space="preserve">Nome </w:t>
            </w:r>
            <w:proofErr w:type="spellStart"/>
            <w:r w:rsidRPr="00CD2577">
              <w:rPr>
                <w:b/>
                <w:color w:val="FFFFFF" w:themeColor="background1"/>
                <w:sz w:val="17"/>
              </w:rPr>
              <w:t>completo</w:t>
            </w:r>
            <w:proofErr w:type="spellEnd"/>
          </w:p>
        </w:tc>
        <w:tc>
          <w:tcPr>
            <w:tcW w:w="1200" w:type="dxa"/>
            <w:shd w:val="clear" w:color="auto" w:fill="17365D"/>
            <w:tcMar>
              <w:top w:w="90" w:type="dxa"/>
              <w:left w:w="110" w:type="dxa"/>
              <w:bottom w:w="90" w:type="dxa"/>
              <w:right w:w="110" w:type="dxa"/>
            </w:tcMar>
            <w:vAlign w:val="center"/>
          </w:tcPr>
          <w:p w14:paraId="1B02097E" w14:textId="77777777" w:rsidR="00D56AFB" w:rsidRPr="00CD2577" w:rsidRDefault="00B80BC3" w:rsidP="004B2CD6">
            <w:pPr>
              <w:spacing w:after="30" w:line="240" w:lineRule="auto"/>
              <w:jc w:val="both"/>
              <w:rPr>
                <w:color w:val="FFFFFF" w:themeColor="background1"/>
              </w:rPr>
            </w:pPr>
            <w:proofErr w:type="gramStart"/>
            <w:r w:rsidRPr="00CD2577">
              <w:rPr>
                <w:b/>
                <w:color w:val="FFFFFF" w:themeColor="background1"/>
                <w:sz w:val="17"/>
              </w:rPr>
              <w:t>N.º</w:t>
            </w:r>
            <w:proofErr w:type="gramEnd"/>
            <w:r w:rsidRPr="00CD2577">
              <w:rPr>
                <w:b/>
                <w:color w:val="FFFFFF" w:themeColor="background1"/>
                <w:sz w:val="17"/>
              </w:rPr>
              <w:t xml:space="preserve"> de </w:t>
            </w:r>
            <w:proofErr w:type="spellStart"/>
            <w:r w:rsidRPr="00CD2577">
              <w:rPr>
                <w:b/>
                <w:color w:val="FFFFFF" w:themeColor="background1"/>
                <w:sz w:val="17"/>
              </w:rPr>
              <w:t>membro</w:t>
            </w:r>
            <w:proofErr w:type="spellEnd"/>
          </w:p>
        </w:tc>
        <w:tc>
          <w:tcPr>
            <w:tcW w:w="1400" w:type="dxa"/>
            <w:shd w:val="clear" w:color="auto" w:fill="17365D"/>
            <w:tcMar>
              <w:top w:w="90" w:type="dxa"/>
              <w:left w:w="110" w:type="dxa"/>
              <w:bottom w:w="90" w:type="dxa"/>
              <w:right w:w="110" w:type="dxa"/>
            </w:tcMar>
            <w:vAlign w:val="center"/>
          </w:tcPr>
          <w:p w14:paraId="3832EBEF"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Secção regional</w:t>
            </w:r>
          </w:p>
        </w:tc>
        <w:tc>
          <w:tcPr>
            <w:tcW w:w="1700" w:type="dxa"/>
            <w:shd w:val="clear" w:color="auto" w:fill="17365D"/>
            <w:tcMar>
              <w:top w:w="90" w:type="dxa"/>
              <w:left w:w="110" w:type="dxa"/>
              <w:bottom w:w="90" w:type="dxa"/>
              <w:right w:w="110" w:type="dxa"/>
            </w:tcMar>
            <w:vAlign w:val="center"/>
          </w:tcPr>
          <w:p w14:paraId="1491FC67" w14:textId="77777777" w:rsidR="00D56AFB" w:rsidRPr="00CD2577" w:rsidRDefault="00B80BC3" w:rsidP="004B2CD6">
            <w:pPr>
              <w:spacing w:after="30" w:line="240" w:lineRule="auto"/>
              <w:jc w:val="both"/>
              <w:rPr>
                <w:color w:val="FFFFFF" w:themeColor="background1"/>
              </w:rPr>
            </w:pPr>
            <w:proofErr w:type="spellStart"/>
            <w:r w:rsidRPr="00CD2577">
              <w:rPr>
                <w:b/>
                <w:color w:val="FFFFFF" w:themeColor="background1"/>
                <w:sz w:val="17"/>
              </w:rPr>
              <w:t>Assinatura</w:t>
            </w:r>
            <w:proofErr w:type="spellEnd"/>
          </w:p>
        </w:tc>
      </w:tr>
      <w:tr w:rsidR="004B2CD6" w:rsidRPr="00CD2577" w14:paraId="440FDEF6" w14:textId="77777777">
        <w:trPr>
          <w:cantSplit/>
          <w:trHeight w:val="442"/>
        </w:trPr>
        <w:tc>
          <w:tcPr>
            <w:tcW w:w="1500" w:type="dxa"/>
            <w:tcMar>
              <w:top w:w="90" w:type="dxa"/>
              <w:left w:w="110" w:type="dxa"/>
              <w:bottom w:w="90" w:type="dxa"/>
              <w:right w:w="110" w:type="dxa"/>
            </w:tcMar>
            <w:vAlign w:val="center"/>
          </w:tcPr>
          <w:p w14:paraId="16C76EB5" w14:textId="77777777" w:rsidR="004B2CD6" w:rsidRPr="00CD2577" w:rsidRDefault="004B2CD6" w:rsidP="004B2CD6">
            <w:pPr>
              <w:spacing w:after="30" w:line="240" w:lineRule="auto"/>
              <w:jc w:val="both"/>
              <w:rPr>
                <w:color w:val="000000" w:themeColor="text1"/>
              </w:rPr>
            </w:pPr>
            <w:r w:rsidRPr="00CD2577">
              <w:rPr>
                <w:b/>
                <w:color w:val="000000" w:themeColor="text1"/>
                <w:sz w:val="17"/>
              </w:rPr>
              <w:t>Presidente</w:t>
            </w:r>
          </w:p>
        </w:tc>
        <w:tc>
          <w:tcPr>
            <w:tcW w:w="3500" w:type="dxa"/>
            <w:tcMar>
              <w:top w:w="90" w:type="dxa"/>
              <w:left w:w="110" w:type="dxa"/>
              <w:bottom w:w="90" w:type="dxa"/>
              <w:right w:w="110" w:type="dxa"/>
            </w:tcMar>
            <w:vAlign w:val="center"/>
          </w:tcPr>
          <w:p w14:paraId="7BEEC807" w14:textId="15D7B680"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127CB02E"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547F7CF2"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39E93E82"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0F6944F1" w14:textId="77777777">
        <w:trPr>
          <w:cantSplit/>
          <w:trHeight w:val="442"/>
        </w:trPr>
        <w:tc>
          <w:tcPr>
            <w:tcW w:w="1500" w:type="dxa"/>
            <w:tcMar>
              <w:top w:w="90" w:type="dxa"/>
              <w:left w:w="110" w:type="dxa"/>
              <w:bottom w:w="90" w:type="dxa"/>
              <w:right w:w="110" w:type="dxa"/>
            </w:tcMar>
            <w:vAlign w:val="center"/>
          </w:tcPr>
          <w:p w14:paraId="2FE96620" w14:textId="77777777" w:rsidR="004B2CD6" w:rsidRPr="00CD2577" w:rsidRDefault="004B2CD6" w:rsidP="004B2CD6">
            <w:pPr>
              <w:spacing w:after="30" w:line="240" w:lineRule="auto"/>
              <w:jc w:val="both"/>
              <w:rPr>
                <w:color w:val="000000" w:themeColor="text1"/>
              </w:rPr>
            </w:pPr>
            <w:r w:rsidRPr="00CD2577">
              <w:rPr>
                <w:b/>
                <w:color w:val="000000" w:themeColor="text1"/>
                <w:sz w:val="17"/>
              </w:rPr>
              <w:t>Vice-</w:t>
            </w:r>
            <w:proofErr w:type="spellStart"/>
            <w:r w:rsidRPr="00CD2577">
              <w:rPr>
                <w:b/>
                <w:color w:val="000000" w:themeColor="text1"/>
                <w:sz w:val="17"/>
              </w:rPr>
              <w:t>presidente</w:t>
            </w:r>
            <w:proofErr w:type="spellEnd"/>
          </w:p>
        </w:tc>
        <w:tc>
          <w:tcPr>
            <w:tcW w:w="3500" w:type="dxa"/>
            <w:tcMar>
              <w:top w:w="90" w:type="dxa"/>
              <w:left w:w="110" w:type="dxa"/>
              <w:bottom w:w="90" w:type="dxa"/>
              <w:right w:w="110" w:type="dxa"/>
            </w:tcMar>
            <w:vAlign w:val="center"/>
          </w:tcPr>
          <w:p w14:paraId="27FF9C8A" w14:textId="0F81035A"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1425157B"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6DB5BDC3"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703DD6E0"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088BBAAD" w14:textId="77777777">
        <w:trPr>
          <w:cantSplit/>
          <w:trHeight w:val="442"/>
        </w:trPr>
        <w:tc>
          <w:tcPr>
            <w:tcW w:w="1500" w:type="dxa"/>
            <w:tcMar>
              <w:top w:w="90" w:type="dxa"/>
              <w:left w:w="110" w:type="dxa"/>
              <w:bottom w:w="90" w:type="dxa"/>
              <w:right w:w="110" w:type="dxa"/>
            </w:tcMar>
            <w:vAlign w:val="center"/>
          </w:tcPr>
          <w:p w14:paraId="548684E0"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w:t>
            </w:r>
          </w:p>
        </w:tc>
        <w:tc>
          <w:tcPr>
            <w:tcW w:w="3500" w:type="dxa"/>
            <w:tcMar>
              <w:top w:w="90" w:type="dxa"/>
              <w:left w:w="110" w:type="dxa"/>
              <w:bottom w:w="90" w:type="dxa"/>
              <w:right w:w="110" w:type="dxa"/>
            </w:tcMar>
            <w:vAlign w:val="center"/>
          </w:tcPr>
          <w:p w14:paraId="47A46F79" w14:textId="636A45AC"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0A555698"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06E7AC56"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00CB0BAE"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14B5595C" w14:textId="77777777">
        <w:trPr>
          <w:cantSplit/>
          <w:trHeight w:val="442"/>
        </w:trPr>
        <w:tc>
          <w:tcPr>
            <w:tcW w:w="1500" w:type="dxa"/>
            <w:tcMar>
              <w:top w:w="90" w:type="dxa"/>
              <w:left w:w="110" w:type="dxa"/>
              <w:bottom w:w="90" w:type="dxa"/>
              <w:right w:w="110" w:type="dxa"/>
            </w:tcMar>
            <w:vAlign w:val="center"/>
          </w:tcPr>
          <w:p w14:paraId="7385359E"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2</w:t>
            </w:r>
          </w:p>
        </w:tc>
        <w:tc>
          <w:tcPr>
            <w:tcW w:w="3500" w:type="dxa"/>
            <w:tcMar>
              <w:top w:w="90" w:type="dxa"/>
              <w:left w:w="110" w:type="dxa"/>
              <w:bottom w:w="90" w:type="dxa"/>
              <w:right w:w="110" w:type="dxa"/>
            </w:tcMar>
            <w:vAlign w:val="center"/>
          </w:tcPr>
          <w:p w14:paraId="5866F1A2" w14:textId="7EFFB73D"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0050C66C"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35D8C64C"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583C19C4"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582B5888" w14:textId="77777777">
        <w:trPr>
          <w:cantSplit/>
          <w:trHeight w:val="442"/>
        </w:trPr>
        <w:tc>
          <w:tcPr>
            <w:tcW w:w="1500" w:type="dxa"/>
            <w:tcMar>
              <w:top w:w="90" w:type="dxa"/>
              <w:left w:w="110" w:type="dxa"/>
              <w:bottom w:w="90" w:type="dxa"/>
              <w:right w:w="110" w:type="dxa"/>
            </w:tcMar>
            <w:vAlign w:val="center"/>
          </w:tcPr>
          <w:p w14:paraId="0C31DA25"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3</w:t>
            </w:r>
          </w:p>
        </w:tc>
        <w:tc>
          <w:tcPr>
            <w:tcW w:w="3500" w:type="dxa"/>
            <w:tcMar>
              <w:top w:w="90" w:type="dxa"/>
              <w:left w:w="110" w:type="dxa"/>
              <w:bottom w:w="90" w:type="dxa"/>
              <w:right w:w="110" w:type="dxa"/>
            </w:tcMar>
            <w:vAlign w:val="center"/>
          </w:tcPr>
          <w:p w14:paraId="6F8A6800" w14:textId="3325A49C"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2BC4A86F"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327E7B79"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39539FEF"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6DA1324A" w14:textId="77777777">
        <w:trPr>
          <w:cantSplit/>
          <w:trHeight w:val="442"/>
        </w:trPr>
        <w:tc>
          <w:tcPr>
            <w:tcW w:w="1500" w:type="dxa"/>
            <w:tcMar>
              <w:top w:w="90" w:type="dxa"/>
              <w:left w:w="110" w:type="dxa"/>
              <w:bottom w:w="90" w:type="dxa"/>
              <w:right w:w="110" w:type="dxa"/>
            </w:tcMar>
            <w:vAlign w:val="center"/>
          </w:tcPr>
          <w:p w14:paraId="11F048E7"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4</w:t>
            </w:r>
          </w:p>
        </w:tc>
        <w:tc>
          <w:tcPr>
            <w:tcW w:w="3500" w:type="dxa"/>
            <w:tcMar>
              <w:top w:w="90" w:type="dxa"/>
              <w:left w:w="110" w:type="dxa"/>
              <w:bottom w:w="90" w:type="dxa"/>
              <w:right w:w="110" w:type="dxa"/>
            </w:tcMar>
            <w:vAlign w:val="center"/>
          </w:tcPr>
          <w:p w14:paraId="4A29842F" w14:textId="4628BB7B"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35C0D6BE"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41FAFE6E"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54FF9FC5"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79BB0525" w14:textId="77777777">
        <w:trPr>
          <w:cantSplit/>
          <w:trHeight w:val="442"/>
        </w:trPr>
        <w:tc>
          <w:tcPr>
            <w:tcW w:w="1500" w:type="dxa"/>
            <w:tcMar>
              <w:top w:w="90" w:type="dxa"/>
              <w:left w:w="110" w:type="dxa"/>
              <w:bottom w:w="90" w:type="dxa"/>
              <w:right w:w="110" w:type="dxa"/>
            </w:tcMar>
            <w:vAlign w:val="center"/>
          </w:tcPr>
          <w:p w14:paraId="5C132609"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5</w:t>
            </w:r>
          </w:p>
        </w:tc>
        <w:tc>
          <w:tcPr>
            <w:tcW w:w="3500" w:type="dxa"/>
            <w:tcMar>
              <w:top w:w="90" w:type="dxa"/>
              <w:left w:w="110" w:type="dxa"/>
              <w:bottom w:w="90" w:type="dxa"/>
              <w:right w:w="110" w:type="dxa"/>
            </w:tcMar>
            <w:vAlign w:val="center"/>
          </w:tcPr>
          <w:p w14:paraId="65A70959" w14:textId="23AD2A1D"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541E929E"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33EB97D5"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702C9773"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67EA8C37" w14:textId="77777777">
        <w:trPr>
          <w:cantSplit/>
          <w:trHeight w:val="442"/>
        </w:trPr>
        <w:tc>
          <w:tcPr>
            <w:tcW w:w="1500" w:type="dxa"/>
            <w:tcMar>
              <w:top w:w="90" w:type="dxa"/>
              <w:left w:w="110" w:type="dxa"/>
              <w:bottom w:w="90" w:type="dxa"/>
              <w:right w:w="110" w:type="dxa"/>
            </w:tcMar>
            <w:vAlign w:val="center"/>
          </w:tcPr>
          <w:p w14:paraId="16C14BB6"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7"/>
              </w:rPr>
              <w:t>Suplente</w:t>
            </w:r>
            <w:proofErr w:type="spellEnd"/>
          </w:p>
        </w:tc>
        <w:tc>
          <w:tcPr>
            <w:tcW w:w="3500" w:type="dxa"/>
            <w:tcMar>
              <w:top w:w="90" w:type="dxa"/>
              <w:left w:w="110" w:type="dxa"/>
              <w:bottom w:w="90" w:type="dxa"/>
              <w:right w:w="110" w:type="dxa"/>
            </w:tcMar>
            <w:vAlign w:val="center"/>
          </w:tcPr>
          <w:p w14:paraId="108254EB" w14:textId="45355880"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73008001"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753B8EE3"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08E5834B"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27FAA295" w14:textId="77777777">
        <w:trPr>
          <w:cantSplit/>
          <w:trHeight w:val="442"/>
        </w:trPr>
        <w:tc>
          <w:tcPr>
            <w:tcW w:w="1500" w:type="dxa"/>
            <w:tcMar>
              <w:top w:w="90" w:type="dxa"/>
              <w:left w:w="110" w:type="dxa"/>
              <w:bottom w:w="90" w:type="dxa"/>
              <w:right w:w="110" w:type="dxa"/>
            </w:tcMar>
            <w:vAlign w:val="center"/>
          </w:tcPr>
          <w:p w14:paraId="2C120E1F"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7"/>
              </w:rPr>
              <w:t>Suplente</w:t>
            </w:r>
            <w:proofErr w:type="spellEnd"/>
            <w:r w:rsidRPr="00CD2577">
              <w:rPr>
                <w:b/>
                <w:color w:val="000000" w:themeColor="text1"/>
                <w:sz w:val="17"/>
              </w:rPr>
              <w:t xml:space="preserve"> 2</w:t>
            </w:r>
          </w:p>
        </w:tc>
        <w:tc>
          <w:tcPr>
            <w:tcW w:w="3500" w:type="dxa"/>
            <w:tcMar>
              <w:top w:w="90" w:type="dxa"/>
              <w:left w:w="110" w:type="dxa"/>
              <w:bottom w:w="90" w:type="dxa"/>
              <w:right w:w="110" w:type="dxa"/>
            </w:tcMar>
            <w:vAlign w:val="center"/>
          </w:tcPr>
          <w:p w14:paraId="4BB48391" w14:textId="2A9108A8"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67283661"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0CBB05E0"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7DDD25A8"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bl>
    <w:p w14:paraId="553BEE0B" w14:textId="77777777" w:rsidR="00D56AFB" w:rsidRPr="00CD2577" w:rsidRDefault="00D56AFB" w:rsidP="004B2CD6">
      <w:pPr>
        <w:spacing w:after="20"/>
        <w:jc w:val="both"/>
        <w:rPr>
          <w:color w:val="000000" w:themeColor="text1"/>
        </w:rPr>
      </w:pPr>
    </w:p>
    <w:tbl>
      <w:tblPr>
        <w:tblStyle w:val="TabelacomGrelha"/>
        <w:tblW w:w="9300" w:type="dxa"/>
        <w:tblInd w:w="110" w:type="dxa"/>
        <w:tblLayout w:type="fixed"/>
        <w:tblLook w:val="04A0" w:firstRow="1" w:lastRow="0" w:firstColumn="1" w:lastColumn="0" w:noHBand="0" w:noVBand="1"/>
      </w:tblPr>
      <w:tblGrid>
        <w:gridCol w:w="9300"/>
      </w:tblGrid>
      <w:tr w:rsidR="00D56AFB" w:rsidRPr="00CD2577" w14:paraId="52B5C86C" w14:textId="77777777">
        <w:trPr>
          <w:tblHeader/>
        </w:trPr>
        <w:tc>
          <w:tcPr>
            <w:tcW w:w="9300" w:type="dxa"/>
            <w:shd w:val="clear" w:color="auto" w:fill="F4F6F9"/>
            <w:tcMar>
              <w:top w:w="90" w:type="dxa"/>
              <w:left w:w="110" w:type="dxa"/>
              <w:bottom w:w="90" w:type="dxa"/>
              <w:right w:w="110" w:type="dxa"/>
            </w:tcMar>
            <w:vAlign w:val="center"/>
          </w:tcPr>
          <w:p w14:paraId="7727F382" w14:textId="77777777" w:rsidR="00D56AFB" w:rsidRPr="00CD2577" w:rsidRDefault="00B80BC3" w:rsidP="004B2CD6">
            <w:pPr>
              <w:spacing w:after="30" w:line="240" w:lineRule="auto"/>
              <w:jc w:val="both"/>
              <w:rPr>
                <w:color w:val="000000" w:themeColor="text1"/>
              </w:rPr>
            </w:pPr>
            <w:r w:rsidRPr="005931D4">
              <w:rPr>
                <w:b/>
                <w:color w:val="000000" w:themeColor="text1"/>
                <w:sz w:val="18"/>
                <w:lang w:val="pt-PT"/>
              </w:rPr>
              <w:t xml:space="preserve">Nota: </w:t>
            </w:r>
            <w:r w:rsidRPr="005931D4">
              <w:rPr>
                <w:color w:val="000000" w:themeColor="text1"/>
                <w:sz w:val="18"/>
                <w:lang w:val="pt-PT"/>
              </w:rPr>
              <w:t xml:space="preserve">Nas secções em que o número de vogais é indicado como máximo, eliminar as linhas de vogais não utilizadas antes da entrega. </w:t>
            </w:r>
            <w:r w:rsidRPr="00CD2577">
              <w:rPr>
                <w:color w:val="000000" w:themeColor="text1"/>
                <w:sz w:val="18"/>
              </w:rPr>
              <w:t xml:space="preserve">Manter o </w:t>
            </w:r>
            <w:proofErr w:type="spellStart"/>
            <w:r w:rsidRPr="00CD2577">
              <w:rPr>
                <w:color w:val="000000" w:themeColor="text1"/>
                <w:sz w:val="18"/>
              </w:rPr>
              <w:t>número</w:t>
            </w:r>
            <w:proofErr w:type="spellEnd"/>
            <w:r w:rsidRPr="00CD2577">
              <w:rPr>
                <w:color w:val="000000" w:themeColor="text1"/>
                <w:sz w:val="18"/>
              </w:rPr>
              <w:t xml:space="preserve"> de </w:t>
            </w:r>
            <w:proofErr w:type="spellStart"/>
            <w:r w:rsidRPr="00CD2577">
              <w:rPr>
                <w:color w:val="000000" w:themeColor="text1"/>
                <w:sz w:val="18"/>
              </w:rPr>
              <w:t>suplentes</w:t>
            </w:r>
            <w:proofErr w:type="spellEnd"/>
            <w:r w:rsidRPr="00CD2577">
              <w:rPr>
                <w:color w:val="000000" w:themeColor="text1"/>
                <w:sz w:val="18"/>
              </w:rPr>
              <w:t xml:space="preserve"> </w:t>
            </w:r>
            <w:proofErr w:type="spellStart"/>
            <w:r w:rsidRPr="00CD2577">
              <w:rPr>
                <w:color w:val="000000" w:themeColor="text1"/>
                <w:sz w:val="18"/>
              </w:rPr>
              <w:t>exigido</w:t>
            </w:r>
            <w:proofErr w:type="spellEnd"/>
            <w:r w:rsidRPr="00CD2577">
              <w:rPr>
                <w:color w:val="000000" w:themeColor="text1"/>
                <w:sz w:val="18"/>
              </w:rPr>
              <w:t>.</w:t>
            </w:r>
          </w:p>
        </w:tc>
      </w:tr>
    </w:tbl>
    <w:p w14:paraId="22D6BD5D" w14:textId="77777777" w:rsidR="00D56AFB" w:rsidRPr="00CD2577" w:rsidRDefault="00D56AFB" w:rsidP="004B2CD6">
      <w:pPr>
        <w:spacing w:after="20"/>
        <w:jc w:val="both"/>
        <w:rPr>
          <w:color w:val="000000" w:themeColor="text1"/>
        </w:rPr>
      </w:pP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3241EA3A" w14:textId="77777777">
        <w:trPr>
          <w:cantSplit/>
          <w:tblHeader/>
        </w:trPr>
        <w:tc>
          <w:tcPr>
            <w:tcW w:w="2200" w:type="dxa"/>
            <w:shd w:val="clear" w:color="auto" w:fill="E8EEF5"/>
            <w:tcMar>
              <w:top w:w="90" w:type="dxa"/>
              <w:left w:w="110" w:type="dxa"/>
              <w:bottom w:w="90" w:type="dxa"/>
              <w:right w:w="110" w:type="dxa"/>
            </w:tcMar>
            <w:vAlign w:val="center"/>
          </w:tcPr>
          <w:p w14:paraId="232B625E" w14:textId="77777777" w:rsidR="004B2CD6" w:rsidRPr="00CD2577" w:rsidRDefault="004B2CD6" w:rsidP="004B2CD6">
            <w:pPr>
              <w:spacing w:after="30" w:line="240" w:lineRule="auto"/>
              <w:jc w:val="both"/>
              <w:rPr>
                <w:color w:val="000000" w:themeColor="text1"/>
              </w:rPr>
            </w:pPr>
            <w:r w:rsidRPr="00CD2577">
              <w:rPr>
                <w:b/>
                <w:color w:val="000000" w:themeColor="text1"/>
                <w:sz w:val="18"/>
              </w:rPr>
              <w:t>Local e data</w:t>
            </w:r>
          </w:p>
        </w:tc>
        <w:tc>
          <w:tcPr>
            <w:tcW w:w="7100" w:type="dxa"/>
            <w:tcMar>
              <w:top w:w="90" w:type="dxa"/>
              <w:left w:w="110" w:type="dxa"/>
              <w:bottom w:w="90" w:type="dxa"/>
              <w:right w:w="110" w:type="dxa"/>
            </w:tcMar>
            <w:vAlign w:val="center"/>
          </w:tcPr>
          <w:p w14:paraId="526971DC" w14:textId="30FC8A06" w:rsidR="004B2CD6" w:rsidRPr="00CD2577" w:rsidRDefault="004B2CD6" w:rsidP="004B2CD6">
            <w:pPr>
              <w:spacing w:after="30" w:line="240" w:lineRule="auto"/>
              <w:jc w:val="both"/>
              <w:rPr>
                <w:color w:val="000000" w:themeColor="text1"/>
              </w:rPr>
            </w:pPr>
          </w:p>
        </w:tc>
      </w:tr>
      <w:tr w:rsidR="004B2CD6" w:rsidRPr="006E2932" w14:paraId="7ED3DC6E" w14:textId="77777777">
        <w:trPr>
          <w:cantSplit/>
        </w:trPr>
        <w:tc>
          <w:tcPr>
            <w:tcW w:w="2200" w:type="dxa"/>
            <w:shd w:val="clear" w:color="auto" w:fill="E8EEF5"/>
            <w:tcMar>
              <w:top w:w="90" w:type="dxa"/>
              <w:left w:w="110" w:type="dxa"/>
              <w:bottom w:w="90" w:type="dxa"/>
              <w:right w:w="110" w:type="dxa"/>
            </w:tcMar>
            <w:vAlign w:val="center"/>
          </w:tcPr>
          <w:p w14:paraId="25C37CBA" w14:textId="77777777" w:rsidR="004B2CD6" w:rsidRPr="005931D4" w:rsidRDefault="004B2CD6" w:rsidP="004B2CD6">
            <w:pPr>
              <w:spacing w:after="30" w:line="240" w:lineRule="auto"/>
              <w:jc w:val="both"/>
              <w:rPr>
                <w:color w:val="000000" w:themeColor="text1"/>
                <w:lang w:val="pt-PT"/>
              </w:rPr>
            </w:pPr>
            <w:r w:rsidRPr="005931D4">
              <w:rPr>
                <w:b/>
                <w:color w:val="000000" w:themeColor="text1"/>
                <w:sz w:val="18"/>
                <w:lang w:val="pt-PT"/>
              </w:rPr>
              <w:t>Assinatura do/a delegado/a</w:t>
            </w:r>
          </w:p>
        </w:tc>
        <w:tc>
          <w:tcPr>
            <w:tcW w:w="7100" w:type="dxa"/>
            <w:tcMar>
              <w:top w:w="90" w:type="dxa"/>
              <w:left w:w="110" w:type="dxa"/>
              <w:bottom w:w="90" w:type="dxa"/>
              <w:right w:w="110" w:type="dxa"/>
            </w:tcMar>
            <w:vAlign w:val="center"/>
          </w:tcPr>
          <w:p w14:paraId="5794B440" w14:textId="77777777" w:rsidR="004B2CD6" w:rsidRPr="005931D4" w:rsidRDefault="004B2CD6" w:rsidP="004B2CD6">
            <w:pPr>
              <w:spacing w:after="30" w:line="240" w:lineRule="auto"/>
              <w:jc w:val="both"/>
              <w:rPr>
                <w:color w:val="000000" w:themeColor="text1"/>
                <w:lang w:val="pt-PT"/>
              </w:rPr>
            </w:pPr>
            <w:r w:rsidRPr="005931D4">
              <w:rPr>
                <w:color w:val="000000" w:themeColor="text1"/>
                <w:sz w:val="19"/>
                <w:lang w:val="pt-PT"/>
              </w:rPr>
              <w:t>Assinar manualmente ou apor assinatura eletrónica válida</w:t>
            </w:r>
          </w:p>
        </w:tc>
      </w:tr>
    </w:tbl>
    <w:p w14:paraId="20BC585B" w14:textId="77777777" w:rsidR="00D56AFB" w:rsidRPr="005931D4" w:rsidRDefault="00D56AFB" w:rsidP="004B2CD6">
      <w:pPr>
        <w:spacing w:after="20"/>
        <w:jc w:val="both"/>
        <w:rPr>
          <w:color w:val="000000" w:themeColor="text1"/>
          <w:lang w:val="pt-PT"/>
        </w:rPr>
      </w:pPr>
    </w:p>
    <w:p w14:paraId="74966037" w14:textId="77777777" w:rsidR="00D56AFB" w:rsidRPr="005931D4" w:rsidRDefault="00B80BC3" w:rsidP="004B2CD6">
      <w:pPr>
        <w:jc w:val="both"/>
        <w:rPr>
          <w:color w:val="000000" w:themeColor="text1"/>
          <w:lang w:val="pt-PT"/>
        </w:rPr>
      </w:pPr>
      <w:r w:rsidRPr="005931D4">
        <w:rPr>
          <w:color w:val="000000" w:themeColor="text1"/>
          <w:lang w:val="pt-PT"/>
        </w:rPr>
        <w:br w:type="page"/>
      </w:r>
    </w:p>
    <w:p w14:paraId="47F610EC" w14:textId="77777777" w:rsidR="00D56AFB" w:rsidRPr="005931D4" w:rsidRDefault="00B80BC3" w:rsidP="004B2CD6">
      <w:pPr>
        <w:keepNext/>
        <w:spacing w:before="40" w:after="40"/>
        <w:jc w:val="both"/>
        <w:rPr>
          <w:color w:val="000000" w:themeColor="text1"/>
          <w:lang w:val="pt-PT"/>
        </w:rPr>
      </w:pPr>
      <w:r w:rsidRPr="005931D4">
        <w:rPr>
          <w:b/>
          <w:color w:val="000000" w:themeColor="text1"/>
          <w:sz w:val="17"/>
          <w:lang w:val="pt-PT"/>
        </w:rPr>
        <w:lastRenderedPageBreak/>
        <w:t>F10</w:t>
      </w:r>
    </w:p>
    <w:p w14:paraId="45F3F9A3" w14:textId="3B5765A6" w:rsidR="00D56AFB" w:rsidRPr="005931D4" w:rsidRDefault="00B80BC3" w:rsidP="004B2CD6">
      <w:pPr>
        <w:pStyle w:val="Ttulo1"/>
        <w:jc w:val="both"/>
        <w:rPr>
          <w:color w:val="000000" w:themeColor="text1"/>
          <w:lang w:val="pt-PT"/>
        </w:rPr>
      </w:pPr>
      <w:r w:rsidRPr="005931D4">
        <w:rPr>
          <w:color w:val="000000" w:themeColor="text1"/>
          <w:lang w:val="pt-PT"/>
        </w:rPr>
        <w:t>Lista de candidatos ao Conselho Diretivo Regional — Centro / Alentejo / Algarve / Madeira / Açores</w:t>
      </w:r>
      <w:r w:rsidR="00CD2577" w:rsidRPr="005931D4">
        <w:rPr>
          <w:color w:val="000000" w:themeColor="text1"/>
          <w:lang w:val="pt-PT"/>
        </w:rPr>
        <w:t xml:space="preserve"> </w:t>
      </w:r>
      <w:r w:rsidR="00CD2577" w:rsidRPr="005931D4">
        <w:rPr>
          <w:b w:val="0"/>
          <w:bCs w:val="0"/>
          <w:color w:val="000000" w:themeColor="text1"/>
          <w:sz w:val="22"/>
          <w:szCs w:val="22"/>
          <w:lang w:val="pt-PT"/>
        </w:rPr>
        <w:t>[escolha a Secção que interessa]</w:t>
      </w:r>
    </w:p>
    <w:p w14:paraId="3BBCBC21" w14:textId="77777777" w:rsidR="00D56AFB" w:rsidRPr="00CD2577" w:rsidRDefault="00B80BC3" w:rsidP="004B2CD6">
      <w:pPr>
        <w:keepNext/>
        <w:spacing w:after="160"/>
        <w:jc w:val="both"/>
        <w:rPr>
          <w:color w:val="000000" w:themeColor="text1"/>
        </w:rPr>
      </w:pPr>
      <w:proofErr w:type="spellStart"/>
      <w:r w:rsidRPr="00CD2577">
        <w:rPr>
          <w:color w:val="000000" w:themeColor="text1"/>
          <w:sz w:val="19"/>
        </w:rPr>
        <w:t>Órgão</w:t>
      </w:r>
      <w:proofErr w:type="spellEnd"/>
      <w:r w:rsidRPr="00CD2577">
        <w:rPr>
          <w:color w:val="000000" w:themeColor="text1"/>
          <w:sz w:val="19"/>
        </w:rPr>
        <w:t xml:space="preserve"> regional | Mandato 2027–2029</w:t>
      </w: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1E9E2814" w14:textId="77777777">
        <w:trPr>
          <w:cantSplit/>
          <w:tblHeader/>
        </w:trPr>
        <w:tc>
          <w:tcPr>
            <w:tcW w:w="2200" w:type="dxa"/>
            <w:shd w:val="clear" w:color="auto" w:fill="E8EEF5"/>
            <w:tcMar>
              <w:top w:w="90" w:type="dxa"/>
              <w:left w:w="110" w:type="dxa"/>
              <w:bottom w:w="90" w:type="dxa"/>
              <w:right w:w="110" w:type="dxa"/>
            </w:tcMar>
            <w:vAlign w:val="center"/>
          </w:tcPr>
          <w:p w14:paraId="528A16A1"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Designação</w:t>
            </w:r>
            <w:proofErr w:type="spellEnd"/>
            <w:r w:rsidRPr="00CD2577">
              <w:rPr>
                <w:b/>
                <w:color w:val="000000" w:themeColor="text1"/>
                <w:sz w:val="18"/>
              </w:rPr>
              <w:t xml:space="preserve"> da </w:t>
            </w:r>
            <w:proofErr w:type="spellStart"/>
            <w:r w:rsidRPr="00CD2577">
              <w:rPr>
                <w:b/>
                <w:color w:val="000000" w:themeColor="text1"/>
                <w:sz w:val="18"/>
              </w:rPr>
              <w:t>candidatura</w:t>
            </w:r>
            <w:proofErr w:type="spellEnd"/>
          </w:p>
        </w:tc>
        <w:tc>
          <w:tcPr>
            <w:tcW w:w="7100" w:type="dxa"/>
            <w:tcMar>
              <w:top w:w="90" w:type="dxa"/>
              <w:left w:w="110" w:type="dxa"/>
              <w:bottom w:w="90" w:type="dxa"/>
              <w:right w:w="110" w:type="dxa"/>
            </w:tcMar>
            <w:vAlign w:val="center"/>
          </w:tcPr>
          <w:p w14:paraId="1692F3C2" w14:textId="0AFFA73F" w:rsidR="004B2CD6" w:rsidRPr="00CD2577" w:rsidRDefault="004B2CD6" w:rsidP="004B2CD6">
            <w:pPr>
              <w:spacing w:after="30" w:line="240" w:lineRule="auto"/>
              <w:jc w:val="both"/>
              <w:rPr>
                <w:color w:val="000000" w:themeColor="text1"/>
              </w:rPr>
            </w:pPr>
          </w:p>
        </w:tc>
      </w:tr>
      <w:tr w:rsidR="004B2CD6" w:rsidRPr="006E2932" w14:paraId="306785C5" w14:textId="77777777">
        <w:trPr>
          <w:cantSplit/>
        </w:trPr>
        <w:tc>
          <w:tcPr>
            <w:tcW w:w="2200" w:type="dxa"/>
            <w:shd w:val="clear" w:color="auto" w:fill="E8EEF5"/>
            <w:tcMar>
              <w:top w:w="90" w:type="dxa"/>
              <w:left w:w="110" w:type="dxa"/>
              <w:bottom w:w="90" w:type="dxa"/>
              <w:right w:w="110" w:type="dxa"/>
            </w:tcMar>
            <w:vAlign w:val="center"/>
          </w:tcPr>
          <w:p w14:paraId="34744F7F" w14:textId="77777777" w:rsidR="004B2CD6" w:rsidRPr="00CD2577" w:rsidRDefault="004B2CD6" w:rsidP="004B2CD6">
            <w:pPr>
              <w:spacing w:after="30" w:line="240" w:lineRule="auto"/>
              <w:jc w:val="both"/>
              <w:rPr>
                <w:color w:val="000000" w:themeColor="text1"/>
              </w:rPr>
            </w:pPr>
            <w:r w:rsidRPr="00CD2577">
              <w:rPr>
                <w:b/>
                <w:color w:val="000000" w:themeColor="text1"/>
                <w:sz w:val="18"/>
              </w:rPr>
              <w:t>Secção regional</w:t>
            </w:r>
          </w:p>
        </w:tc>
        <w:tc>
          <w:tcPr>
            <w:tcW w:w="7100" w:type="dxa"/>
            <w:tcMar>
              <w:top w:w="90" w:type="dxa"/>
              <w:left w:w="110" w:type="dxa"/>
              <w:bottom w:w="90" w:type="dxa"/>
              <w:right w:w="110" w:type="dxa"/>
            </w:tcMar>
            <w:vAlign w:val="center"/>
          </w:tcPr>
          <w:p w14:paraId="6D1A98DF" w14:textId="77777777" w:rsidR="004B2CD6" w:rsidRPr="005931D4" w:rsidRDefault="004B2CD6" w:rsidP="004B2CD6">
            <w:pPr>
              <w:spacing w:after="30" w:line="240" w:lineRule="auto"/>
              <w:jc w:val="both"/>
              <w:rPr>
                <w:color w:val="000000" w:themeColor="text1"/>
                <w:lang w:val="pt-PT"/>
              </w:rPr>
            </w:pPr>
            <w:r w:rsidRPr="005931D4">
              <w:rPr>
                <w:rFonts w:ascii="Segoe UI Symbol" w:hAnsi="Segoe UI Symbol" w:cs="Segoe UI Symbol"/>
                <w:color w:val="000000" w:themeColor="text1"/>
                <w:sz w:val="19"/>
                <w:lang w:val="pt-PT"/>
              </w:rPr>
              <w:t>☐</w:t>
            </w:r>
            <w:r w:rsidRPr="005931D4">
              <w:rPr>
                <w:color w:val="000000" w:themeColor="text1"/>
                <w:sz w:val="19"/>
                <w:lang w:val="pt-PT"/>
              </w:rPr>
              <w:t xml:space="preserve"> </w:t>
            </w:r>
            <w:proofErr w:type="gramStart"/>
            <w:r w:rsidRPr="005931D4">
              <w:rPr>
                <w:color w:val="000000" w:themeColor="text1"/>
                <w:sz w:val="19"/>
                <w:lang w:val="pt-PT"/>
              </w:rPr>
              <w:t xml:space="preserve">Centro  </w:t>
            </w:r>
            <w:r w:rsidRPr="005931D4">
              <w:rPr>
                <w:rFonts w:ascii="Segoe UI Symbol" w:hAnsi="Segoe UI Symbol" w:cs="Segoe UI Symbol"/>
                <w:color w:val="000000" w:themeColor="text1"/>
                <w:sz w:val="19"/>
                <w:lang w:val="pt-PT"/>
              </w:rPr>
              <w:t>☐</w:t>
            </w:r>
            <w:proofErr w:type="gramEnd"/>
            <w:r w:rsidRPr="005931D4">
              <w:rPr>
                <w:color w:val="000000" w:themeColor="text1"/>
                <w:sz w:val="19"/>
                <w:lang w:val="pt-PT"/>
              </w:rPr>
              <w:t xml:space="preserve"> </w:t>
            </w:r>
            <w:proofErr w:type="gramStart"/>
            <w:r w:rsidRPr="005931D4">
              <w:rPr>
                <w:color w:val="000000" w:themeColor="text1"/>
                <w:sz w:val="19"/>
                <w:lang w:val="pt-PT"/>
              </w:rPr>
              <w:t xml:space="preserve">Alentejo  </w:t>
            </w:r>
            <w:r w:rsidRPr="005931D4">
              <w:rPr>
                <w:rFonts w:ascii="Segoe UI Symbol" w:hAnsi="Segoe UI Symbol" w:cs="Segoe UI Symbol"/>
                <w:color w:val="000000" w:themeColor="text1"/>
                <w:sz w:val="19"/>
                <w:lang w:val="pt-PT"/>
              </w:rPr>
              <w:t>☐</w:t>
            </w:r>
            <w:proofErr w:type="gramEnd"/>
            <w:r w:rsidRPr="005931D4">
              <w:rPr>
                <w:color w:val="000000" w:themeColor="text1"/>
                <w:sz w:val="19"/>
                <w:lang w:val="pt-PT"/>
              </w:rPr>
              <w:t xml:space="preserve"> </w:t>
            </w:r>
            <w:proofErr w:type="gramStart"/>
            <w:r w:rsidRPr="005931D4">
              <w:rPr>
                <w:color w:val="000000" w:themeColor="text1"/>
                <w:sz w:val="19"/>
                <w:lang w:val="pt-PT"/>
              </w:rPr>
              <w:t xml:space="preserve">Algarve  </w:t>
            </w:r>
            <w:r w:rsidRPr="005931D4">
              <w:rPr>
                <w:rFonts w:ascii="Segoe UI Symbol" w:hAnsi="Segoe UI Symbol" w:cs="Segoe UI Symbol"/>
                <w:color w:val="000000" w:themeColor="text1"/>
                <w:sz w:val="19"/>
                <w:lang w:val="pt-PT"/>
              </w:rPr>
              <w:t>☐</w:t>
            </w:r>
            <w:proofErr w:type="gramEnd"/>
            <w:r w:rsidRPr="005931D4">
              <w:rPr>
                <w:color w:val="000000" w:themeColor="text1"/>
                <w:sz w:val="19"/>
                <w:lang w:val="pt-PT"/>
              </w:rPr>
              <w:t xml:space="preserve"> </w:t>
            </w:r>
            <w:proofErr w:type="gramStart"/>
            <w:r w:rsidRPr="005931D4">
              <w:rPr>
                <w:color w:val="000000" w:themeColor="text1"/>
                <w:sz w:val="19"/>
                <w:lang w:val="pt-PT"/>
              </w:rPr>
              <w:t xml:space="preserve">Madeira  </w:t>
            </w:r>
            <w:r w:rsidRPr="005931D4">
              <w:rPr>
                <w:rFonts w:ascii="Segoe UI Symbol" w:hAnsi="Segoe UI Symbol" w:cs="Segoe UI Symbol"/>
                <w:color w:val="000000" w:themeColor="text1"/>
                <w:sz w:val="19"/>
                <w:lang w:val="pt-PT"/>
              </w:rPr>
              <w:t>☐</w:t>
            </w:r>
            <w:proofErr w:type="gramEnd"/>
            <w:r w:rsidRPr="005931D4">
              <w:rPr>
                <w:color w:val="000000" w:themeColor="text1"/>
                <w:sz w:val="19"/>
                <w:lang w:val="pt-PT"/>
              </w:rPr>
              <w:t xml:space="preserve"> Açores</w:t>
            </w:r>
          </w:p>
        </w:tc>
      </w:tr>
    </w:tbl>
    <w:p w14:paraId="0E83997B" w14:textId="77777777" w:rsidR="00D56AFB" w:rsidRPr="005931D4" w:rsidRDefault="00D56AFB" w:rsidP="004B2CD6">
      <w:pPr>
        <w:spacing w:after="20"/>
        <w:jc w:val="both"/>
        <w:rPr>
          <w:color w:val="000000" w:themeColor="text1"/>
          <w:lang w:val="pt-PT"/>
        </w:rPr>
      </w:pPr>
    </w:p>
    <w:tbl>
      <w:tblPr>
        <w:tblStyle w:val="TabelacomGrelha"/>
        <w:tblW w:w="9300" w:type="dxa"/>
        <w:tblInd w:w="110" w:type="dxa"/>
        <w:tblLayout w:type="fixed"/>
        <w:tblLook w:val="04A0" w:firstRow="1" w:lastRow="0" w:firstColumn="1" w:lastColumn="0" w:noHBand="0" w:noVBand="1"/>
      </w:tblPr>
      <w:tblGrid>
        <w:gridCol w:w="9300"/>
      </w:tblGrid>
      <w:tr w:rsidR="00D56AFB" w:rsidRPr="006E2932" w14:paraId="49E443FD" w14:textId="77777777">
        <w:trPr>
          <w:tblHeader/>
        </w:trPr>
        <w:tc>
          <w:tcPr>
            <w:tcW w:w="9300" w:type="dxa"/>
            <w:shd w:val="clear" w:color="auto" w:fill="F4F6F9"/>
            <w:tcMar>
              <w:top w:w="90" w:type="dxa"/>
              <w:left w:w="110" w:type="dxa"/>
              <w:bottom w:w="90" w:type="dxa"/>
              <w:right w:w="110" w:type="dxa"/>
            </w:tcMar>
            <w:vAlign w:val="center"/>
          </w:tcPr>
          <w:p w14:paraId="69A3BF06" w14:textId="77777777" w:rsidR="00D56AFB" w:rsidRPr="005931D4" w:rsidRDefault="00B80BC3" w:rsidP="004B2CD6">
            <w:pPr>
              <w:spacing w:after="30" w:line="240" w:lineRule="auto"/>
              <w:jc w:val="both"/>
              <w:rPr>
                <w:color w:val="000000" w:themeColor="text1"/>
                <w:lang w:val="pt-PT"/>
              </w:rPr>
            </w:pPr>
            <w:r w:rsidRPr="005931D4">
              <w:rPr>
                <w:b/>
                <w:color w:val="000000" w:themeColor="text1"/>
                <w:sz w:val="18"/>
                <w:lang w:val="pt-PT"/>
              </w:rPr>
              <w:t xml:space="preserve">Nota: </w:t>
            </w:r>
            <w:r w:rsidRPr="005931D4">
              <w:rPr>
                <w:color w:val="000000" w:themeColor="text1"/>
                <w:sz w:val="18"/>
                <w:lang w:val="pt-PT"/>
              </w:rPr>
              <w:t>6 candidatos: presidente, vice-presidente, 3 vogais e 1 suplente.</w:t>
            </w:r>
          </w:p>
        </w:tc>
      </w:tr>
    </w:tbl>
    <w:p w14:paraId="55110F95" w14:textId="77777777" w:rsidR="00D56AFB" w:rsidRPr="005931D4" w:rsidRDefault="00D56AFB" w:rsidP="004B2CD6">
      <w:pPr>
        <w:spacing w:after="20"/>
        <w:jc w:val="both"/>
        <w:rPr>
          <w:color w:val="000000" w:themeColor="text1"/>
          <w:lang w:val="pt-PT"/>
        </w:rPr>
      </w:pPr>
    </w:p>
    <w:tbl>
      <w:tblPr>
        <w:tblStyle w:val="TabelacomGrelha"/>
        <w:tblW w:w="9300" w:type="dxa"/>
        <w:tblInd w:w="110" w:type="dxa"/>
        <w:tblLayout w:type="fixed"/>
        <w:tblLook w:val="04A0" w:firstRow="1" w:lastRow="0" w:firstColumn="1" w:lastColumn="0" w:noHBand="0" w:noVBand="1"/>
      </w:tblPr>
      <w:tblGrid>
        <w:gridCol w:w="1500"/>
        <w:gridCol w:w="3500"/>
        <w:gridCol w:w="1200"/>
        <w:gridCol w:w="1400"/>
        <w:gridCol w:w="1700"/>
      </w:tblGrid>
      <w:tr w:rsidR="00CD2577" w:rsidRPr="00CD2577" w14:paraId="22E6CDFC" w14:textId="77777777">
        <w:trPr>
          <w:tblHeader/>
        </w:trPr>
        <w:tc>
          <w:tcPr>
            <w:tcW w:w="1500" w:type="dxa"/>
            <w:shd w:val="clear" w:color="auto" w:fill="17365D"/>
            <w:tcMar>
              <w:top w:w="90" w:type="dxa"/>
              <w:left w:w="110" w:type="dxa"/>
              <w:bottom w:w="90" w:type="dxa"/>
              <w:right w:w="110" w:type="dxa"/>
            </w:tcMar>
            <w:vAlign w:val="center"/>
          </w:tcPr>
          <w:p w14:paraId="0A8FBCB2"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Cargo</w:t>
            </w:r>
          </w:p>
        </w:tc>
        <w:tc>
          <w:tcPr>
            <w:tcW w:w="3500" w:type="dxa"/>
            <w:shd w:val="clear" w:color="auto" w:fill="17365D"/>
            <w:tcMar>
              <w:top w:w="90" w:type="dxa"/>
              <w:left w:w="110" w:type="dxa"/>
              <w:bottom w:w="90" w:type="dxa"/>
              <w:right w:w="110" w:type="dxa"/>
            </w:tcMar>
            <w:vAlign w:val="center"/>
          </w:tcPr>
          <w:p w14:paraId="4746ABEA"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 xml:space="preserve">Nome </w:t>
            </w:r>
            <w:proofErr w:type="spellStart"/>
            <w:r w:rsidRPr="00CD2577">
              <w:rPr>
                <w:b/>
                <w:color w:val="FFFFFF" w:themeColor="background1"/>
                <w:sz w:val="17"/>
              </w:rPr>
              <w:t>completo</w:t>
            </w:r>
            <w:proofErr w:type="spellEnd"/>
          </w:p>
        </w:tc>
        <w:tc>
          <w:tcPr>
            <w:tcW w:w="1200" w:type="dxa"/>
            <w:shd w:val="clear" w:color="auto" w:fill="17365D"/>
            <w:tcMar>
              <w:top w:w="90" w:type="dxa"/>
              <w:left w:w="110" w:type="dxa"/>
              <w:bottom w:w="90" w:type="dxa"/>
              <w:right w:w="110" w:type="dxa"/>
            </w:tcMar>
            <w:vAlign w:val="center"/>
          </w:tcPr>
          <w:p w14:paraId="7D3E1322" w14:textId="77777777" w:rsidR="00D56AFB" w:rsidRPr="00CD2577" w:rsidRDefault="00B80BC3" w:rsidP="004B2CD6">
            <w:pPr>
              <w:spacing w:after="30" w:line="240" w:lineRule="auto"/>
              <w:jc w:val="both"/>
              <w:rPr>
                <w:color w:val="FFFFFF" w:themeColor="background1"/>
              </w:rPr>
            </w:pPr>
            <w:proofErr w:type="gramStart"/>
            <w:r w:rsidRPr="00CD2577">
              <w:rPr>
                <w:b/>
                <w:color w:val="FFFFFF" w:themeColor="background1"/>
                <w:sz w:val="17"/>
              </w:rPr>
              <w:t>N.º</w:t>
            </w:r>
            <w:proofErr w:type="gramEnd"/>
            <w:r w:rsidRPr="00CD2577">
              <w:rPr>
                <w:b/>
                <w:color w:val="FFFFFF" w:themeColor="background1"/>
                <w:sz w:val="17"/>
              </w:rPr>
              <w:t xml:space="preserve"> de </w:t>
            </w:r>
            <w:proofErr w:type="spellStart"/>
            <w:r w:rsidRPr="00CD2577">
              <w:rPr>
                <w:b/>
                <w:color w:val="FFFFFF" w:themeColor="background1"/>
                <w:sz w:val="17"/>
              </w:rPr>
              <w:t>membro</w:t>
            </w:r>
            <w:proofErr w:type="spellEnd"/>
          </w:p>
        </w:tc>
        <w:tc>
          <w:tcPr>
            <w:tcW w:w="1400" w:type="dxa"/>
            <w:shd w:val="clear" w:color="auto" w:fill="17365D"/>
            <w:tcMar>
              <w:top w:w="90" w:type="dxa"/>
              <w:left w:w="110" w:type="dxa"/>
              <w:bottom w:w="90" w:type="dxa"/>
              <w:right w:w="110" w:type="dxa"/>
            </w:tcMar>
            <w:vAlign w:val="center"/>
          </w:tcPr>
          <w:p w14:paraId="51710B77"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Secção regional</w:t>
            </w:r>
          </w:p>
        </w:tc>
        <w:tc>
          <w:tcPr>
            <w:tcW w:w="1700" w:type="dxa"/>
            <w:shd w:val="clear" w:color="auto" w:fill="17365D"/>
            <w:tcMar>
              <w:top w:w="90" w:type="dxa"/>
              <w:left w:w="110" w:type="dxa"/>
              <w:bottom w:w="90" w:type="dxa"/>
              <w:right w:w="110" w:type="dxa"/>
            </w:tcMar>
            <w:vAlign w:val="center"/>
          </w:tcPr>
          <w:p w14:paraId="78D1C7B1" w14:textId="77777777" w:rsidR="00D56AFB" w:rsidRPr="00CD2577" w:rsidRDefault="00B80BC3" w:rsidP="004B2CD6">
            <w:pPr>
              <w:spacing w:after="30" w:line="240" w:lineRule="auto"/>
              <w:jc w:val="both"/>
              <w:rPr>
                <w:color w:val="FFFFFF" w:themeColor="background1"/>
              </w:rPr>
            </w:pPr>
            <w:proofErr w:type="spellStart"/>
            <w:r w:rsidRPr="00CD2577">
              <w:rPr>
                <w:b/>
                <w:color w:val="FFFFFF" w:themeColor="background1"/>
                <w:sz w:val="17"/>
              </w:rPr>
              <w:t>Assinatura</w:t>
            </w:r>
            <w:proofErr w:type="spellEnd"/>
          </w:p>
        </w:tc>
      </w:tr>
      <w:tr w:rsidR="004B2CD6" w:rsidRPr="00CD2577" w14:paraId="29CC0696" w14:textId="77777777">
        <w:trPr>
          <w:cantSplit/>
          <w:trHeight w:val="442"/>
        </w:trPr>
        <w:tc>
          <w:tcPr>
            <w:tcW w:w="1500" w:type="dxa"/>
            <w:tcMar>
              <w:top w:w="90" w:type="dxa"/>
              <w:left w:w="110" w:type="dxa"/>
              <w:bottom w:w="90" w:type="dxa"/>
              <w:right w:w="110" w:type="dxa"/>
            </w:tcMar>
            <w:vAlign w:val="center"/>
          </w:tcPr>
          <w:p w14:paraId="0B78F99E" w14:textId="77777777" w:rsidR="004B2CD6" w:rsidRPr="00CD2577" w:rsidRDefault="004B2CD6" w:rsidP="004B2CD6">
            <w:pPr>
              <w:spacing w:after="30" w:line="240" w:lineRule="auto"/>
              <w:jc w:val="both"/>
              <w:rPr>
                <w:color w:val="000000" w:themeColor="text1"/>
              </w:rPr>
            </w:pPr>
            <w:r w:rsidRPr="00CD2577">
              <w:rPr>
                <w:b/>
                <w:color w:val="000000" w:themeColor="text1"/>
                <w:sz w:val="17"/>
              </w:rPr>
              <w:t>Presidente</w:t>
            </w:r>
          </w:p>
        </w:tc>
        <w:tc>
          <w:tcPr>
            <w:tcW w:w="3500" w:type="dxa"/>
            <w:tcMar>
              <w:top w:w="90" w:type="dxa"/>
              <w:left w:w="110" w:type="dxa"/>
              <w:bottom w:w="90" w:type="dxa"/>
              <w:right w:w="110" w:type="dxa"/>
            </w:tcMar>
            <w:vAlign w:val="center"/>
          </w:tcPr>
          <w:p w14:paraId="3B0CD74C" w14:textId="58292C93"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76AC6196"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4E28B5AC"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0ACE5CD5"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49BA3ED4" w14:textId="77777777">
        <w:trPr>
          <w:cantSplit/>
          <w:trHeight w:val="442"/>
        </w:trPr>
        <w:tc>
          <w:tcPr>
            <w:tcW w:w="1500" w:type="dxa"/>
            <w:tcMar>
              <w:top w:w="90" w:type="dxa"/>
              <w:left w:w="110" w:type="dxa"/>
              <w:bottom w:w="90" w:type="dxa"/>
              <w:right w:w="110" w:type="dxa"/>
            </w:tcMar>
            <w:vAlign w:val="center"/>
          </w:tcPr>
          <w:p w14:paraId="13256C9B" w14:textId="77777777" w:rsidR="004B2CD6" w:rsidRPr="00CD2577" w:rsidRDefault="004B2CD6" w:rsidP="004B2CD6">
            <w:pPr>
              <w:spacing w:after="30" w:line="240" w:lineRule="auto"/>
              <w:jc w:val="both"/>
              <w:rPr>
                <w:color w:val="000000" w:themeColor="text1"/>
              </w:rPr>
            </w:pPr>
            <w:r w:rsidRPr="00CD2577">
              <w:rPr>
                <w:b/>
                <w:color w:val="000000" w:themeColor="text1"/>
                <w:sz w:val="17"/>
              </w:rPr>
              <w:t>Vice-</w:t>
            </w:r>
            <w:proofErr w:type="spellStart"/>
            <w:r w:rsidRPr="00CD2577">
              <w:rPr>
                <w:b/>
                <w:color w:val="000000" w:themeColor="text1"/>
                <w:sz w:val="17"/>
              </w:rPr>
              <w:t>presidente</w:t>
            </w:r>
            <w:proofErr w:type="spellEnd"/>
          </w:p>
        </w:tc>
        <w:tc>
          <w:tcPr>
            <w:tcW w:w="3500" w:type="dxa"/>
            <w:tcMar>
              <w:top w:w="90" w:type="dxa"/>
              <w:left w:w="110" w:type="dxa"/>
              <w:bottom w:w="90" w:type="dxa"/>
              <w:right w:w="110" w:type="dxa"/>
            </w:tcMar>
            <w:vAlign w:val="center"/>
          </w:tcPr>
          <w:p w14:paraId="1DC42E0F" w14:textId="3E9FD599"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0A27AE53"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2F575476"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444FF015"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7E890AB3" w14:textId="77777777">
        <w:trPr>
          <w:cantSplit/>
          <w:trHeight w:val="442"/>
        </w:trPr>
        <w:tc>
          <w:tcPr>
            <w:tcW w:w="1500" w:type="dxa"/>
            <w:tcMar>
              <w:top w:w="90" w:type="dxa"/>
              <w:left w:w="110" w:type="dxa"/>
              <w:bottom w:w="90" w:type="dxa"/>
              <w:right w:w="110" w:type="dxa"/>
            </w:tcMar>
            <w:vAlign w:val="center"/>
          </w:tcPr>
          <w:p w14:paraId="090925C2"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w:t>
            </w:r>
          </w:p>
        </w:tc>
        <w:tc>
          <w:tcPr>
            <w:tcW w:w="3500" w:type="dxa"/>
            <w:tcMar>
              <w:top w:w="90" w:type="dxa"/>
              <w:left w:w="110" w:type="dxa"/>
              <w:bottom w:w="90" w:type="dxa"/>
              <w:right w:w="110" w:type="dxa"/>
            </w:tcMar>
            <w:vAlign w:val="center"/>
          </w:tcPr>
          <w:p w14:paraId="3EFA35AE" w14:textId="14D23264"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1FEA2283"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743ACE4F"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0F099AEC"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20F947F8" w14:textId="77777777">
        <w:trPr>
          <w:cantSplit/>
          <w:trHeight w:val="442"/>
        </w:trPr>
        <w:tc>
          <w:tcPr>
            <w:tcW w:w="1500" w:type="dxa"/>
            <w:tcMar>
              <w:top w:w="90" w:type="dxa"/>
              <w:left w:w="110" w:type="dxa"/>
              <w:bottom w:w="90" w:type="dxa"/>
              <w:right w:w="110" w:type="dxa"/>
            </w:tcMar>
            <w:vAlign w:val="center"/>
          </w:tcPr>
          <w:p w14:paraId="6A6C735B"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2</w:t>
            </w:r>
          </w:p>
        </w:tc>
        <w:tc>
          <w:tcPr>
            <w:tcW w:w="3500" w:type="dxa"/>
            <w:tcMar>
              <w:top w:w="90" w:type="dxa"/>
              <w:left w:w="110" w:type="dxa"/>
              <w:bottom w:w="90" w:type="dxa"/>
              <w:right w:w="110" w:type="dxa"/>
            </w:tcMar>
            <w:vAlign w:val="center"/>
          </w:tcPr>
          <w:p w14:paraId="5D924D56" w14:textId="5EE3D7B4"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50ADCFEE"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370EC8AF"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4D35B8A4"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19EA44F3" w14:textId="77777777">
        <w:trPr>
          <w:cantSplit/>
          <w:trHeight w:val="442"/>
        </w:trPr>
        <w:tc>
          <w:tcPr>
            <w:tcW w:w="1500" w:type="dxa"/>
            <w:tcMar>
              <w:top w:w="90" w:type="dxa"/>
              <w:left w:w="110" w:type="dxa"/>
              <w:bottom w:w="90" w:type="dxa"/>
              <w:right w:w="110" w:type="dxa"/>
            </w:tcMar>
            <w:vAlign w:val="center"/>
          </w:tcPr>
          <w:p w14:paraId="164AA726"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3</w:t>
            </w:r>
          </w:p>
        </w:tc>
        <w:tc>
          <w:tcPr>
            <w:tcW w:w="3500" w:type="dxa"/>
            <w:tcMar>
              <w:top w:w="90" w:type="dxa"/>
              <w:left w:w="110" w:type="dxa"/>
              <w:bottom w:w="90" w:type="dxa"/>
              <w:right w:w="110" w:type="dxa"/>
            </w:tcMar>
            <w:vAlign w:val="center"/>
          </w:tcPr>
          <w:p w14:paraId="48FB1D2B" w14:textId="65D70920"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649AD595"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2300A29A"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6A6AAFE1"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1553FD4C" w14:textId="77777777">
        <w:trPr>
          <w:cantSplit/>
          <w:trHeight w:val="442"/>
        </w:trPr>
        <w:tc>
          <w:tcPr>
            <w:tcW w:w="1500" w:type="dxa"/>
            <w:tcMar>
              <w:top w:w="90" w:type="dxa"/>
              <w:left w:w="110" w:type="dxa"/>
              <w:bottom w:w="90" w:type="dxa"/>
              <w:right w:w="110" w:type="dxa"/>
            </w:tcMar>
            <w:vAlign w:val="center"/>
          </w:tcPr>
          <w:p w14:paraId="4B63DB91"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7"/>
              </w:rPr>
              <w:t>Suplente</w:t>
            </w:r>
            <w:proofErr w:type="spellEnd"/>
          </w:p>
        </w:tc>
        <w:tc>
          <w:tcPr>
            <w:tcW w:w="3500" w:type="dxa"/>
            <w:tcMar>
              <w:top w:w="90" w:type="dxa"/>
              <w:left w:w="110" w:type="dxa"/>
              <w:bottom w:w="90" w:type="dxa"/>
              <w:right w:w="110" w:type="dxa"/>
            </w:tcMar>
            <w:vAlign w:val="center"/>
          </w:tcPr>
          <w:p w14:paraId="50EB39D8" w14:textId="058610AE"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6B16EA15"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691F26EE"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6B2569AD"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bl>
    <w:p w14:paraId="52291238" w14:textId="77777777" w:rsidR="00D56AFB" w:rsidRPr="00CD2577" w:rsidRDefault="00D56AFB" w:rsidP="004B2CD6">
      <w:pPr>
        <w:spacing w:after="20"/>
        <w:jc w:val="both"/>
        <w:rPr>
          <w:color w:val="000000" w:themeColor="text1"/>
        </w:rPr>
      </w:pP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31513D1A" w14:textId="77777777">
        <w:trPr>
          <w:cantSplit/>
          <w:tblHeader/>
        </w:trPr>
        <w:tc>
          <w:tcPr>
            <w:tcW w:w="2200" w:type="dxa"/>
            <w:shd w:val="clear" w:color="auto" w:fill="E8EEF5"/>
            <w:tcMar>
              <w:top w:w="90" w:type="dxa"/>
              <w:left w:w="110" w:type="dxa"/>
              <w:bottom w:w="90" w:type="dxa"/>
              <w:right w:w="110" w:type="dxa"/>
            </w:tcMar>
            <w:vAlign w:val="center"/>
          </w:tcPr>
          <w:p w14:paraId="0CACBE5F" w14:textId="77777777" w:rsidR="004B2CD6" w:rsidRPr="00CD2577" w:rsidRDefault="004B2CD6" w:rsidP="004B2CD6">
            <w:pPr>
              <w:spacing w:after="30" w:line="240" w:lineRule="auto"/>
              <w:jc w:val="both"/>
              <w:rPr>
                <w:color w:val="000000" w:themeColor="text1"/>
              </w:rPr>
            </w:pPr>
            <w:r w:rsidRPr="00CD2577">
              <w:rPr>
                <w:b/>
                <w:color w:val="000000" w:themeColor="text1"/>
                <w:sz w:val="18"/>
              </w:rPr>
              <w:t>Local e data</w:t>
            </w:r>
          </w:p>
        </w:tc>
        <w:tc>
          <w:tcPr>
            <w:tcW w:w="7100" w:type="dxa"/>
            <w:tcMar>
              <w:top w:w="90" w:type="dxa"/>
              <w:left w:w="110" w:type="dxa"/>
              <w:bottom w:w="90" w:type="dxa"/>
              <w:right w:w="110" w:type="dxa"/>
            </w:tcMar>
            <w:vAlign w:val="center"/>
          </w:tcPr>
          <w:p w14:paraId="5A0FF5B0" w14:textId="531FF42F" w:rsidR="004B2CD6" w:rsidRPr="00CD2577" w:rsidRDefault="004B2CD6" w:rsidP="004B2CD6">
            <w:pPr>
              <w:spacing w:after="30" w:line="240" w:lineRule="auto"/>
              <w:jc w:val="both"/>
              <w:rPr>
                <w:color w:val="000000" w:themeColor="text1"/>
              </w:rPr>
            </w:pPr>
          </w:p>
        </w:tc>
      </w:tr>
      <w:tr w:rsidR="004B2CD6" w:rsidRPr="006E2932" w14:paraId="6EF18FC5" w14:textId="77777777">
        <w:trPr>
          <w:cantSplit/>
        </w:trPr>
        <w:tc>
          <w:tcPr>
            <w:tcW w:w="2200" w:type="dxa"/>
            <w:shd w:val="clear" w:color="auto" w:fill="E8EEF5"/>
            <w:tcMar>
              <w:top w:w="90" w:type="dxa"/>
              <w:left w:w="110" w:type="dxa"/>
              <w:bottom w:w="90" w:type="dxa"/>
              <w:right w:w="110" w:type="dxa"/>
            </w:tcMar>
            <w:vAlign w:val="center"/>
          </w:tcPr>
          <w:p w14:paraId="14A1D1F5" w14:textId="77777777" w:rsidR="004B2CD6" w:rsidRPr="005931D4" w:rsidRDefault="004B2CD6" w:rsidP="004B2CD6">
            <w:pPr>
              <w:spacing w:after="30" w:line="240" w:lineRule="auto"/>
              <w:jc w:val="both"/>
              <w:rPr>
                <w:color w:val="000000" w:themeColor="text1"/>
                <w:lang w:val="pt-PT"/>
              </w:rPr>
            </w:pPr>
            <w:r w:rsidRPr="005931D4">
              <w:rPr>
                <w:b/>
                <w:color w:val="000000" w:themeColor="text1"/>
                <w:sz w:val="18"/>
                <w:lang w:val="pt-PT"/>
              </w:rPr>
              <w:t>Assinatura do/a delegado/a</w:t>
            </w:r>
          </w:p>
        </w:tc>
        <w:tc>
          <w:tcPr>
            <w:tcW w:w="7100" w:type="dxa"/>
            <w:tcMar>
              <w:top w:w="90" w:type="dxa"/>
              <w:left w:w="110" w:type="dxa"/>
              <w:bottom w:w="90" w:type="dxa"/>
              <w:right w:w="110" w:type="dxa"/>
            </w:tcMar>
            <w:vAlign w:val="center"/>
          </w:tcPr>
          <w:p w14:paraId="1F0070BC" w14:textId="77777777" w:rsidR="004B2CD6" w:rsidRPr="005931D4" w:rsidRDefault="004B2CD6" w:rsidP="004B2CD6">
            <w:pPr>
              <w:spacing w:after="30" w:line="240" w:lineRule="auto"/>
              <w:jc w:val="both"/>
              <w:rPr>
                <w:color w:val="000000" w:themeColor="text1"/>
                <w:lang w:val="pt-PT"/>
              </w:rPr>
            </w:pPr>
            <w:r w:rsidRPr="005931D4">
              <w:rPr>
                <w:color w:val="000000" w:themeColor="text1"/>
                <w:sz w:val="19"/>
                <w:lang w:val="pt-PT"/>
              </w:rPr>
              <w:t>Assinar manualmente ou apor assinatura eletrónica válida</w:t>
            </w:r>
          </w:p>
        </w:tc>
      </w:tr>
    </w:tbl>
    <w:p w14:paraId="4425709A" w14:textId="77777777" w:rsidR="00D56AFB" w:rsidRPr="005931D4" w:rsidRDefault="00D56AFB" w:rsidP="004B2CD6">
      <w:pPr>
        <w:spacing w:after="20"/>
        <w:jc w:val="both"/>
        <w:rPr>
          <w:color w:val="000000" w:themeColor="text1"/>
          <w:lang w:val="pt-PT"/>
        </w:rPr>
      </w:pPr>
    </w:p>
    <w:p w14:paraId="6B5D9D55" w14:textId="77777777" w:rsidR="00D56AFB" w:rsidRPr="005931D4" w:rsidRDefault="00B80BC3" w:rsidP="004B2CD6">
      <w:pPr>
        <w:jc w:val="both"/>
        <w:rPr>
          <w:color w:val="000000" w:themeColor="text1"/>
          <w:lang w:val="pt-PT"/>
        </w:rPr>
      </w:pPr>
      <w:r w:rsidRPr="005931D4">
        <w:rPr>
          <w:color w:val="000000" w:themeColor="text1"/>
          <w:lang w:val="pt-PT"/>
        </w:rPr>
        <w:br w:type="page"/>
      </w:r>
    </w:p>
    <w:p w14:paraId="0169BA79" w14:textId="77777777" w:rsidR="00D56AFB" w:rsidRPr="005931D4" w:rsidRDefault="00B80BC3" w:rsidP="004B2CD6">
      <w:pPr>
        <w:keepNext/>
        <w:spacing w:before="40" w:after="40"/>
        <w:jc w:val="both"/>
        <w:rPr>
          <w:color w:val="000000" w:themeColor="text1"/>
          <w:lang w:val="pt-PT"/>
        </w:rPr>
      </w:pPr>
      <w:r w:rsidRPr="005931D4">
        <w:rPr>
          <w:b/>
          <w:color w:val="000000" w:themeColor="text1"/>
          <w:sz w:val="17"/>
          <w:lang w:val="pt-PT"/>
        </w:rPr>
        <w:lastRenderedPageBreak/>
        <w:t>F11</w:t>
      </w:r>
    </w:p>
    <w:p w14:paraId="50235958" w14:textId="77777777" w:rsidR="00D56AFB" w:rsidRPr="005931D4" w:rsidRDefault="00B80BC3" w:rsidP="004B2CD6">
      <w:pPr>
        <w:pStyle w:val="Ttulo1"/>
        <w:jc w:val="both"/>
        <w:rPr>
          <w:color w:val="000000" w:themeColor="text1"/>
          <w:lang w:val="pt-PT"/>
        </w:rPr>
      </w:pPr>
      <w:r w:rsidRPr="005931D4">
        <w:rPr>
          <w:color w:val="000000" w:themeColor="text1"/>
          <w:lang w:val="pt-PT"/>
        </w:rPr>
        <w:t>Lista de candidatos ao Conselho de Disciplina Regional</w:t>
      </w:r>
    </w:p>
    <w:p w14:paraId="7727774F" w14:textId="77777777" w:rsidR="00D56AFB" w:rsidRPr="00CD2577" w:rsidRDefault="00B80BC3" w:rsidP="004B2CD6">
      <w:pPr>
        <w:keepNext/>
        <w:spacing w:after="160"/>
        <w:jc w:val="both"/>
        <w:rPr>
          <w:color w:val="000000" w:themeColor="text1"/>
        </w:rPr>
      </w:pPr>
      <w:proofErr w:type="spellStart"/>
      <w:r w:rsidRPr="00CD2577">
        <w:rPr>
          <w:color w:val="000000" w:themeColor="text1"/>
          <w:sz w:val="19"/>
        </w:rPr>
        <w:t>Órgão</w:t>
      </w:r>
      <w:proofErr w:type="spellEnd"/>
      <w:r w:rsidRPr="00CD2577">
        <w:rPr>
          <w:color w:val="000000" w:themeColor="text1"/>
          <w:sz w:val="19"/>
        </w:rPr>
        <w:t xml:space="preserve"> regional | Mandato 2027–2029</w:t>
      </w: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63308938" w14:textId="77777777">
        <w:trPr>
          <w:cantSplit/>
          <w:tblHeader/>
        </w:trPr>
        <w:tc>
          <w:tcPr>
            <w:tcW w:w="2200" w:type="dxa"/>
            <w:shd w:val="clear" w:color="auto" w:fill="E8EEF5"/>
            <w:tcMar>
              <w:top w:w="90" w:type="dxa"/>
              <w:left w:w="110" w:type="dxa"/>
              <w:bottom w:w="90" w:type="dxa"/>
              <w:right w:w="110" w:type="dxa"/>
            </w:tcMar>
            <w:vAlign w:val="center"/>
          </w:tcPr>
          <w:p w14:paraId="4018FE0C"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Designação</w:t>
            </w:r>
            <w:proofErr w:type="spellEnd"/>
            <w:r w:rsidRPr="00CD2577">
              <w:rPr>
                <w:b/>
                <w:color w:val="000000" w:themeColor="text1"/>
                <w:sz w:val="18"/>
              </w:rPr>
              <w:t xml:space="preserve"> da </w:t>
            </w:r>
            <w:proofErr w:type="spellStart"/>
            <w:r w:rsidRPr="00CD2577">
              <w:rPr>
                <w:b/>
                <w:color w:val="000000" w:themeColor="text1"/>
                <w:sz w:val="18"/>
              </w:rPr>
              <w:t>candidatura</w:t>
            </w:r>
            <w:proofErr w:type="spellEnd"/>
          </w:p>
        </w:tc>
        <w:tc>
          <w:tcPr>
            <w:tcW w:w="7100" w:type="dxa"/>
            <w:tcMar>
              <w:top w:w="90" w:type="dxa"/>
              <w:left w:w="110" w:type="dxa"/>
              <w:bottom w:w="90" w:type="dxa"/>
              <w:right w:w="110" w:type="dxa"/>
            </w:tcMar>
            <w:vAlign w:val="center"/>
          </w:tcPr>
          <w:p w14:paraId="19D6DEDD" w14:textId="241C394B" w:rsidR="004B2CD6" w:rsidRPr="00CD2577" w:rsidRDefault="004B2CD6" w:rsidP="004B2CD6">
            <w:pPr>
              <w:spacing w:after="30" w:line="240" w:lineRule="auto"/>
              <w:jc w:val="both"/>
              <w:rPr>
                <w:color w:val="000000" w:themeColor="text1"/>
              </w:rPr>
            </w:pPr>
          </w:p>
        </w:tc>
      </w:tr>
      <w:tr w:rsidR="004B2CD6" w:rsidRPr="006E2932" w14:paraId="7DDDE9A6" w14:textId="77777777">
        <w:trPr>
          <w:cantSplit/>
        </w:trPr>
        <w:tc>
          <w:tcPr>
            <w:tcW w:w="2200" w:type="dxa"/>
            <w:shd w:val="clear" w:color="auto" w:fill="E8EEF5"/>
            <w:tcMar>
              <w:top w:w="90" w:type="dxa"/>
              <w:left w:w="110" w:type="dxa"/>
              <w:bottom w:w="90" w:type="dxa"/>
              <w:right w:w="110" w:type="dxa"/>
            </w:tcMar>
            <w:vAlign w:val="center"/>
          </w:tcPr>
          <w:p w14:paraId="580D0761" w14:textId="77777777" w:rsidR="004B2CD6" w:rsidRPr="00CD2577" w:rsidRDefault="004B2CD6" w:rsidP="004B2CD6">
            <w:pPr>
              <w:spacing w:after="30" w:line="240" w:lineRule="auto"/>
              <w:jc w:val="both"/>
              <w:rPr>
                <w:color w:val="000000" w:themeColor="text1"/>
              </w:rPr>
            </w:pPr>
            <w:r w:rsidRPr="00CD2577">
              <w:rPr>
                <w:b/>
                <w:color w:val="000000" w:themeColor="text1"/>
                <w:sz w:val="18"/>
              </w:rPr>
              <w:t>Secção regional</w:t>
            </w:r>
          </w:p>
        </w:tc>
        <w:tc>
          <w:tcPr>
            <w:tcW w:w="7100" w:type="dxa"/>
            <w:tcMar>
              <w:top w:w="90" w:type="dxa"/>
              <w:left w:w="110" w:type="dxa"/>
              <w:bottom w:w="90" w:type="dxa"/>
              <w:right w:w="110" w:type="dxa"/>
            </w:tcMar>
            <w:vAlign w:val="center"/>
          </w:tcPr>
          <w:p w14:paraId="06E0EC82" w14:textId="77777777" w:rsidR="004B2CD6" w:rsidRPr="005931D4" w:rsidRDefault="004B2CD6" w:rsidP="004B2CD6">
            <w:pPr>
              <w:spacing w:after="30" w:line="240" w:lineRule="auto"/>
              <w:jc w:val="both"/>
              <w:rPr>
                <w:color w:val="000000" w:themeColor="text1"/>
                <w:lang w:val="pt-PT"/>
              </w:rPr>
            </w:pPr>
            <w:r w:rsidRPr="005931D4">
              <w:rPr>
                <w:rFonts w:ascii="Segoe UI Symbol" w:hAnsi="Segoe UI Symbol" w:cs="Segoe UI Symbol"/>
                <w:color w:val="000000" w:themeColor="text1"/>
                <w:sz w:val="19"/>
                <w:lang w:val="pt-PT"/>
              </w:rPr>
              <w:t>☐</w:t>
            </w:r>
            <w:r w:rsidRPr="005931D4">
              <w:rPr>
                <w:color w:val="000000" w:themeColor="text1"/>
                <w:sz w:val="19"/>
                <w:lang w:val="pt-PT"/>
              </w:rPr>
              <w:t xml:space="preserve"> </w:t>
            </w:r>
            <w:proofErr w:type="gramStart"/>
            <w:r w:rsidRPr="005931D4">
              <w:rPr>
                <w:color w:val="000000" w:themeColor="text1"/>
                <w:sz w:val="19"/>
                <w:lang w:val="pt-PT"/>
              </w:rPr>
              <w:t xml:space="preserve">Norte  </w:t>
            </w:r>
            <w:r w:rsidRPr="005931D4">
              <w:rPr>
                <w:rFonts w:ascii="Segoe UI Symbol" w:hAnsi="Segoe UI Symbol" w:cs="Segoe UI Symbol"/>
                <w:color w:val="000000" w:themeColor="text1"/>
                <w:sz w:val="19"/>
                <w:lang w:val="pt-PT"/>
              </w:rPr>
              <w:t>☐</w:t>
            </w:r>
            <w:proofErr w:type="gramEnd"/>
            <w:r w:rsidRPr="005931D4">
              <w:rPr>
                <w:color w:val="000000" w:themeColor="text1"/>
                <w:sz w:val="19"/>
                <w:lang w:val="pt-PT"/>
              </w:rPr>
              <w:t xml:space="preserve"> </w:t>
            </w:r>
            <w:proofErr w:type="gramStart"/>
            <w:r w:rsidRPr="005931D4">
              <w:rPr>
                <w:color w:val="000000" w:themeColor="text1"/>
                <w:sz w:val="19"/>
                <w:lang w:val="pt-PT"/>
              </w:rPr>
              <w:t xml:space="preserve">Centro  </w:t>
            </w:r>
            <w:r w:rsidRPr="005931D4">
              <w:rPr>
                <w:rFonts w:ascii="Segoe UI Symbol" w:hAnsi="Segoe UI Symbol" w:cs="Segoe UI Symbol"/>
                <w:color w:val="000000" w:themeColor="text1"/>
                <w:sz w:val="19"/>
                <w:lang w:val="pt-PT"/>
              </w:rPr>
              <w:t>☐</w:t>
            </w:r>
            <w:proofErr w:type="gramEnd"/>
            <w:r w:rsidRPr="005931D4">
              <w:rPr>
                <w:color w:val="000000" w:themeColor="text1"/>
                <w:sz w:val="19"/>
                <w:lang w:val="pt-PT"/>
              </w:rPr>
              <w:t xml:space="preserve"> Lisboa e Vale do </w:t>
            </w:r>
            <w:proofErr w:type="gramStart"/>
            <w:r w:rsidRPr="005931D4">
              <w:rPr>
                <w:color w:val="000000" w:themeColor="text1"/>
                <w:sz w:val="19"/>
                <w:lang w:val="pt-PT"/>
              </w:rPr>
              <w:t xml:space="preserve">Tejo  </w:t>
            </w:r>
            <w:r w:rsidRPr="005931D4">
              <w:rPr>
                <w:rFonts w:ascii="Segoe UI Symbol" w:hAnsi="Segoe UI Symbol" w:cs="Segoe UI Symbol"/>
                <w:color w:val="000000" w:themeColor="text1"/>
                <w:sz w:val="19"/>
                <w:lang w:val="pt-PT"/>
              </w:rPr>
              <w:t>☐</w:t>
            </w:r>
            <w:proofErr w:type="gramEnd"/>
            <w:r w:rsidRPr="005931D4">
              <w:rPr>
                <w:color w:val="000000" w:themeColor="text1"/>
                <w:sz w:val="19"/>
                <w:lang w:val="pt-PT"/>
              </w:rPr>
              <w:t xml:space="preserve"> </w:t>
            </w:r>
            <w:proofErr w:type="gramStart"/>
            <w:r w:rsidRPr="005931D4">
              <w:rPr>
                <w:color w:val="000000" w:themeColor="text1"/>
                <w:sz w:val="19"/>
                <w:lang w:val="pt-PT"/>
              </w:rPr>
              <w:t xml:space="preserve">Alentejo  </w:t>
            </w:r>
            <w:r w:rsidRPr="005931D4">
              <w:rPr>
                <w:rFonts w:ascii="Segoe UI Symbol" w:hAnsi="Segoe UI Symbol" w:cs="Segoe UI Symbol"/>
                <w:color w:val="000000" w:themeColor="text1"/>
                <w:sz w:val="19"/>
                <w:lang w:val="pt-PT"/>
              </w:rPr>
              <w:t>☐</w:t>
            </w:r>
            <w:proofErr w:type="gramEnd"/>
            <w:r w:rsidRPr="005931D4">
              <w:rPr>
                <w:color w:val="000000" w:themeColor="text1"/>
                <w:sz w:val="19"/>
                <w:lang w:val="pt-PT"/>
              </w:rPr>
              <w:t xml:space="preserve"> </w:t>
            </w:r>
            <w:proofErr w:type="gramStart"/>
            <w:r w:rsidRPr="005931D4">
              <w:rPr>
                <w:color w:val="000000" w:themeColor="text1"/>
                <w:sz w:val="19"/>
                <w:lang w:val="pt-PT"/>
              </w:rPr>
              <w:t xml:space="preserve">Algarve  </w:t>
            </w:r>
            <w:r w:rsidRPr="005931D4">
              <w:rPr>
                <w:rFonts w:ascii="Segoe UI Symbol" w:hAnsi="Segoe UI Symbol" w:cs="Segoe UI Symbol"/>
                <w:color w:val="000000" w:themeColor="text1"/>
                <w:sz w:val="19"/>
                <w:lang w:val="pt-PT"/>
              </w:rPr>
              <w:t>☐</w:t>
            </w:r>
            <w:proofErr w:type="gramEnd"/>
            <w:r w:rsidRPr="005931D4">
              <w:rPr>
                <w:color w:val="000000" w:themeColor="text1"/>
                <w:sz w:val="19"/>
                <w:lang w:val="pt-PT"/>
              </w:rPr>
              <w:t xml:space="preserve"> </w:t>
            </w:r>
            <w:proofErr w:type="gramStart"/>
            <w:r w:rsidRPr="005931D4">
              <w:rPr>
                <w:color w:val="000000" w:themeColor="text1"/>
                <w:sz w:val="19"/>
                <w:lang w:val="pt-PT"/>
              </w:rPr>
              <w:t xml:space="preserve">Madeira  </w:t>
            </w:r>
            <w:r w:rsidRPr="005931D4">
              <w:rPr>
                <w:rFonts w:ascii="Segoe UI Symbol" w:hAnsi="Segoe UI Symbol" w:cs="Segoe UI Symbol"/>
                <w:color w:val="000000" w:themeColor="text1"/>
                <w:sz w:val="19"/>
                <w:lang w:val="pt-PT"/>
              </w:rPr>
              <w:t>☐</w:t>
            </w:r>
            <w:proofErr w:type="gramEnd"/>
            <w:r w:rsidRPr="005931D4">
              <w:rPr>
                <w:color w:val="000000" w:themeColor="text1"/>
                <w:sz w:val="19"/>
                <w:lang w:val="pt-PT"/>
              </w:rPr>
              <w:t xml:space="preserve"> Açores</w:t>
            </w:r>
          </w:p>
        </w:tc>
      </w:tr>
    </w:tbl>
    <w:p w14:paraId="45598EDF" w14:textId="77777777" w:rsidR="00D56AFB" w:rsidRPr="005931D4" w:rsidRDefault="00D56AFB" w:rsidP="004B2CD6">
      <w:pPr>
        <w:spacing w:after="20"/>
        <w:jc w:val="both"/>
        <w:rPr>
          <w:color w:val="000000" w:themeColor="text1"/>
          <w:lang w:val="pt-PT"/>
        </w:rPr>
      </w:pPr>
    </w:p>
    <w:tbl>
      <w:tblPr>
        <w:tblStyle w:val="TabelacomGrelha"/>
        <w:tblW w:w="9300" w:type="dxa"/>
        <w:tblInd w:w="110" w:type="dxa"/>
        <w:tblLayout w:type="fixed"/>
        <w:tblLook w:val="04A0" w:firstRow="1" w:lastRow="0" w:firstColumn="1" w:lastColumn="0" w:noHBand="0" w:noVBand="1"/>
      </w:tblPr>
      <w:tblGrid>
        <w:gridCol w:w="9300"/>
      </w:tblGrid>
      <w:tr w:rsidR="00D56AFB" w:rsidRPr="006E2932" w14:paraId="5F0F0E47" w14:textId="77777777">
        <w:trPr>
          <w:tblHeader/>
        </w:trPr>
        <w:tc>
          <w:tcPr>
            <w:tcW w:w="9300" w:type="dxa"/>
            <w:shd w:val="clear" w:color="auto" w:fill="F4F6F9"/>
            <w:tcMar>
              <w:top w:w="90" w:type="dxa"/>
              <w:left w:w="110" w:type="dxa"/>
              <w:bottom w:w="90" w:type="dxa"/>
              <w:right w:w="110" w:type="dxa"/>
            </w:tcMar>
            <w:vAlign w:val="center"/>
          </w:tcPr>
          <w:p w14:paraId="17CAEDBC" w14:textId="77777777" w:rsidR="00D56AFB" w:rsidRPr="005931D4" w:rsidRDefault="00B80BC3" w:rsidP="004B2CD6">
            <w:pPr>
              <w:spacing w:after="30" w:line="240" w:lineRule="auto"/>
              <w:jc w:val="both"/>
              <w:rPr>
                <w:color w:val="000000" w:themeColor="text1"/>
                <w:lang w:val="pt-PT"/>
              </w:rPr>
            </w:pPr>
            <w:r w:rsidRPr="005931D4">
              <w:rPr>
                <w:b/>
                <w:color w:val="000000" w:themeColor="text1"/>
                <w:sz w:val="18"/>
                <w:lang w:val="pt-PT"/>
              </w:rPr>
              <w:t xml:space="preserve">Nota: </w:t>
            </w:r>
            <w:r w:rsidRPr="005931D4">
              <w:rPr>
                <w:color w:val="000000" w:themeColor="text1"/>
                <w:sz w:val="18"/>
                <w:lang w:val="pt-PT"/>
              </w:rPr>
              <w:t>7 candidatos: presidente, 2 vogais e 1 suplente membros da OA; 2 vogais e 1 suplente não membros da OA, personalidades de reconhecido mérito com conhecimento e experiência relevantes para a atividade.</w:t>
            </w:r>
          </w:p>
        </w:tc>
      </w:tr>
    </w:tbl>
    <w:p w14:paraId="5FA3907C" w14:textId="77777777" w:rsidR="00D56AFB" w:rsidRPr="005931D4" w:rsidRDefault="00D56AFB" w:rsidP="004B2CD6">
      <w:pPr>
        <w:spacing w:after="20"/>
        <w:jc w:val="both"/>
        <w:rPr>
          <w:color w:val="000000" w:themeColor="text1"/>
          <w:lang w:val="pt-PT"/>
        </w:rPr>
      </w:pPr>
    </w:p>
    <w:p w14:paraId="20EAC4F5" w14:textId="77777777" w:rsidR="00D56AFB" w:rsidRPr="005931D4" w:rsidRDefault="00B80BC3" w:rsidP="004B2CD6">
      <w:pPr>
        <w:pStyle w:val="Ttulo2"/>
        <w:jc w:val="both"/>
        <w:rPr>
          <w:color w:val="000000" w:themeColor="text1"/>
          <w:lang w:val="pt-PT"/>
        </w:rPr>
      </w:pPr>
      <w:r w:rsidRPr="005931D4">
        <w:rPr>
          <w:color w:val="000000" w:themeColor="text1"/>
          <w:lang w:val="pt-PT"/>
        </w:rPr>
        <w:t>A. Candidatos membros da Ordem dos Arquitectos</w:t>
      </w:r>
    </w:p>
    <w:tbl>
      <w:tblPr>
        <w:tblStyle w:val="TabelacomGrelha"/>
        <w:tblW w:w="9300" w:type="dxa"/>
        <w:tblInd w:w="110" w:type="dxa"/>
        <w:tblLayout w:type="fixed"/>
        <w:tblLook w:val="04A0" w:firstRow="1" w:lastRow="0" w:firstColumn="1" w:lastColumn="0" w:noHBand="0" w:noVBand="1"/>
      </w:tblPr>
      <w:tblGrid>
        <w:gridCol w:w="1500"/>
        <w:gridCol w:w="3500"/>
        <w:gridCol w:w="1200"/>
        <w:gridCol w:w="1400"/>
        <w:gridCol w:w="1700"/>
      </w:tblGrid>
      <w:tr w:rsidR="00CD2577" w:rsidRPr="00CD2577" w14:paraId="1F57E8ED" w14:textId="77777777">
        <w:trPr>
          <w:tblHeader/>
        </w:trPr>
        <w:tc>
          <w:tcPr>
            <w:tcW w:w="1500" w:type="dxa"/>
            <w:shd w:val="clear" w:color="auto" w:fill="17365D"/>
            <w:tcMar>
              <w:top w:w="90" w:type="dxa"/>
              <w:left w:w="110" w:type="dxa"/>
              <w:bottom w:w="90" w:type="dxa"/>
              <w:right w:w="110" w:type="dxa"/>
            </w:tcMar>
            <w:vAlign w:val="center"/>
          </w:tcPr>
          <w:p w14:paraId="6992B1A9"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Cargo</w:t>
            </w:r>
          </w:p>
        </w:tc>
        <w:tc>
          <w:tcPr>
            <w:tcW w:w="3500" w:type="dxa"/>
            <w:shd w:val="clear" w:color="auto" w:fill="17365D"/>
            <w:tcMar>
              <w:top w:w="90" w:type="dxa"/>
              <w:left w:w="110" w:type="dxa"/>
              <w:bottom w:w="90" w:type="dxa"/>
              <w:right w:w="110" w:type="dxa"/>
            </w:tcMar>
            <w:vAlign w:val="center"/>
          </w:tcPr>
          <w:p w14:paraId="3BB68540"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 xml:space="preserve">Nome </w:t>
            </w:r>
            <w:proofErr w:type="spellStart"/>
            <w:r w:rsidRPr="00CD2577">
              <w:rPr>
                <w:b/>
                <w:color w:val="FFFFFF" w:themeColor="background1"/>
                <w:sz w:val="17"/>
              </w:rPr>
              <w:t>completo</w:t>
            </w:r>
            <w:proofErr w:type="spellEnd"/>
          </w:p>
        </w:tc>
        <w:tc>
          <w:tcPr>
            <w:tcW w:w="1200" w:type="dxa"/>
            <w:shd w:val="clear" w:color="auto" w:fill="17365D"/>
            <w:tcMar>
              <w:top w:w="90" w:type="dxa"/>
              <w:left w:w="110" w:type="dxa"/>
              <w:bottom w:w="90" w:type="dxa"/>
              <w:right w:w="110" w:type="dxa"/>
            </w:tcMar>
            <w:vAlign w:val="center"/>
          </w:tcPr>
          <w:p w14:paraId="6422AE75" w14:textId="77777777" w:rsidR="00D56AFB" w:rsidRPr="00CD2577" w:rsidRDefault="00B80BC3" w:rsidP="004B2CD6">
            <w:pPr>
              <w:spacing w:after="30" w:line="240" w:lineRule="auto"/>
              <w:jc w:val="both"/>
              <w:rPr>
                <w:color w:val="FFFFFF" w:themeColor="background1"/>
              </w:rPr>
            </w:pPr>
            <w:proofErr w:type="gramStart"/>
            <w:r w:rsidRPr="00CD2577">
              <w:rPr>
                <w:b/>
                <w:color w:val="FFFFFF" w:themeColor="background1"/>
                <w:sz w:val="17"/>
              </w:rPr>
              <w:t>N.º</w:t>
            </w:r>
            <w:proofErr w:type="gramEnd"/>
            <w:r w:rsidRPr="00CD2577">
              <w:rPr>
                <w:b/>
                <w:color w:val="FFFFFF" w:themeColor="background1"/>
                <w:sz w:val="17"/>
              </w:rPr>
              <w:t xml:space="preserve"> de </w:t>
            </w:r>
            <w:proofErr w:type="spellStart"/>
            <w:r w:rsidRPr="00CD2577">
              <w:rPr>
                <w:b/>
                <w:color w:val="FFFFFF" w:themeColor="background1"/>
                <w:sz w:val="17"/>
              </w:rPr>
              <w:t>membro</w:t>
            </w:r>
            <w:proofErr w:type="spellEnd"/>
          </w:p>
        </w:tc>
        <w:tc>
          <w:tcPr>
            <w:tcW w:w="1400" w:type="dxa"/>
            <w:shd w:val="clear" w:color="auto" w:fill="17365D"/>
            <w:tcMar>
              <w:top w:w="90" w:type="dxa"/>
              <w:left w:w="110" w:type="dxa"/>
              <w:bottom w:w="90" w:type="dxa"/>
              <w:right w:w="110" w:type="dxa"/>
            </w:tcMar>
            <w:vAlign w:val="center"/>
          </w:tcPr>
          <w:p w14:paraId="218B9FEA"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Secção regional</w:t>
            </w:r>
          </w:p>
        </w:tc>
        <w:tc>
          <w:tcPr>
            <w:tcW w:w="1700" w:type="dxa"/>
            <w:shd w:val="clear" w:color="auto" w:fill="17365D"/>
            <w:tcMar>
              <w:top w:w="90" w:type="dxa"/>
              <w:left w:w="110" w:type="dxa"/>
              <w:bottom w:w="90" w:type="dxa"/>
              <w:right w:w="110" w:type="dxa"/>
            </w:tcMar>
            <w:vAlign w:val="center"/>
          </w:tcPr>
          <w:p w14:paraId="04828C95" w14:textId="77777777" w:rsidR="00D56AFB" w:rsidRPr="00CD2577" w:rsidRDefault="00B80BC3" w:rsidP="004B2CD6">
            <w:pPr>
              <w:spacing w:after="30" w:line="240" w:lineRule="auto"/>
              <w:jc w:val="both"/>
              <w:rPr>
                <w:color w:val="FFFFFF" w:themeColor="background1"/>
              </w:rPr>
            </w:pPr>
            <w:proofErr w:type="spellStart"/>
            <w:r w:rsidRPr="00CD2577">
              <w:rPr>
                <w:b/>
                <w:color w:val="FFFFFF" w:themeColor="background1"/>
                <w:sz w:val="17"/>
              </w:rPr>
              <w:t>Assinatura</w:t>
            </w:r>
            <w:proofErr w:type="spellEnd"/>
          </w:p>
        </w:tc>
      </w:tr>
      <w:tr w:rsidR="004B2CD6" w:rsidRPr="00CD2577" w14:paraId="0A9E7D5A" w14:textId="77777777">
        <w:trPr>
          <w:cantSplit/>
          <w:trHeight w:val="442"/>
        </w:trPr>
        <w:tc>
          <w:tcPr>
            <w:tcW w:w="1500" w:type="dxa"/>
            <w:tcMar>
              <w:top w:w="90" w:type="dxa"/>
              <w:left w:w="110" w:type="dxa"/>
              <w:bottom w:w="90" w:type="dxa"/>
              <w:right w:w="110" w:type="dxa"/>
            </w:tcMar>
            <w:vAlign w:val="center"/>
          </w:tcPr>
          <w:p w14:paraId="0A8F99CD" w14:textId="77777777" w:rsidR="004B2CD6" w:rsidRPr="00CD2577" w:rsidRDefault="004B2CD6" w:rsidP="004B2CD6">
            <w:pPr>
              <w:spacing w:after="30" w:line="240" w:lineRule="auto"/>
              <w:jc w:val="both"/>
              <w:rPr>
                <w:color w:val="000000" w:themeColor="text1"/>
              </w:rPr>
            </w:pPr>
            <w:r w:rsidRPr="00CD2577">
              <w:rPr>
                <w:b/>
                <w:color w:val="000000" w:themeColor="text1"/>
                <w:sz w:val="17"/>
              </w:rPr>
              <w:t>Presidente</w:t>
            </w:r>
          </w:p>
        </w:tc>
        <w:tc>
          <w:tcPr>
            <w:tcW w:w="3500" w:type="dxa"/>
            <w:tcMar>
              <w:top w:w="90" w:type="dxa"/>
              <w:left w:w="110" w:type="dxa"/>
              <w:bottom w:w="90" w:type="dxa"/>
              <w:right w:w="110" w:type="dxa"/>
            </w:tcMar>
            <w:vAlign w:val="center"/>
          </w:tcPr>
          <w:p w14:paraId="420C0ECF" w14:textId="0E59D238"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63A10406"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33243871"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0F960DDC"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60201388" w14:textId="77777777">
        <w:trPr>
          <w:cantSplit/>
          <w:trHeight w:val="442"/>
        </w:trPr>
        <w:tc>
          <w:tcPr>
            <w:tcW w:w="1500" w:type="dxa"/>
            <w:tcMar>
              <w:top w:w="90" w:type="dxa"/>
              <w:left w:w="110" w:type="dxa"/>
              <w:bottom w:w="90" w:type="dxa"/>
              <w:right w:w="110" w:type="dxa"/>
            </w:tcMar>
            <w:vAlign w:val="center"/>
          </w:tcPr>
          <w:p w14:paraId="7D3BA3A8"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w:t>
            </w:r>
          </w:p>
        </w:tc>
        <w:tc>
          <w:tcPr>
            <w:tcW w:w="3500" w:type="dxa"/>
            <w:tcMar>
              <w:top w:w="90" w:type="dxa"/>
              <w:left w:w="110" w:type="dxa"/>
              <w:bottom w:w="90" w:type="dxa"/>
              <w:right w:w="110" w:type="dxa"/>
            </w:tcMar>
            <w:vAlign w:val="center"/>
          </w:tcPr>
          <w:p w14:paraId="74026C8C" w14:textId="26E26305"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1C0B351E"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750175EB"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5415B726"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3603D8ED" w14:textId="77777777">
        <w:trPr>
          <w:cantSplit/>
          <w:trHeight w:val="442"/>
        </w:trPr>
        <w:tc>
          <w:tcPr>
            <w:tcW w:w="1500" w:type="dxa"/>
            <w:tcMar>
              <w:top w:w="90" w:type="dxa"/>
              <w:left w:w="110" w:type="dxa"/>
              <w:bottom w:w="90" w:type="dxa"/>
              <w:right w:w="110" w:type="dxa"/>
            </w:tcMar>
            <w:vAlign w:val="center"/>
          </w:tcPr>
          <w:p w14:paraId="499A235E"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2</w:t>
            </w:r>
          </w:p>
        </w:tc>
        <w:tc>
          <w:tcPr>
            <w:tcW w:w="3500" w:type="dxa"/>
            <w:tcMar>
              <w:top w:w="90" w:type="dxa"/>
              <w:left w:w="110" w:type="dxa"/>
              <w:bottom w:w="90" w:type="dxa"/>
              <w:right w:w="110" w:type="dxa"/>
            </w:tcMar>
            <w:vAlign w:val="center"/>
          </w:tcPr>
          <w:p w14:paraId="394BBA9F" w14:textId="55FD84E4"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294327B3"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1056D1E0"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6DBE3BAA"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14584A33" w14:textId="77777777">
        <w:trPr>
          <w:cantSplit/>
          <w:trHeight w:val="442"/>
        </w:trPr>
        <w:tc>
          <w:tcPr>
            <w:tcW w:w="1500" w:type="dxa"/>
            <w:tcMar>
              <w:top w:w="90" w:type="dxa"/>
              <w:left w:w="110" w:type="dxa"/>
              <w:bottom w:w="90" w:type="dxa"/>
              <w:right w:w="110" w:type="dxa"/>
            </w:tcMar>
            <w:vAlign w:val="center"/>
          </w:tcPr>
          <w:p w14:paraId="4CA5D2CA"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7"/>
              </w:rPr>
              <w:t>Suplente</w:t>
            </w:r>
            <w:proofErr w:type="spellEnd"/>
          </w:p>
        </w:tc>
        <w:tc>
          <w:tcPr>
            <w:tcW w:w="3500" w:type="dxa"/>
            <w:tcMar>
              <w:top w:w="90" w:type="dxa"/>
              <w:left w:w="110" w:type="dxa"/>
              <w:bottom w:w="90" w:type="dxa"/>
              <w:right w:w="110" w:type="dxa"/>
            </w:tcMar>
            <w:vAlign w:val="center"/>
          </w:tcPr>
          <w:p w14:paraId="10946F4B" w14:textId="79E00301" w:rsidR="004B2CD6" w:rsidRPr="00CD2577" w:rsidRDefault="004B2CD6" w:rsidP="004B2CD6">
            <w:pPr>
              <w:spacing w:after="30" w:line="240" w:lineRule="auto"/>
              <w:jc w:val="both"/>
              <w:rPr>
                <w:color w:val="000000" w:themeColor="text1"/>
              </w:rPr>
            </w:pPr>
          </w:p>
        </w:tc>
        <w:tc>
          <w:tcPr>
            <w:tcW w:w="1200" w:type="dxa"/>
            <w:tcMar>
              <w:top w:w="90" w:type="dxa"/>
              <w:left w:w="110" w:type="dxa"/>
              <w:bottom w:w="90" w:type="dxa"/>
              <w:right w:w="110" w:type="dxa"/>
            </w:tcMar>
            <w:vAlign w:val="center"/>
          </w:tcPr>
          <w:p w14:paraId="297E56E8"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400" w:type="dxa"/>
            <w:tcMar>
              <w:top w:w="90" w:type="dxa"/>
              <w:left w:w="110" w:type="dxa"/>
              <w:bottom w:w="90" w:type="dxa"/>
              <w:right w:w="110" w:type="dxa"/>
            </w:tcMar>
            <w:vAlign w:val="center"/>
          </w:tcPr>
          <w:p w14:paraId="6ED8C0C5"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700" w:type="dxa"/>
            <w:tcMar>
              <w:top w:w="90" w:type="dxa"/>
              <w:left w:w="110" w:type="dxa"/>
              <w:bottom w:w="90" w:type="dxa"/>
              <w:right w:w="110" w:type="dxa"/>
            </w:tcMar>
            <w:vAlign w:val="center"/>
          </w:tcPr>
          <w:p w14:paraId="0C683224"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bl>
    <w:p w14:paraId="1A234612" w14:textId="77777777" w:rsidR="00D56AFB" w:rsidRPr="00CD2577" w:rsidRDefault="00D56AFB" w:rsidP="004B2CD6">
      <w:pPr>
        <w:spacing w:after="20"/>
        <w:jc w:val="both"/>
        <w:rPr>
          <w:color w:val="000000" w:themeColor="text1"/>
        </w:rPr>
      </w:pPr>
    </w:p>
    <w:p w14:paraId="5643D536" w14:textId="77777777" w:rsidR="00D56AFB" w:rsidRPr="005931D4" w:rsidRDefault="00B80BC3" w:rsidP="004B2CD6">
      <w:pPr>
        <w:pStyle w:val="Ttulo2"/>
        <w:jc w:val="both"/>
        <w:rPr>
          <w:color w:val="000000" w:themeColor="text1"/>
          <w:lang w:val="pt-PT"/>
        </w:rPr>
      </w:pPr>
      <w:r w:rsidRPr="005931D4">
        <w:rPr>
          <w:color w:val="000000" w:themeColor="text1"/>
          <w:lang w:val="pt-PT"/>
        </w:rPr>
        <w:t>B. Candidatos não membros da Ordem dos Arquitectos</w:t>
      </w:r>
    </w:p>
    <w:tbl>
      <w:tblPr>
        <w:tblStyle w:val="TabelacomGrelha"/>
        <w:tblW w:w="9300" w:type="dxa"/>
        <w:tblInd w:w="110" w:type="dxa"/>
        <w:tblLayout w:type="fixed"/>
        <w:tblLook w:val="04A0" w:firstRow="1" w:lastRow="0" w:firstColumn="1" w:lastColumn="0" w:noHBand="0" w:noVBand="1"/>
      </w:tblPr>
      <w:tblGrid>
        <w:gridCol w:w="1701"/>
        <w:gridCol w:w="3969"/>
        <w:gridCol w:w="1701"/>
        <w:gridCol w:w="1929"/>
      </w:tblGrid>
      <w:tr w:rsidR="00CD2577" w:rsidRPr="00CD2577" w14:paraId="2EF65B36" w14:textId="77777777">
        <w:trPr>
          <w:tblHeader/>
        </w:trPr>
        <w:tc>
          <w:tcPr>
            <w:tcW w:w="1701" w:type="dxa"/>
            <w:shd w:val="clear" w:color="auto" w:fill="17365D"/>
            <w:tcMar>
              <w:top w:w="90" w:type="dxa"/>
              <w:left w:w="110" w:type="dxa"/>
              <w:bottom w:w="90" w:type="dxa"/>
              <w:right w:w="110" w:type="dxa"/>
            </w:tcMar>
            <w:vAlign w:val="center"/>
          </w:tcPr>
          <w:p w14:paraId="03576D0F"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Cargo</w:t>
            </w:r>
          </w:p>
        </w:tc>
        <w:tc>
          <w:tcPr>
            <w:tcW w:w="3969" w:type="dxa"/>
            <w:shd w:val="clear" w:color="auto" w:fill="17365D"/>
            <w:tcMar>
              <w:top w:w="90" w:type="dxa"/>
              <w:left w:w="110" w:type="dxa"/>
              <w:bottom w:w="90" w:type="dxa"/>
              <w:right w:w="110" w:type="dxa"/>
            </w:tcMar>
            <w:vAlign w:val="center"/>
          </w:tcPr>
          <w:p w14:paraId="4BFF9644"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7"/>
              </w:rPr>
              <w:t xml:space="preserve">Nome </w:t>
            </w:r>
            <w:proofErr w:type="spellStart"/>
            <w:r w:rsidRPr="00CD2577">
              <w:rPr>
                <w:b/>
                <w:color w:val="FFFFFF" w:themeColor="background1"/>
                <w:sz w:val="17"/>
              </w:rPr>
              <w:t>completo</w:t>
            </w:r>
            <w:proofErr w:type="spellEnd"/>
          </w:p>
        </w:tc>
        <w:tc>
          <w:tcPr>
            <w:tcW w:w="1701" w:type="dxa"/>
            <w:shd w:val="clear" w:color="auto" w:fill="17365D"/>
            <w:tcMar>
              <w:top w:w="90" w:type="dxa"/>
              <w:left w:w="110" w:type="dxa"/>
              <w:bottom w:w="90" w:type="dxa"/>
              <w:right w:w="110" w:type="dxa"/>
            </w:tcMar>
            <w:vAlign w:val="center"/>
          </w:tcPr>
          <w:p w14:paraId="273482ED" w14:textId="77777777" w:rsidR="00D56AFB" w:rsidRPr="00CD2577" w:rsidRDefault="00B80BC3" w:rsidP="004B2CD6">
            <w:pPr>
              <w:spacing w:after="30" w:line="240" w:lineRule="auto"/>
              <w:jc w:val="both"/>
              <w:rPr>
                <w:color w:val="FFFFFF" w:themeColor="background1"/>
              </w:rPr>
            </w:pPr>
            <w:proofErr w:type="spellStart"/>
            <w:r w:rsidRPr="00CD2577">
              <w:rPr>
                <w:b/>
                <w:color w:val="FFFFFF" w:themeColor="background1"/>
                <w:sz w:val="17"/>
              </w:rPr>
              <w:t>Profissão</w:t>
            </w:r>
            <w:proofErr w:type="spellEnd"/>
            <w:r w:rsidRPr="00CD2577">
              <w:rPr>
                <w:b/>
                <w:color w:val="FFFFFF" w:themeColor="background1"/>
                <w:sz w:val="17"/>
              </w:rPr>
              <w:t xml:space="preserve"> / </w:t>
            </w:r>
            <w:proofErr w:type="spellStart"/>
            <w:r w:rsidRPr="00CD2577">
              <w:rPr>
                <w:b/>
                <w:color w:val="FFFFFF" w:themeColor="background1"/>
                <w:sz w:val="17"/>
              </w:rPr>
              <w:t>qualificação</w:t>
            </w:r>
            <w:proofErr w:type="spellEnd"/>
          </w:p>
        </w:tc>
        <w:tc>
          <w:tcPr>
            <w:tcW w:w="1929" w:type="dxa"/>
            <w:shd w:val="clear" w:color="auto" w:fill="17365D"/>
            <w:tcMar>
              <w:top w:w="90" w:type="dxa"/>
              <w:left w:w="110" w:type="dxa"/>
              <w:bottom w:w="90" w:type="dxa"/>
              <w:right w:w="110" w:type="dxa"/>
            </w:tcMar>
            <w:vAlign w:val="center"/>
          </w:tcPr>
          <w:p w14:paraId="248F77DF" w14:textId="77777777" w:rsidR="00D56AFB" w:rsidRPr="00CD2577" w:rsidRDefault="00B80BC3" w:rsidP="004B2CD6">
            <w:pPr>
              <w:spacing w:after="30" w:line="240" w:lineRule="auto"/>
              <w:jc w:val="both"/>
              <w:rPr>
                <w:color w:val="FFFFFF" w:themeColor="background1"/>
              </w:rPr>
            </w:pPr>
            <w:proofErr w:type="spellStart"/>
            <w:r w:rsidRPr="00CD2577">
              <w:rPr>
                <w:b/>
                <w:color w:val="FFFFFF" w:themeColor="background1"/>
                <w:sz w:val="17"/>
              </w:rPr>
              <w:t>Assinatura</w:t>
            </w:r>
            <w:proofErr w:type="spellEnd"/>
          </w:p>
        </w:tc>
      </w:tr>
      <w:tr w:rsidR="004B2CD6" w:rsidRPr="00CD2577" w14:paraId="524A9C93" w14:textId="77777777">
        <w:trPr>
          <w:cantSplit/>
          <w:trHeight w:val="442"/>
        </w:trPr>
        <w:tc>
          <w:tcPr>
            <w:tcW w:w="1701" w:type="dxa"/>
            <w:tcMar>
              <w:top w:w="90" w:type="dxa"/>
              <w:left w:w="110" w:type="dxa"/>
              <w:bottom w:w="90" w:type="dxa"/>
              <w:right w:w="110" w:type="dxa"/>
            </w:tcMar>
            <w:vAlign w:val="center"/>
          </w:tcPr>
          <w:p w14:paraId="3C15FF1C"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w:t>
            </w:r>
          </w:p>
        </w:tc>
        <w:tc>
          <w:tcPr>
            <w:tcW w:w="3969" w:type="dxa"/>
            <w:tcMar>
              <w:top w:w="90" w:type="dxa"/>
              <w:left w:w="110" w:type="dxa"/>
              <w:bottom w:w="90" w:type="dxa"/>
              <w:right w:w="110" w:type="dxa"/>
            </w:tcMar>
            <w:vAlign w:val="center"/>
          </w:tcPr>
          <w:p w14:paraId="32E89C81" w14:textId="49D65926" w:rsidR="004B2CD6" w:rsidRPr="00CD2577" w:rsidRDefault="004B2CD6" w:rsidP="004B2CD6">
            <w:pPr>
              <w:spacing w:after="30" w:line="240" w:lineRule="auto"/>
              <w:jc w:val="both"/>
              <w:rPr>
                <w:color w:val="000000" w:themeColor="text1"/>
              </w:rPr>
            </w:pPr>
          </w:p>
        </w:tc>
        <w:tc>
          <w:tcPr>
            <w:tcW w:w="1701" w:type="dxa"/>
            <w:tcMar>
              <w:top w:w="90" w:type="dxa"/>
              <w:left w:w="110" w:type="dxa"/>
              <w:bottom w:w="90" w:type="dxa"/>
              <w:right w:w="110" w:type="dxa"/>
            </w:tcMar>
            <w:vAlign w:val="center"/>
          </w:tcPr>
          <w:p w14:paraId="20C8D7B5"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929" w:type="dxa"/>
            <w:tcMar>
              <w:top w:w="90" w:type="dxa"/>
              <w:left w:w="110" w:type="dxa"/>
              <w:bottom w:w="90" w:type="dxa"/>
              <w:right w:w="110" w:type="dxa"/>
            </w:tcMar>
            <w:vAlign w:val="center"/>
          </w:tcPr>
          <w:p w14:paraId="5408023C"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7974A53F" w14:textId="77777777">
        <w:trPr>
          <w:cantSplit/>
          <w:trHeight w:val="442"/>
        </w:trPr>
        <w:tc>
          <w:tcPr>
            <w:tcW w:w="1701" w:type="dxa"/>
            <w:tcMar>
              <w:top w:w="90" w:type="dxa"/>
              <w:left w:w="110" w:type="dxa"/>
              <w:bottom w:w="90" w:type="dxa"/>
              <w:right w:w="110" w:type="dxa"/>
            </w:tcMar>
            <w:vAlign w:val="center"/>
          </w:tcPr>
          <w:p w14:paraId="13659902" w14:textId="77777777" w:rsidR="004B2CD6" w:rsidRPr="00CD2577" w:rsidRDefault="004B2CD6" w:rsidP="004B2CD6">
            <w:pPr>
              <w:spacing w:after="30" w:line="240" w:lineRule="auto"/>
              <w:jc w:val="both"/>
              <w:rPr>
                <w:color w:val="000000" w:themeColor="text1"/>
              </w:rPr>
            </w:pPr>
            <w:r w:rsidRPr="00CD2577">
              <w:rPr>
                <w:b/>
                <w:color w:val="000000" w:themeColor="text1"/>
                <w:sz w:val="17"/>
              </w:rPr>
              <w:t>Vogal 2</w:t>
            </w:r>
          </w:p>
        </w:tc>
        <w:tc>
          <w:tcPr>
            <w:tcW w:w="3969" w:type="dxa"/>
            <w:tcMar>
              <w:top w:w="90" w:type="dxa"/>
              <w:left w:w="110" w:type="dxa"/>
              <w:bottom w:w="90" w:type="dxa"/>
              <w:right w:w="110" w:type="dxa"/>
            </w:tcMar>
            <w:vAlign w:val="center"/>
          </w:tcPr>
          <w:p w14:paraId="3BABA0E4" w14:textId="3F26D7BA" w:rsidR="004B2CD6" w:rsidRPr="00CD2577" w:rsidRDefault="004B2CD6" w:rsidP="004B2CD6">
            <w:pPr>
              <w:spacing w:after="30" w:line="240" w:lineRule="auto"/>
              <w:jc w:val="both"/>
              <w:rPr>
                <w:color w:val="000000" w:themeColor="text1"/>
              </w:rPr>
            </w:pPr>
          </w:p>
        </w:tc>
        <w:tc>
          <w:tcPr>
            <w:tcW w:w="1701" w:type="dxa"/>
            <w:tcMar>
              <w:top w:w="90" w:type="dxa"/>
              <w:left w:w="110" w:type="dxa"/>
              <w:bottom w:w="90" w:type="dxa"/>
              <w:right w:w="110" w:type="dxa"/>
            </w:tcMar>
            <w:vAlign w:val="center"/>
          </w:tcPr>
          <w:p w14:paraId="42482963"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929" w:type="dxa"/>
            <w:tcMar>
              <w:top w:w="90" w:type="dxa"/>
              <w:left w:w="110" w:type="dxa"/>
              <w:bottom w:w="90" w:type="dxa"/>
              <w:right w:w="110" w:type="dxa"/>
            </w:tcMar>
            <w:vAlign w:val="center"/>
          </w:tcPr>
          <w:p w14:paraId="65689DA5"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r w:rsidR="004B2CD6" w:rsidRPr="00CD2577" w14:paraId="41D3D2CB" w14:textId="77777777">
        <w:trPr>
          <w:cantSplit/>
          <w:trHeight w:val="442"/>
        </w:trPr>
        <w:tc>
          <w:tcPr>
            <w:tcW w:w="1701" w:type="dxa"/>
            <w:tcMar>
              <w:top w:w="90" w:type="dxa"/>
              <w:left w:w="110" w:type="dxa"/>
              <w:bottom w:w="90" w:type="dxa"/>
              <w:right w:w="110" w:type="dxa"/>
            </w:tcMar>
            <w:vAlign w:val="center"/>
          </w:tcPr>
          <w:p w14:paraId="0AF447B8"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7"/>
              </w:rPr>
              <w:t>Suplente</w:t>
            </w:r>
            <w:proofErr w:type="spellEnd"/>
          </w:p>
        </w:tc>
        <w:tc>
          <w:tcPr>
            <w:tcW w:w="3969" w:type="dxa"/>
            <w:tcMar>
              <w:top w:w="90" w:type="dxa"/>
              <w:left w:w="110" w:type="dxa"/>
              <w:bottom w:w="90" w:type="dxa"/>
              <w:right w:w="110" w:type="dxa"/>
            </w:tcMar>
            <w:vAlign w:val="center"/>
          </w:tcPr>
          <w:p w14:paraId="58700BA0" w14:textId="502EDB01" w:rsidR="004B2CD6" w:rsidRPr="00CD2577" w:rsidRDefault="004B2CD6" w:rsidP="004B2CD6">
            <w:pPr>
              <w:spacing w:after="30" w:line="240" w:lineRule="auto"/>
              <w:jc w:val="both"/>
              <w:rPr>
                <w:color w:val="000000" w:themeColor="text1"/>
              </w:rPr>
            </w:pPr>
          </w:p>
        </w:tc>
        <w:tc>
          <w:tcPr>
            <w:tcW w:w="1701" w:type="dxa"/>
            <w:tcMar>
              <w:top w:w="90" w:type="dxa"/>
              <w:left w:w="110" w:type="dxa"/>
              <w:bottom w:w="90" w:type="dxa"/>
              <w:right w:w="110" w:type="dxa"/>
            </w:tcMar>
            <w:vAlign w:val="center"/>
          </w:tcPr>
          <w:p w14:paraId="5D7AD24A"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c>
          <w:tcPr>
            <w:tcW w:w="1929" w:type="dxa"/>
            <w:tcMar>
              <w:top w:w="90" w:type="dxa"/>
              <w:left w:w="110" w:type="dxa"/>
              <w:bottom w:w="90" w:type="dxa"/>
              <w:right w:w="110" w:type="dxa"/>
            </w:tcMar>
            <w:vAlign w:val="center"/>
          </w:tcPr>
          <w:p w14:paraId="4BE24091" w14:textId="77777777" w:rsidR="004B2CD6" w:rsidRPr="00CD2577" w:rsidRDefault="004B2CD6" w:rsidP="004B2CD6">
            <w:pPr>
              <w:spacing w:after="30" w:line="240" w:lineRule="auto"/>
              <w:jc w:val="both"/>
              <w:rPr>
                <w:color w:val="000000" w:themeColor="text1"/>
              </w:rPr>
            </w:pPr>
            <w:r w:rsidRPr="00CD2577">
              <w:rPr>
                <w:color w:val="000000" w:themeColor="text1"/>
                <w:sz w:val="17"/>
              </w:rPr>
              <w:t xml:space="preserve"> </w:t>
            </w:r>
          </w:p>
        </w:tc>
      </w:tr>
    </w:tbl>
    <w:p w14:paraId="764A8099" w14:textId="77777777" w:rsidR="00D56AFB" w:rsidRPr="00CD2577" w:rsidRDefault="00D56AFB" w:rsidP="004B2CD6">
      <w:pPr>
        <w:spacing w:after="20"/>
        <w:jc w:val="both"/>
        <w:rPr>
          <w:color w:val="000000" w:themeColor="text1"/>
        </w:rPr>
      </w:pPr>
    </w:p>
    <w:tbl>
      <w:tblPr>
        <w:tblStyle w:val="TabelacomGrelha"/>
        <w:tblW w:w="9300" w:type="dxa"/>
        <w:tblInd w:w="110" w:type="dxa"/>
        <w:tblLayout w:type="fixed"/>
        <w:tblLook w:val="04A0" w:firstRow="1" w:lastRow="0" w:firstColumn="1" w:lastColumn="0" w:noHBand="0" w:noVBand="1"/>
      </w:tblPr>
      <w:tblGrid>
        <w:gridCol w:w="9300"/>
      </w:tblGrid>
      <w:tr w:rsidR="00D56AFB" w:rsidRPr="006E2932" w14:paraId="2A484D84" w14:textId="77777777">
        <w:trPr>
          <w:tblHeader/>
        </w:trPr>
        <w:tc>
          <w:tcPr>
            <w:tcW w:w="9300" w:type="dxa"/>
            <w:shd w:val="clear" w:color="auto" w:fill="F4F6F9"/>
            <w:tcMar>
              <w:top w:w="90" w:type="dxa"/>
              <w:left w:w="110" w:type="dxa"/>
              <w:bottom w:w="90" w:type="dxa"/>
              <w:right w:w="110" w:type="dxa"/>
            </w:tcMar>
            <w:vAlign w:val="center"/>
          </w:tcPr>
          <w:p w14:paraId="23345908" w14:textId="77777777" w:rsidR="00D56AFB" w:rsidRPr="005931D4" w:rsidRDefault="00B80BC3" w:rsidP="004B2CD6">
            <w:pPr>
              <w:spacing w:after="30" w:line="240" w:lineRule="auto"/>
              <w:jc w:val="both"/>
              <w:rPr>
                <w:color w:val="000000" w:themeColor="text1"/>
                <w:lang w:val="pt-PT"/>
              </w:rPr>
            </w:pPr>
            <w:r w:rsidRPr="005931D4">
              <w:rPr>
                <w:b/>
                <w:color w:val="000000" w:themeColor="text1"/>
                <w:sz w:val="18"/>
                <w:lang w:val="pt-PT"/>
              </w:rPr>
              <w:t xml:space="preserve">Nota: </w:t>
            </w:r>
            <w:r w:rsidRPr="005931D4">
              <w:rPr>
                <w:color w:val="000000" w:themeColor="text1"/>
                <w:sz w:val="18"/>
                <w:lang w:val="pt-PT"/>
              </w:rPr>
              <w:t>Juntar a declaração de aceitação F13 de cada candidato não membro.</w:t>
            </w:r>
          </w:p>
        </w:tc>
      </w:tr>
    </w:tbl>
    <w:p w14:paraId="32D290FA" w14:textId="77777777" w:rsidR="00D56AFB" w:rsidRPr="005931D4" w:rsidRDefault="00D56AFB" w:rsidP="004B2CD6">
      <w:pPr>
        <w:spacing w:after="20"/>
        <w:jc w:val="both"/>
        <w:rPr>
          <w:color w:val="000000" w:themeColor="text1"/>
          <w:lang w:val="pt-PT"/>
        </w:rPr>
      </w:pP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467CCF01" w14:textId="77777777">
        <w:trPr>
          <w:cantSplit/>
          <w:tblHeader/>
        </w:trPr>
        <w:tc>
          <w:tcPr>
            <w:tcW w:w="2200" w:type="dxa"/>
            <w:shd w:val="clear" w:color="auto" w:fill="E8EEF5"/>
            <w:tcMar>
              <w:top w:w="90" w:type="dxa"/>
              <w:left w:w="110" w:type="dxa"/>
              <w:bottom w:w="90" w:type="dxa"/>
              <w:right w:w="110" w:type="dxa"/>
            </w:tcMar>
            <w:vAlign w:val="center"/>
          </w:tcPr>
          <w:p w14:paraId="5310A05C" w14:textId="77777777" w:rsidR="004B2CD6" w:rsidRPr="00CD2577" w:rsidRDefault="004B2CD6" w:rsidP="004B2CD6">
            <w:pPr>
              <w:spacing w:after="30" w:line="240" w:lineRule="auto"/>
              <w:jc w:val="both"/>
              <w:rPr>
                <w:color w:val="000000" w:themeColor="text1"/>
              </w:rPr>
            </w:pPr>
            <w:r w:rsidRPr="00CD2577">
              <w:rPr>
                <w:b/>
                <w:color w:val="000000" w:themeColor="text1"/>
                <w:sz w:val="18"/>
              </w:rPr>
              <w:t>Local e data</w:t>
            </w:r>
          </w:p>
        </w:tc>
        <w:tc>
          <w:tcPr>
            <w:tcW w:w="7100" w:type="dxa"/>
            <w:tcMar>
              <w:top w:w="90" w:type="dxa"/>
              <w:left w:w="110" w:type="dxa"/>
              <w:bottom w:w="90" w:type="dxa"/>
              <w:right w:w="110" w:type="dxa"/>
            </w:tcMar>
            <w:vAlign w:val="center"/>
          </w:tcPr>
          <w:p w14:paraId="3FE4C596" w14:textId="46EBADC8" w:rsidR="004B2CD6" w:rsidRPr="00CD2577" w:rsidRDefault="004B2CD6" w:rsidP="004B2CD6">
            <w:pPr>
              <w:spacing w:after="30" w:line="240" w:lineRule="auto"/>
              <w:jc w:val="both"/>
              <w:rPr>
                <w:color w:val="000000" w:themeColor="text1"/>
              </w:rPr>
            </w:pPr>
          </w:p>
        </w:tc>
      </w:tr>
      <w:tr w:rsidR="004B2CD6" w:rsidRPr="006E2932" w14:paraId="7401C1D5" w14:textId="77777777">
        <w:trPr>
          <w:cantSplit/>
        </w:trPr>
        <w:tc>
          <w:tcPr>
            <w:tcW w:w="2200" w:type="dxa"/>
            <w:shd w:val="clear" w:color="auto" w:fill="E8EEF5"/>
            <w:tcMar>
              <w:top w:w="90" w:type="dxa"/>
              <w:left w:w="110" w:type="dxa"/>
              <w:bottom w:w="90" w:type="dxa"/>
              <w:right w:w="110" w:type="dxa"/>
            </w:tcMar>
            <w:vAlign w:val="center"/>
          </w:tcPr>
          <w:p w14:paraId="3D1E2617" w14:textId="77777777" w:rsidR="004B2CD6" w:rsidRPr="005931D4" w:rsidRDefault="004B2CD6" w:rsidP="004B2CD6">
            <w:pPr>
              <w:spacing w:after="30" w:line="240" w:lineRule="auto"/>
              <w:jc w:val="both"/>
              <w:rPr>
                <w:color w:val="000000" w:themeColor="text1"/>
                <w:lang w:val="pt-PT"/>
              </w:rPr>
            </w:pPr>
            <w:r w:rsidRPr="005931D4">
              <w:rPr>
                <w:b/>
                <w:color w:val="000000" w:themeColor="text1"/>
                <w:sz w:val="18"/>
                <w:lang w:val="pt-PT"/>
              </w:rPr>
              <w:t>Assinatura do/a delegado/a</w:t>
            </w:r>
          </w:p>
        </w:tc>
        <w:tc>
          <w:tcPr>
            <w:tcW w:w="7100" w:type="dxa"/>
            <w:tcMar>
              <w:top w:w="90" w:type="dxa"/>
              <w:left w:w="110" w:type="dxa"/>
              <w:bottom w:w="90" w:type="dxa"/>
              <w:right w:w="110" w:type="dxa"/>
            </w:tcMar>
            <w:vAlign w:val="center"/>
          </w:tcPr>
          <w:p w14:paraId="48A81A32" w14:textId="77777777" w:rsidR="004B2CD6" w:rsidRPr="005931D4" w:rsidRDefault="004B2CD6" w:rsidP="004B2CD6">
            <w:pPr>
              <w:spacing w:after="30" w:line="240" w:lineRule="auto"/>
              <w:jc w:val="both"/>
              <w:rPr>
                <w:color w:val="000000" w:themeColor="text1"/>
                <w:lang w:val="pt-PT"/>
              </w:rPr>
            </w:pPr>
            <w:r w:rsidRPr="005931D4">
              <w:rPr>
                <w:color w:val="000000" w:themeColor="text1"/>
                <w:sz w:val="19"/>
                <w:lang w:val="pt-PT"/>
              </w:rPr>
              <w:t>Assinar manualmente ou apor assinatura eletrónica válida</w:t>
            </w:r>
          </w:p>
        </w:tc>
      </w:tr>
    </w:tbl>
    <w:p w14:paraId="02760823" w14:textId="77777777" w:rsidR="00D56AFB" w:rsidRPr="005931D4" w:rsidRDefault="00D56AFB" w:rsidP="004B2CD6">
      <w:pPr>
        <w:spacing w:after="20"/>
        <w:jc w:val="both"/>
        <w:rPr>
          <w:color w:val="000000" w:themeColor="text1"/>
          <w:lang w:val="pt-PT"/>
        </w:rPr>
      </w:pPr>
    </w:p>
    <w:p w14:paraId="0522CEA8" w14:textId="77777777" w:rsidR="00D56AFB" w:rsidRPr="005931D4" w:rsidRDefault="00B80BC3" w:rsidP="004B2CD6">
      <w:pPr>
        <w:jc w:val="both"/>
        <w:rPr>
          <w:color w:val="000000" w:themeColor="text1"/>
          <w:lang w:val="pt-PT"/>
        </w:rPr>
      </w:pPr>
      <w:r w:rsidRPr="005931D4">
        <w:rPr>
          <w:color w:val="000000" w:themeColor="text1"/>
          <w:lang w:val="pt-PT"/>
        </w:rPr>
        <w:br w:type="page"/>
      </w:r>
    </w:p>
    <w:p w14:paraId="235EAF65" w14:textId="77777777" w:rsidR="00D56AFB" w:rsidRPr="005931D4" w:rsidRDefault="00B80BC3" w:rsidP="004B2CD6">
      <w:pPr>
        <w:keepNext/>
        <w:spacing w:before="40" w:after="40"/>
        <w:jc w:val="both"/>
        <w:rPr>
          <w:color w:val="000000" w:themeColor="text1"/>
          <w:lang w:val="pt-PT"/>
        </w:rPr>
      </w:pPr>
      <w:r w:rsidRPr="005931D4">
        <w:rPr>
          <w:b/>
          <w:color w:val="000000" w:themeColor="text1"/>
          <w:sz w:val="17"/>
          <w:lang w:val="pt-PT"/>
        </w:rPr>
        <w:lastRenderedPageBreak/>
        <w:t>F12</w:t>
      </w:r>
    </w:p>
    <w:p w14:paraId="027B6E30" w14:textId="77777777" w:rsidR="00D56AFB" w:rsidRPr="005931D4" w:rsidRDefault="00B80BC3" w:rsidP="004B2CD6">
      <w:pPr>
        <w:pStyle w:val="Ttulo1"/>
        <w:jc w:val="both"/>
        <w:rPr>
          <w:color w:val="000000" w:themeColor="text1"/>
          <w:lang w:val="pt-PT"/>
        </w:rPr>
      </w:pPr>
      <w:r w:rsidRPr="005931D4">
        <w:rPr>
          <w:color w:val="000000" w:themeColor="text1"/>
          <w:lang w:val="pt-PT"/>
        </w:rPr>
        <w:t>Declaração individual de aceitação de candidatura</w:t>
      </w:r>
    </w:p>
    <w:p w14:paraId="543ED19F" w14:textId="77777777" w:rsidR="00D56AFB" w:rsidRPr="005931D4" w:rsidRDefault="00B80BC3" w:rsidP="004B2CD6">
      <w:pPr>
        <w:keepNext/>
        <w:spacing w:after="160"/>
        <w:jc w:val="both"/>
        <w:rPr>
          <w:color w:val="000000" w:themeColor="text1"/>
          <w:lang w:val="pt-PT"/>
        </w:rPr>
      </w:pPr>
      <w:r w:rsidRPr="005931D4">
        <w:rPr>
          <w:color w:val="000000" w:themeColor="text1"/>
          <w:sz w:val="19"/>
          <w:lang w:val="pt-PT"/>
        </w:rPr>
        <w:t>Candidato/a membro da Ordem dos Arquitectos</w:t>
      </w: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67C7F153" w14:textId="77777777">
        <w:trPr>
          <w:cantSplit/>
          <w:tblHeader/>
        </w:trPr>
        <w:tc>
          <w:tcPr>
            <w:tcW w:w="2200" w:type="dxa"/>
            <w:shd w:val="clear" w:color="auto" w:fill="E8EEF5"/>
            <w:tcMar>
              <w:top w:w="90" w:type="dxa"/>
              <w:left w:w="110" w:type="dxa"/>
              <w:bottom w:w="90" w:type="dxa"/>
              <w:right w:w="110" w:type="dxa"/>
            </w:tcMar>
            <w:vAlign w:val="center"/>
          </w:tcPr>
          <w:p w14:paraId="08FCA4B9" w14:textId="77777777" w:rsidR="004B2CD6" w:rsidRPr="00CD2577" w:rsidRDefault="004B2CD6" w:rsidP="004B2CD6">
            <w:pPr>
              <w:spacing w:after="30" w:line="240" w:lineRule="auto"/>
              <w:jc w:val="both"/>
              <w:rPr>
                <w:color w:val="000000" w:themeColor="text1"/>
              </w:rPr>
            </w:pPr>
            <w:r w:rsidRPr="00CD2577">
              <w:rPr>
                <w:b/>
                <w:color w:val="000000" w:themeColor="text1"/>
                <w:sz w:val="18"/>
              </w:rPr>
              <w:t xml:space="preserve">Nome </w:t>
            </w:r>
            <w:proofErr w:type="spellStart"/>
            <w:r w:rsidRPr="00CD2577">
              <w:rPr>
                <w:b/>
                <w:color w:val="000000" w:themeColor="text1"/>
                <w:sz w:val="18"/>
              </w:rPr>
              <w:t>completo</w:t>
            </w:r>
            <w:proofErr w:type="spellEnd"/>
          </w:p>
        </w:tc>
        <w:tc>
          <w:tcPr>
            <w:tcW w:w="7100" w:type="dxa"/>
            <w:tcMar>
              <w:top w:w="90" w:type="dxa"/>
              <w:left w:w="110" w:type="dxa"/>
              <w:bottom w:w="90" w:type="dxa"/>
              <w:right w:w="110" w:type="dxa"/>
            </w:tcMar>
            <w:vAlign w:val="center"/>
          </w:tcPr>
          <w:p w14:paraId="5F47FD29" w14:textId="5E8BB800" w:rsidR="004B2CD6" w:rsidRPr="00CD2577" w:rsidRDefault="004B2CD6" w:rsidP="004B2CD6">
            <w:pPr>
              <w:spacing w:after="30" w:line="240" w:lineRule="auto"/>
              <w:jc w:val="both"/>
              <w:rPr>
                <w:color w:val="000000" w:themeColor="text1"/>
              </w:rPr>
            </w:pPr>
          </w:p>
        </w:tc>
      </w:tr>
      <w:tr w:rsidR="004B2CD6" w:rsidRPr="00CD2577" w14:paraId="003BBC4E" w14:textId="77777777">
        <w:trPr>
          <w:cantSplit/>
        </w:trPr>
        <w:tc>
          <w:tcPr>
            <w:tcW w:w="2200" w:type="dxa"/>
            <w:shd w:val="clear" w:color="auto" w:fill="E8EEF5"/>
            <w:tcMar>
              <w:top w:w="90" w:type="dxa"/>
              <w:left w:w="110" w:type="dxa"/>
              <w:bottom w:w="90" w:type="dxa"/>
              <w:right w:w="110" w:type="dxa"/>
            </w:tcMar>
            <w:vAlign w:val="center"/>
          </w:tcPr>
          <w:p w14:paraId="7C81D869" w14:textId="77777777" w:rsidR="004B2CD6" w:rsidRPr="00CD2577" w:rsidRDefault="004B2CD6" w:rsidP="004B2CD6">
            <w:pPr>
              <w:spacing w:after="30" w:line="240" w:lineRule="auto"/>
              <w:jc w:val="both"/>
              <w:rPr>
                <w:color w:val="000000" w:themeColor="text1"/>
              </w:rPr>
            </w:pPr>
            <w:proofErr w:type="gramStart"/>
            <w:r w:rsidRPr="00CD2577">
              <w:rPr>
                <w:b/>
                <w:color w:val="000000" w:themeColor="text1"/>
                <w:sz w:val="18"/>
              </w:rPr>
              <w:t>N.º</w:t>
            </w:r>
            <w:proofErr w:type="gramEnd"/>
            <w:r w:rsidRPr="00CD2577">
              <w:rPr>
                <w:b/>
                <w:color w:val="000000" w:themeColor="text1"/>
                <w:sz w:val="18"/>
              </w:rPr>
              <w:t xml:space="preserve"> de </w:t>
            </w:r>
            <w:proofErr w:type="spellStart"/>
            <w:r w:rsidRPr="00CD2577">
              <w:rPr>
                <w:b/>
                <w:color w:val="000000" w:themeColor="text1"/>
                <w:sz w:val="18"/>
              </w:rPr>
              <w:t>membro</w:t>
            </w:r>
            <w:proofErr w:type="spellEnd"/>
          </w:p>
        </w:tc>
        <w:tc>
          <w:tcPr>
            <w:tcW w:w="7100" w:type="dxa"/>
            <w:tcMar>
              <w:top w:w="90" w:type="dxa"/>
              <w:left w:w="110" w:type="dxa"/>
              <w:bottom w:w="90" w:type="dxa"/>
              <w:right w:w="110" w:type="dxa"/>
            </w:tcMar>
            <w:vAlign w:val="center"/>
          </w:tcPr>
          <w:p w14:paraId="1C583D7E" w14:textId="311ECF83" w:rsidR="004B2CD6" w:rsidRPr="00CD2577" w:rsidRDefault="004B2CD6" w:rsidP="004B2CD6">
            <w:pPr>
              <w:spacing w:after="30" w:line="240" w:lineRule="auto"/>
              <w:jc w:val="both"/>
              <w:rPr>
                <w:color w:val="000000" w:themeColor="text1"/>
              </w:rPr>
            </w:pPr>
          </w:p>
        </w:tc>
      </w:tr>
      <w:tr w:rsidR="004B2CD6" w:rsidRPr="00CD2577" w14:paraId="7CF9DBF1" w14:textId="77777777">
        <w:trPr>
          <w:cantSplit/>
        </w:trPr>
        <w:tc>
          <w:tcPr>
            <w:tcW w:w="2200" w:type="dxa"/>
            <w:shd w:val="clear" w:color="auto" w:fill="E8EEF5"/>
            <w:tcMar>
              <w:top w:w="90" w:type="dxa"/>
              <w:left w:w="110" w:type="dxa"/>
              <w:bottom w:w="90" w:type="dxa"/>
              <w:right w:w="110" w:type="dxa"/>
            </w:tcMar>
            <w:vAlign w:val="center"/>
          </w:tcPr>
          <w:p w14:paraId="0EB3B24A" w14:textId="77777777" w:rsidR="004B2CD6" w:rsidRPr="00CD2577" w:rsidRDefault="004B2CD6" w:rsidP="004B2CD6">
            <w:pPr>
              <w:spacing w:after="30" w:line="240" w:lineRule="auto"/>
              <w:jc w:val="both"/>
              <w:rPr>
                <w:color w:val="000000" w:themeColor="text1"/>
              </w:rPr>
            </w:pPr>
            <w:r w:rsidRPr="00CD2577">
              <w:rPr>
                <w:b/>
                <w:color w:val="000000" w:themeColor="text1"/>
                <w:sz w:val="18"/>
              </w:rPr>
              <w:t>Secção regional</w:t>
            </w:r>
          </w:p>
        </w:tc>
        <w:tc>
          <w:tcPr>
            <w:tcW w:w="7100" w:type="dxa"/>
            <w:tcMar>
              <w:top w:w="90" w:type="dxa"/>
              <w:left w:w="110" w:type="dxa"/>
              <w:bottom w:w="90" w:type="dxa"/>
              <w:right w:w="110" w:type="dxa"/>
            </w:tcMar>
            <w:vAlign w:val="center"/>
          </w:tcPr>
          <w:p w14:paraId="1ECB6BF8" w14:textId="060BA391" w:rsidR="004B2CD6" w:rsidRPr="00CD2577" w:rsidRDefault="004B2CD6" w:rsidP="004B2CD6">
            <w:pPr>
              <w:spacing w:after="30" w:line="240" w:lineRule="auto"/>
              <w:jc w:val="both"/>
              <w:rPr>
                <w:color w:val="000000" w:themeColor="text1"/>
              </w:rPr>
            </w:pPr>
          </w:p>
        </w:tc>
      </w:tr>
      <w:tr w:rsidR="004B2CD6" w:rsidRPr="00CD2577" w14:paraId="075BC5D6" w14:textId="77777777">
        <w:trPr>
          <w:cantSplit/>
        </w:trPr>
        <w:tc>
          <w:tcPr>
            <w:tcW w:w="2200" w:type="dxa"/>
            <w:shd w:val="clear" w:color="auto" w:fill="E8EEF5"/>
            <w:tcMar>
              <w:top w:w="90" w:type="dxa"/>
              <w:left w:w="110" w:type="dxa"/>
              <w:bottom w:w="90" w:type="dxa"/>
              <w:right w:w="110" w:type="dxa"/>
            </w:tcMar>
            <w:vAlign w:val="center"/>
          </w:tcPr>
          <w:p w14:paraId="1877B094"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Designação</w:t>
            </w:r>
            <w:proofErr w:type="spellEnd"/>
            <w:r w:rsidRPr="00CD2577">
              <w:rPr>
                <w:b/>
                <w:color w:val="000000" w:themeColor="text1"/>
                <w:sz w:val="18"/>
              </w:rPr>
              <w:t xml:space="preserve"> da </w:t>
            </w:r>
            <w:proofErr w:type="spellStart"/>
            <w:r w:rsidRPr="00CD2577">
              <w:rPr>
                <w:b/>
                <w:color w:val="000000" w:themeColor="text1"/>
                <w:sz w:val="18"/>
              </w:rPr>
              <w:t>candidatura</w:t>
            </w:r>
            <w:proofErr w:type="spellEnd"/>
          </w:p>
        </w:tc>
        <w:tc>
          <w:tcPr>
            <w:tcW w:w="7100" w:type="dxa"/>
            <w:tcMar>
              <w:top w:w="90" w:type="dxa"/>
              <w:left w:w="110" w:type="dxa"/>
              <w:bottom w:w="90" w:type="dxa"/>
              <w:right w:w="110" w:type="dxa"/>
            </w:tcMar>
            <w:vAlign w:val="center"/>
          </w:tcPr>
          <w:p w14:paraId="42BDD331" w14:textId="078EB664" w:rsidR="004B2CD6" w:rsidRPr="00CD2577" w:rsidRDefault="004B2CD6" w:rsidP="004B2CD6">
            <w:pPr>
              <w:spacing w:after="30" w:line="240" w:lineRule="auto"/>
              <w:jc w:val="both"/>
              <w:rPr>
                <w:color w:val="000000" w:themeColor="text1"/>
              </w:rPr>
            </w:pPr>
          </w:p>
        </w:tc>
      </w:tr>
      <w:tr w:rsidR="004B2CD6" w:rsidRPr="00CD2577" w14:paraId="3F91F3E9" w14:textId="77777777">
        <w:trPr>
          <w:cantSplit/>
        </w:trPr>
        <w:tc>
          <w:tcPr>
            <w:tcW w:w="2200" w:type="dxa"/>
            <w:shd w:val="clear" w:color="auto" w:fill="E8EEF5"/>
            <w:tcMar>
              <w:top w:w="90" w:type="dxa"/>
              <w:left w:w="110" w:type="dxa"/>
              <w:bottom w:w="90" w:type="dxa"/>
              <w:right w:w="110" w:type="dxa"/>
            </w:tcMar>
            <w:vAlign w:val="center"/>
          </w:tcPr>
          <w:p w14:paraId="66C15DB5"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Órgão</w:t>
            </w:r>
            <w:proofErr w:type="spellEnd"/>
          </w:p>
        </w:tc>
        <w:tc>
          <w:tcPr>
            <w:tcW w:w="7100" w:type="dxa"/>
            <w:tcMar>
              <w:top w:w="90" w:type="dxa"/>
              <w:left w:w="110" w:type="dxa"/>
              <w:bottom w:w="90" w:type="dxa"/>
              <w:right w:w="110" w:type="dxa"/>
            </w:tcMar>
            <w:vAlign w:val="center"/>
          </w:tcPr>
          <w:p w14:paraId="2334E716" w14:textId="08F7BD19" w:rsidR="004B2CD6" w:rsidRPr="00CD2577" w:rsidRDefault="004B2CD6" w:rsidP="004B2CD6">
            <w:pPr>
              <w:spacing w:after="30" w:line="240" w:lineRule="auto"/>
              <w:jc w:val="both"/>
              <w:rPr>
                <w:color w:val="000000" w:themeColor="text1"/>
              </w:rPr>
            </w:pPr>
          </w:p>
        </w:tc>
      </w:tr>
      <w:tr w:rsidR="004B2CD6" w:rsidRPr="00CD2577" w14:paraId="13AC097F" w14:textId="77777777">
        <w:trPr>
          <w:cantSplit/>
        </w:trPr>
        <w:tc>
          <w:tcPr>
            <w:tcW w:w="2200" w:type="dxa"/>
            <w:shd w:val="clear" w:color="auto" w:fill="E8EEF5"/>
            <w:tcMar>
              <w:top w:w="90" w:type="dxa"/>
              <w:left w:w="110" w:type="dxa"/>
              <w:bottom w:w="90" w:type="dxa"/>
              <w:right w:w="110" w:type="dxa"/>
            </w:tcMar>
            <w:vAlign w:val="center"/>
          </w:tcPr>
          <w:p w14:paraId="5D46FEF8" w14:textId="77777777" w:rsidR="004B2CD6" w:rsidRPr="00CD2577" w:rsidRDefault="004B2CD6" w:rsidP="004B2CD6">
            <w:pPr>
              <w:spacing w:after="30" w:line="240" w:lineRule="auto"/>
              <w:jc w:val="both"/>
              <w:rPr>
                <w:color w:val="000000" w:themeColor="text1"/>
              </w:rPr>
            </w:pPr>
            <w:r w:rsidRPr="00CD2577">
              <w:rPr>
                <w:b/>
                <w:color w:val="000000" w:themeColor="text1"/>
                <w:sz w:val="18"/>
              </w:rPr>
              <w:t xml:space="preserve">Cargo / </w:t>
            </w:r>
            <w:proofErr w:type="spellStart"/>
            <w:r w:rsidRPr="00CD2577">
              <w:rPr>
                <w:b/>
                <w:color w:val="000000" w:themeColor="text1"/>
                <w:sz w:val="18"/>
              </w:rPr>
              <w:t>qualidade</w:t>
            </w:r>
            <w:proofErr w:type="spellEnd"/>
          </w:p>
        </w:tc>
        <w:tc>
          <w:tcPr>
            <w:tcW w:w="7100" w:type="dxa"/>
            <w:tcMar>
              <w:top w:w="90" w:type="dxa"/>
              <w:left w:w="110" w:type="dxa"/>
              <w:bottom w:w="90" w:type="dxa"/>
              <w:right w:w="110" w:type="dxa"/>
            </w:tcMar>
            <w:vAlign w:val="center"/>
          </w:tcPr>
          <w:p w14:paraId="07B05B52" w14:textId="231E2659" w:rsidR="004B2CD6" w:rsidRPr="00CD2577" w:rsidRDefault="004B2CD6" w:rsidP="004B2CD6">
            <w:pPr>
              <w:spacing w:after="30" w:line="240" w:lineRule="auto"/>
              <w:jc w:val="both"/>
              <w:rPr>
                <w:color w:val="000000" w:themeColor="text1"/>
              </w:rPr>
            </w:pPr>
          </w:p>
        </w:tc>
      </w:tr>
    </w:tbl>
    <w:p w14:paraId="49F50329" w14:textId="77777777" w:rsidR="00D56AFB" w:rsidRPr="00CD2577" w:rsidRDefault="00D56AFB" w:rsidP="004B2CD6">
      <w:pPr>
        <w:spacing w:after="20"/>
        <w:jc w:val="both"/>
        <w:rPr>
          <w:color w:val="000000" w:themeColor="text1"/>
        </w:rPr>
      </w:pPr>
    </w:p>
    <w:p w14:paraId="5787144F" w14:textId="77777777" w:rsidR="00D56AFB" w:rsidRPr="005931D4" w:rsidRDefault="00B80BC3" w:rsidP="004B2CD6">
      <w:pPr>
        <w:spacing w:before="120" w:after="160"/>
        <w:jc w:val="both"/>
        <w:rPr>
          <w:color w:val="000000" w:themeColor="text1"/>
          <w:lang w:val="pt-PT"/>
        </w:rPr>
      </w:pPr>
      <w:r w:rsidRPr="005931D4">
        <w:rPr>
          <w:color w:val="000000" w:themeColor="text1"/>
          <w:lang w:val="pt-PT"/>
        </w:rPr>
        <w:t>Declaro, sob compromisso de honra, que aceito integrar a candidatura acima identificada ao órgão e no cargo/qualidade indicados, para o mandato 2027–2029, e que reúno os requisitos legais e regulamentares de elegibilidade.</w:t>
      </w:r>
    </w:p>
    <w:p w14:paraId="7423016C" w14:textId="77777777" w:rsidR="00D56AFB" w:rsidRPr="005931D4" w:rsidRDefault="00B80BC3" w:rsidP="004B2CD6">
      <w:pPr>
        <w:spacing w:after="160"/>
        <w:jc w:val="both"/>
        <w:rPr>
          <w:color w:val="000000" w:themeColor="text1"/>
          <w:lang w:val="pt-PT"/>
        </w:rPr>
      </w:pPr>
      <w:r w:rsidRPr="005931D4">
        <w:rPr>
          <w:color w:val="000000" w:themeColor="text1"/>
          <w:lang w:val="pt-PT"/>
        </w:rPr>
        <w:t>Declaro ainda que tomei conhecimento das incompatibilidades previstas no artigo 13.º do Estatuto da Ordem dos Arquitectos e que, caso seja eleito/a, não exercerei simultaneamente funções incompatíveis.</w:t>
      </w:r>
    </w:p>
    <w:p w14:paraId="7DFA8D8F" w14:textId="77777777" w:rsidR="00D56AFB" w:rsidRPr="005931D4" w:rsidRDefault="00B80BC3" w:rsidP="004B2CD6">
      <w:pPr>
        <w:spacing w:after="120"/>
        <w:jc w:val="both"/>
        <w:rPr>
          <w:color w:val="000000" w:themeColor="text1"/>
          <w:lang w:val="pt-PT"/>
        </w:rPr>
      </w:pPr>
      <w:r w:rsidRPr="005931D4">
        <w:rPr>
          <w:color w:val="000000" w:themeColor="text1"/>
          <w:sz w:val="19"/>
          <w:lang w:val="pt-PT"/>
        </w:rPr>
        <w:t xml:space="preserve">☐ Candidato/a </w:t>
      </w:r>
      <w:proofErr w:type="spellStart"/>
      <w:r w:rsidRPr="005931D4">
        <w:rPr>
          <w:color w:val="000000" w:themeColor="text1"/>
          <w:sz w:val="19"/>
          <w:lang w:val="pt-PT"/>
        </w:rPr>
        <w:t>a</w:t>
      </w:r>
      <w:proofErr w:type="spellEnd"/>
      <w:r w:rsidRPr="005931D4">
        <w:rPr>
          <w:color w:val="000000" w:themeColor="text1"/>
          <w:sz w:val="19"/>
          <w:lang w:val="pt-PT"/>
        </w:rPr>
        <w:t xml:space="preserve"> órgão executivo    ☐ Candidato/a </w:t>
      </w:r>
      <w:proofErr w:type="spellStart"/>
      <w:r w:rsidRPr="005931D4">
        <w:rPr>
          <w:color w:val="000000" w:themeColor="text1"/>
          <w:sz w:val="19"/>
          <w:lang w:val="pt-PT"/>
        </w:rPr>
        <w:t>a</w:t>
      </w:r>
      <w:proofErr w:type="spellEnd"/>
      <w:r w:rsidRPr="005931D4">
        <w:rPr>
          <w:color w:val="000000" w:themeColor="text1"/>
          <w:sz w:val="19"/>
          <w:lang w:val="pt-PT"/>
        </w:rPr>
        <w:t xml:space="preserve"> órgão disciplinar    ☐ Candidato/a </w:t>
      </w:r>
      <w:proofErr w:type="spellStart"/>
      <w:r w:rsidRPr="005931D4">
        <w:rPr>
          <w:color w:val="000000" w:themeColor="text1"/>
          <w:sz w:val="19"/>
          <w:lang w:val="pt-PT"/>
        </w:rPr>
        <w:t>a</w:t>
      </w:r>
      <w:proofErr w:type="spellEnd"/>
      <w:r w:rsidRPr="005931D4">
        <w:rPr>
          <w:color w:val="000000" w:themeColor="text1"/>
          <w:sz w:val="19"/>
          <w:lang w:val="pt-PT"/>
        </w:rPr>
        <w:t xml:space="preserve"> órgão de fiscalização    ☐ Candidato/a </w:t>
      </w:r>
      <w:proofErr w:type="spellStart"/>
      <w:r w:rsidRPr="005931D4">
        <w:rPr>
          <w:color w:val="000000" w:themeColor="text1"/>
          <w:sz w:val="19"/>
          <w:lang w:val="pt-PT"/>
        </w:rPr>
        <w:t>a</w:t>
      </w:r>
      <w:proofErr w:type="spellEnd"/>
      <w:r w:rsidRPr="005931D4">
        <w:rPr>
          <w:color w:val="000000" w:themeColor="text1"/>
          <w:sz w:val="19"/>
          <w:lang w:val="pt-PT"/>
        </w:rPr>
        <w:t xml:space="preserve"> órgão de supervisão    ☐ Outro órgão</w:t>
      </w:r>
    </w:p>
    <w:tbl>
      <w:tblPr>
        <w:tblStyle w:val="TabelacomGrelha"/>
        <w:tblW w:w="9300" w:type="dxa"/>
        <w:tblInd w:w="110" w:type="dxa"/>
        <w:tblLayout w:type="fixed"/>
        <w:tblLook w:val="04A0" w:firstRow="1" w:lastRow="0" w:firstColumn="1" w:lastColumn="0" w:noHBand="0" w:noVBand="1"/>
      </w:tblPr>
      <w:tblGrid>
        <w:gridCol w:w="9300"/>
      </w:tblGrid>
      <w:tr w:rsidR="00D56AFB" w:rsidRPr="006E2932" w14:paraId="26EBB540" w14:textId="77777777">
        <w:trPr>
          <w:tblHeader/>
        </w:trPr>
        <w:tc>
          <w:tcPr>
            <w:tcW w:w="9300" w:type="dxa"/>
            <w:shd w:val="clear" w:color="auto" w:fill="F4F6F9"/>
            <w:tcMar>
              <w:top w:w="90" w:type="dxa"/>
              <w:left w:w="110" w:type="dxa"/>
              <w:bottom w:w="90" w:type="dxa"/>
              <w:right w:w="110" w:type="dxa"/>
            </w:tcMar>
            <w:vAlign w:val="center"/>
          </w:tcPr>
          <w:p w14:paraId="1015946C" w14:textId="35698419" w:rsidR="00D56AFB" w:rsidRPr="005931D4" w:rsidRDefault="00B80BC3" w:rsidP="004B2CD6">
            <w:pPr>
              <w:spacing w:after="30" w:line="240" w:lineRule="auto"/>
              <w:jc w:val="both"/>
              <w:rPr>
                <w:color w:val="000000" w:themeColor="text1"/>
                <w:lang w:val="pt-PT"/>
              </w:rPr>
            </w:pPr>
            <w:r w:rsidRPr="005931D4">
              <w:rPr>
                <w:b/>
                <w:color w:val="000000" w:themeColor="text1"/>
                <w:sz w:val="18"/>
                <w:lang w:val="pt-PT"/>
              </w:rPr>
              <w:t xml:space="preserve">Nota: </w:t>
            </w:r>
            <w:r w:rsidRPr="005931D4">
              <w:rPr>
                <w:color w:val="000000" w:themeColor="text1"/>
                <w:sz w:val="18"/>
                <w:lang w:val="pt-PT"/>
              </w:rPr>
              <w:t>Para órgãos executivos, a declaração abrange expressamente a inexistência das incompatibilidades previstas no artigo 13.º</w:t>
            </w:r>
            <w:r w:rsidR="000D0E27">
              <w:rPr>
                <w:color w:val="000000" w:themeColor="text1"/>
                <w:sz w:val="18"/>
                <w:lang w:val="pt-PT"/>
              </w:rPr>
              <w:t xml:space="preserve"> do Estatuto</w:t>
            </w:r>
            <w:r w:rsidRPr="005931D4">
              <w:rPr>
                <w:color w:val="000000" w:themeColor="text1"/>
                <w:sz w:val="18"/>
                <w:lang w:val="pt-PT"/>
              </w:rPr>
              <w:t>, incluindo o desempenho de cargo de direção noutra associação de arquitetos e a titularidade de cargo político público.</w:t>
            </w:r>
          </w:p>
        </w:tc>
      </w:tr>
    </w:tbl>
    <w:p w14:paraId="3B950CB3" w14:textId="77777777" w:rsidR="00D56AFB" w:rsidRPr="005931D4" w:rsidRDefault="00D56AFB" w:rsidP="004B2CD6">
      <w:pPr>
        <w:spacing w:after="20"/>
        <w:jc w:val="both"/>
        <w:rPr>
          <w:color w:val="000000" w:themeColor="text1"/>
          <w:lang w:val="pt-PT"/>
        </w:rPr>
      </w:pP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7E6DD8DE" w14:textId="77777777">
        <w:trPr>
          <w:cantSplit/>
          <w:tblHeader/>
        </w:trPr>
        <w:tc>
          <w:tcPr>
            <w:tcW w:w="2200" w:type="dxa"/>
            <w:shd w:val="clear" w:color="auto" w:fill="E8EEF5"/>
            <w:tcMar>
              <w:top w:w="90" w:type="dxa"/>
              <w:left w:w="110" w:type="dxa"/>
              <w:bottom w:w="90" w:type="dxa"/>
              <w:right w:w="110" w:type="dxa"/>
            </w:tcMar>
            <w:vAlign w:val="center"/>
          </w:tcPr>
          <w:p w14:paraId="60150E8F" w14:textId="77777777" w:rsidR="004B2CD6" w:rsidRPr="00CD2577" w:rsidRDefault="004B2CD6" w:rsidP="004B2CD6">
            <w:pPr>
              <w:spacing w:after="30" w:line="240" w:lineRule="auto"/>
              <w:jc w:val="both"/>
              <w:rPr>
                <w:color w:val="000000" w:themeColor="text1"/>
              </w:rPr>
            </w:pPr>
            <w:r w:rsidRPr="00CD2577">
              <w:rPr>
                <w:b/>
                <w:color w:val="000000" w:themeColor="text1"/>
                <w:sz w:val="18"/>
              </w:rPr>
              <w:t>Local e data</w:t>
            </w:r>
          </w:p>
        </w:tc>
        <w:tc>
          <w:tcPr>
            <w:tcW w:w="7100" w:type="dxa"/>
            <w:tcMar>
              <w:top w:w="90" w:type="dxa"/>
              <w:left w:w="110" w:type="dxa"/>
              <w:bottom w:w="90" w:type="dxa"/>
              <w:right w:w="110" w:type="dxa"/>
            </w:tcMar>
            <w:vAlign w:val="center"/>
          </w:tcPr>
          <w:p w14:paraId="22DC747E" w14:textId="1136B60A" w:rsidR="004B2CD6" w:rsidRPr="00CD2577" w:rsidRDefault="004B2CD6" w:rsidP="004B2CD6">
            <w:pPr>
              <w:spacing w:after="30" w:line="240" w:lineRule="auto"/>
              <w:jc w:val="both"/>
              <w:rPr>
                <w:color w:val="000000" w:themeColor="text1"/>
              </w:rPr>
            </w:pPr>
          </w:p>
        </w:tc>
      </w:tr>
      <w:tr w:rsidR="004B2CD6" w:rsidRPr="006E2932" w14:paraId="26980F6B" w14:textId="77777777">
        <w:trPr>
          <w:cantSplit/>
        </w:trPr>
        <w:tc>
          <w:tcPr>
            <w:tcW w:w="2200" w:type="dxa"/>
            <w:shd w:val="clear" w:color="auto" w:fill="E8EEF5"/>
            <w:tcMar>
              <w:top w:w="90" w:type="dxa"/>
              <w:left w:w="110" w:type="dxa"/>
              <w:bottom w:w="90" w:type="dxa"/>
              <w:right w:w="110" w:type="dxa"/>
            </w:tcMar>
            <w:vAlign w:val="center"/>
          </w:tcPr>
          <w:p w14:paraId="5725A758" w14:textId="77777777" w:rsidR="004B2CD6" w:rsidRPr="005931D4" w:rsidRDefault="004B2CD6" w:rsidP="004B2CD6">
            <w:pPr>
              <w:spacing w:after="30" w:line="240" w:lineRule="auto"/>
              <w:jc w:val="both"/>
              <w:rPr>
                <w:color w:val="000000" w:themeColor="text1"/>
                <w:lang w:val="pt-PT"/>
              </w:rPr>
            </w:pPr>
            <w:r w:rsidRPr="005931D4">
              <w:rPr>
                <w:b/>
                <w:color w:val="000000" w:themeColor="text1"/>
                <w:sz w:val="18"/>
                <w:lang w:val="pt-PT"/>
              </w:rPr>
              <w:t>Assinatura do/a candidato/a</w:t>
            </w:r>
          </w:p>
        </w:tc>
        <w:tc>
          <w:tcPr>
            <w:tcW w:w="7100" w:type="dxa"/>
            <w:tcMar>
              <w:top w:w="90" w:type="dxa"/>
              <w:left w:w="110" w:type="dxa"/>
              <w:bottom w:w="90" w:type="dxa"/>
              <w:right w:w="110" w:type="dxa"/>
            </w:tcMar>
            <w:vAlign w:val="center"/>
          </w:tcPr>
          <w:p w14:paraId="5A91CDFB" w14:textId="77777777" w:rsidR="004B2CD6" w:rsidRPr="005931D4" w:rsidRDefault="004B2CD6" w:rsidP="004B2CD6">
            <w:pPr>
              <w:spacing w:after="30" w:line="240" w:lineRule="auto"/>
              <w:jc w:val="both"/>
              <w:rPr>
                <w:color w:val="000000" w:themeColor="text1"/>
                <w:lang w:val="pt-PT"/>
              </w:rPr>
            </w:pPr>
            <w:r w:rsidRPr="005931D4">
              <w:rPr>
                <w:color w:val="000000" w:themeColor="text1"/>
                <w:sz w:val="19"/>
                <w:lang w:val="pt-PT"/>
              </w:rPr>
              <w:t>Assinar manualmente ou apor assinatura eletrónica válida</w:t>
            </w:r>
          </w:p>
        </w:tc>
      </w:tr>
    </w:tbl>
    <w:p w14:paraId="329451AA" w14:textId="77777777" w:rsidR="00D56AFB" w:rsidRPr="005931D4" w:rsidRDefault="00D56AFB" w:rsidP="004B2CD6">
      <w:pPr>
        <w:spacing w:after="20"/>
        <w:jc w:val="both"/>
        <w:rPr>
          <w:color w:val="000000" w:themeColor="text1"/>
          <w:lang w:val="pt-PT"/>
        </w:rPr>
      </w:pPr>
    </w:p>
    <w:p w14:paraId="7F0DBFC5" w14:textId="77777777" w:rsidR="00D56AFB" w:rsidRPr="005931D4" w:rsidRDefault="00B80BC3" w:rsidP="004B2CD6">
      <w:pPr>
        <w:jc w:val="both"/>
        <w:rPr>
          <w:color w:val="000000" w:themeColor="text1"/>
          <w:lang w:val="pt-PT"/>
        </w:rPr>
      </w:pPr>
      <w:r w:rsidRPr="005931D4">
        <w:rPr>
          <w:color w:val="000000" w:themeColor="text1"/>
          <w:lang w:val="pt-PT"/>
        </w:rPr>
        <w:br w:type="page"/>
      </w:r>
    </w:p>
    <w:p w14:paraId="4D82E0AD" w14:textId="77777777" w:rsidR="00D56AFB" w:rsidRPr="005931D4" w:rsidRDefault="00B80BC3" w:rsidP="004B2CD6">
      <w:pPr>
        <w:keepNext/>
        <w:spacing w:before="40" w:after="40"/>
        <w:jc w:val="both"/>
        <w:rPr>
          <w:color w:val="000000" w:themeColor="text1"/>
          <w:lang w:val="pt-PT"/>
        </w:rPr>
      </w:pPr>
      <w:r w:rsidRPr="005931D4">
        <w:rPr>
          <w:b/>
          <w:color w:val="000000" w:themeColor="text1"/>
          <w:sz w:val="17"/>
          <w:lang w:val="pt-PT"/>
        </w:rPr>
        <w:lastRenderedPageBreak/>
        <w:t>F13</w:t>
      </w:r>
    </w:p>
    <w:p w14:paraId="30F22D48" w14:textId="77777777" w:rsidR="00D56AFB" w:rsidRPr="005931D4" w:rsidRDefault="00B80BC3" w:rsidP="004B2CD6">
      <w:pPr>
        <w:pStyle w:val="Ttulo1"/>
        <w:jc w:val="both"/>
        <w:rPr>
          <w:color w:val="000000" w:themeColor="text1"/>
          <w:lang w:val="pt-PT"/>
        </w:rPr>
      </w:pPr>
      <w:r w:rsidRPr="005931D4">
        <w:rPr>
          <w:color w:val="000000" w:themeColor="text1"/>
          <w:lang w:val="pt-PT"/>
        </w:rPr>
        <w:t>Declaração individual de aceitação de candidatura</w:t>
      </w:r>
    </w:p>
    <w:p w14:paraId="55BFF43A" w14:textId="77777777" w:rsidR="00D56AFB" w:rsidRPr="005931D4" w:rsidRDefault="00B80BC3" w:rsidP="004B2CD6">
      <w:pPr>
        <w:keepNext/>
        <w:spacing w:after="160"/>
        <w:jc w:val="both"/>
        <w:rPr>
          <w:color w:val="000000" w:themeColor="text1"/>
          <w:lang w:val="pt-PT"/>
        </w:rPr>
      </w:pPr>
      <w:r w:rsidRPr="005931D4">
        <w:rPr>
          <w:color w:val="000000" w:themeColor="text1"/>
          <w:sz w:val="19"/>
          <w:lang w:val="pt-PT"/>
        </w:rPr>
        <w:t>Candidato/a não membro da OA — órgão disciplinar</w:t>
      </w: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78E0BCDB" w14:textId="77777777">
        <w:trPr>
          <w:cantSplit/>
          <w:tblHeader/>
        </w:trPr>
        <w:tc>
          <w:tcPr>
            <w:tcW w:w="2200" w:type="dxa"/>
            <w:shd w:val="clear" w:color="auto" w:fill="E8EEF5"/>
            <w:tcMar>
              <w:top w:w="90" w:type="dxa"/>
              <w:left w:w="110" w:type="dxa"/>
              <w:bottom w:w="90" w:type="dxa"/>
              <w:right w:w="110" w:type="dxa"/>
            </w:tcMar>
            <w:vAlign w:val="center"/>
          </w:tcPr>
          <w:p w14:paraId="40094371" w14:textId="77777777" w:rsidR="004B2CD6" w:rsidRPr="00CD2577" w:rsidRDefault="004B2CD6" w:rsidP="004B2CD6">
            <w:pPr>
              <w:spacing w:after="30" w:line="240" w:lineRule="auto"/>
              <w:jc w:val="both"/>
              <w:rPr>
                <w:color w:val="000000" w:themeColor="text1"/>
              </w:rPr>
            </w:pPr>
            <w:r w:rsidRPr="00CD2577">
              <w:rPr>
                <w:b/>
                <w:color w:val="000000" w:themeColor="text1"/>
                <w:sz w:val="18"/>
              </w:rPr>
              <w:t xml:space="preserve">Nome </w:t>
            </w:r>
            <w:proofErr w:type="spellStart"/>
            <w:r w:rsidRPr="00CD2577">
              <w:rPr>
                <w:b/>
                <w:color w:val="000000" w:themeColor="text1"/>
                <w:sz w:val="18"/>
              </w:rPr>
              <w:t>completo</w:t>
            </w:r>
            <w:proofErr w:type="spellEnd"/>
          </w:p>
        </w:tc>
        <w:tc>
          <w:tcPr>
            <w:tcW w:w="7100" w:type="dxa"/>
            <w:tcMar>
              <w:top w:w="90" w:type="dxa"/>
              <w:left w:w="110" w:type="dxa"/>
              <w:bottom w:w="90" w:type="dxa"/>
              <w:right w:w="110" w:type="dxa"/>
            </w:tcMar>
            <w:vAlign w:val="center"/>
          </w:tcPr>
          <w:p w14:paraId="3E6D0EE2" w14:textId="7A11FE80" w:rsidR="004B2CD6" w:rsidRPr="00CD2577" w:rsidRDefault="004B2CD6" w:rsidP="004B2CD6">
            <w:pPr>
              <w:spacing w:after="30" w:line="240" w:lineRule="auto"/>
              <w:jc w:val="both"/>
              <w:rPr>
                <w:color w:val="000000" w:themeColor="text1"/>
              </w:rPr>
            </w:pPr>
          </w:p>
        </w:tc>
      </w:tr>
      <w:tr w:rsidR="004B2CD6" w:rsidRPr="006E2932" w14:paraId="6D211B13" w14:textId="77777777">
        <w:trPr>
          <w:cantSplit/>
        </w:trPr>
        <w:tc>
          <w:tcPr>
            <w:tcW w:w="2200" w:type="dxa"/>
            <w:shd w:val="clear" w:color="auto" w:fill="E8EEF5"/>
            <w:tcMar>
              <w:top w:w="90" w:type="dxa"/>
              <w:left w:w="110" w:type="dxa"/>
              <w:bottom w:w="90" w:type="dxa"/>
              <w:right w:w="110" w:type="dxa"/>
            </w:tcMar>
            <w:vAlign w:val="center"/>
          </w:tcPr>
          <w:p w14:paraId="60BA05B5"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Documento</w:t>
            </w:r>
            <w:proofErr w:type="spellEnd"/>
            <w:r w:rsidRPr="00CD2577">
              <w:rPr>
                <w:b/>
                <w:color w:val="000000" w:themeColor="text1"/>
                <w:sz w:val="18"/>
              </w:rPr>
              <w:t xml:space="preserve"> de </w:t>
            </w:r>
            <w:proofErr w:type="spellStart"/>
            <w:r w:rsidRPr="00CD2577">
              <w:rPr>
                <w:b/>
                <w:color w:val="000000" w:themeColor="text1"/>
                <w:sz w:val="18"/>
              </w:rPr>
              <w:t>identificação</w:t>
            </w:r>
            <w:proofErr w:type="spellEnd"/>
          </w:p>
        </w:tc>
        <w:tc>
          <w:tcPr>
            <w:tcW w:w="7100" w:type="dxa"/>
            <w:tcMar>
              <w:top w:w="90" w:type="dxa"/>
              <w:left w:w="110" w:type="dxa"/>
              <w:bottom w:w="90" w:type="dxa"/>
              <w:right w:w="110" w:type="dxa"/>
            </w:tcMar>
            <w:vAlign w:val="center"/>
          </w:tcPr>
          <w:p w14:paraId="5B79DD06" w14:textId="77777777" w:rsidR="004B2CD6" w:rsidRPr="005931D4" w:rsidRDefault="004B2CD6" w:rsidP="004B2CD6">
            <w:pPr>
              <w:spacing w:after="30" w:line="240" w:lineRule="auto"/>
              <w:jc w:val="both"/>
              <w:rPr>
                <w:color w:val="000000" w:themeColor="text1"/>
                <w:lang w:val="pt-PT"/>
              </w:rPr>
            </w:pPr>
            <w:r w:rsidRPr="005931D4">
              <w:rPr>
                <w:color w:val="000000" w:themeColor="text1"/>
                <w:sz w:val="19"/>
                <w:lang w:val="pt-PT"/>
              </w:rPr>
              <w:t>Tipo e últimos quatro dígitos (facultativo): __________</w:t>
            </w:r>
          </w:p>
        </w:tc>
      </w:tr>
      <w:tr w:rsidR="004B2CD6" w:rsidRPr="00CD2577" w14:paraId="0CD7B170" w14:textId="77777777">
        <w:trPr>
          <w:cantSplit/>
        </w:trPr>
        <w:tc>
          <w:tcPr>
            <w:tcW w:w="2200" w:type="dxa"/>
            <w:shd w:val="clear" w:color="auto" w:fill="E8EEF5"/>
            <w:tcMar>
              <w:top w:w="90" w:type="dxa"/>
              <w:left w:w="110" w:type="dxa"/>
              <w:bottom w:w="90" w:type="dxa"/>
              <w:right w:w="110" w:type="dxa"/>
            </w:tcMar>
            <w:vAlign w:val="center"/>
          </w:tcPr>
          <w:p w14:paraId="2A189753"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Profissão</w:t>
            </w:r>
            <w:proofErr w:type="spellEnd"/>
            <w:r w:rsidRPr="00CD2577">
              <w:rPr>
                <w:b/>
                <w:color w:val="000000" w:themeColor="text1"/>
                <w:sz w:val="18"/>
              </w:rPr>
              <w:t xml:space="preserve"> / </w:t>
            </w:r>
            <w:proofErr w:type="spellStart"/>
            <w:r w:rsidRPr="00CD2577">
              <w:rPr>
                <w:b/>
                <w:color w:val="000000" w:themeColor="text1"/>
                <w:sz w:val="18"/>
              </w:rPr>
              <w:t>atividade</w:t>
            </w:r>
            <w:proofErr w:type="spellEnd"/>
          </w:p>
        </w:tc>
        <w:tc>
          <w:tcPr>
            <w:tcW w:w="7100" w:type="dxa"/>
            <w:tcMar>
              <w:top w:w="90" w:type="dxa"/>
              <w:left w:w="110" w:type="dxa"/>
              <w:bottom w:w="90" w:type="dxa"/>
              <w:right w:w="110" w:type="dxa"/>
            </w:tcMar>
            <w:vAlign w:val="center"/>
          </w:tcPr>
          <w:p w14:paraId="0C720287" w14:textId="2B4C5985" w:rsidR="004B2CD6" w:rsidRPr="00CD2577" w:rsidRDefault="004B2CD6" w:rsidP="004B2CD6">
            <w:pPr>
              <w:spacing w:after="30" w:line="240" w:lineRule="auto"/>
              <w:jc w:val="both"/>
              <w:rPr>
                <w:color w:val="000000" w:themeColor="text1"/>
              </w:rPr>
            </w:pPr>
          </w:p>
        </w:tc>
      </w:tr>
      <w:tr w:rsidR="004B2CD6" w:rsidRPr="00CD2577" w14:paraId="3C23B654" w14:textId="77777777">
        <w:trPr>
          <w:cantSplit/>
        </w:trPr>
        <w:tc>
          <w:tcPr>
            <w:tcW w:w="2200" w:type="dxa"/>
            <w:shd w:val="clear" w:color="auto" w:fill="E8EEF5"/>
            <w:tcMar>
              <w:top w:w="90" w:type="dxa"/>
              <w:left w:w="110" w:type="dxa"/>
              <w:bottom w:w="90" w:type="dxa"/>
              <w:right w:w="110" w:type="dxa"/>
            </w:tcMar>
            <w:vAlign w:val="center"/>
          </w:tcPr>
          <w:p w14:paraId="49BED899"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Habilitações</w:t>
            </w:r>
            <w:proofErr w:type="spellEnd"/>
            <w:r w:rsidRPr="00CD2577">
              <w:rPr>
                <w:b/>
                <w:color w:val="000000" w:themeColor="text1"/>
                <w:sz w:val="18"/>
              </w:rPr>
              <w:t xml:space="preserve"> / </w:t>
            </w:r>
            <w:proofErr w:type="spellStart"/>
            <w:r w:rsidRPr="00CD2577">
              <w:rPr>
                <w:b/>
                <w:color w:val="000000" w:themeColor="text1"/>
                <w:sz w:val="18"/>
              </w:rPr>
              <w:t>experiência</w:t>
            </w:r>
            <w:proofErr w:type="spellEnd"/>
            <w:r w:rsidRPr="00CD2577">
              <w:rPr>
                <w:b/>
                <w:color w:val="000000" w:themeColor="text1"/>
                <w:sz w:val="18"/>
              </w:rPr>
              <w:t xml:space="preserve"> </w:t>
            </w:r>
            <w:proofErr w:type="spellStart"/>
            <w:r w:rsidRPr="00CD2577">
              <w:rPr>
                <w:b/>
                <w:color w:val="000000" w:themeColor="text1"/>
                <w:sz w:val="18"/>
              </w:rPr>
              <w:t>relevante</w:t>
            </w:r>
            <w:proofErr w:type="spellEnd"/>
          </w:p>
        </w:tc>
        <w:tc>
          <w:tcPr>
            <w:tcW w:w="7100" w:type="dxa"/>
            <w:tcMar>
              <w:top w:w="90" w:type="dxa"/>
              <w:left w:w="110" w:type="dxa"/>
              <w:bottom w:w="90" w:type="dxa"/>
              <w:right w:w="110" w:type="dxa"/>
            </w:tcMar>
            <w:vAlign w:val="center"/>
          </w:tcPr>
          <w:p w14:paraId="3988474A" w14:textId="57DF2F4D" w:rsidR="004B2CD6" w:rsidRPr="00CD2577" w:rsidRDefault="004B2CD6" w:rsidP="004B2CD6">
            <w:pPr>
              <w:spacing w:after="30" w:line="240" w:lineRule="auto"/>
              <w:jc w:val="both"/>
              <w:rPr>
                <w:color w:val="000000" w:themeColor="text1"/>
              </w:rPr>
            </w:pPr>
          </w:p>
        </w:tc>
      </w:tr>
      <w:tr w:rsidR="004B2CD6" w:rsidRPr="00CD2577" w14:paraId="658CDF9D" w14:textId="77777777">
        <w:trPr>
          <w:cantSplit/>
        </w:trPr>
        <w:tc>
          <w:tcPr>
            <w:tcW w:w="2200" w:type="dxa"/>
            <w:shd w:val="clear" w:color="auto" w:fill="E8EEF5"/>
            <w:tcMar>
              <w:top w:w="90" w:type="dxa"/>
              <w:left w:w="110" w:type="dxa"/>
              <w:bottom w:w="90" w:type="dxa"/>
              <w:right w:w="110" w:type="dxa"/>
            </w:tcMar>
            <w:vAlign w:val="center"/>
          </w:tcPr>
          <w:p w14:paraId="41168331"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Designação</w:t>
            </w:r>
            <w:proofErr w:type="spellEnd"/>
            <w:r w:rsidRPr="00CD2577">
              <w:rPr>
                <w:b/>
                <w:color w:val="000000" w:themeColor="text1"/>
                <w:sz w:val="18"/>
              </w:rPr>
              <w:t xml:space="preserve"> da </w:t>
            </w:r>
            <w:proofErr w:type="spellStart"/>
            <w:r w:rsidRPr="00CD2577">
              <w:rPr>
                <w:b/>
                <w:color w:val="000000" w:themeColor="text1"/>
                <w:sz w:val="18"/>
              </w:rPr>
              <w:t>candidatura</w:t>
            </w:r>
            <w:proofErr w:type="spellEnd"/>
          </w:p>
        </w:tc>
        <w:tc>
          <w:tcPr>
            <w:tcW w:w="7100" w:type="dxa"/>
            <w:tcMar>
              <w:top w:w="90" w:type="dxa"/>
              <w:left w:w="110" w:type="dxa"/>
              <w:bottom w:w="90" w:type="dxa"/>
              <w:right w:w="110" w:type="dxa"/>
            </w:tcMar>
            <w:vAlign w:val="center"/>
          </w:tcPr>
          <w:p w14:paraId="17B3BE01" w14:textId="28268FB1" w:rsidR="004B2CD6" w:rsidRPr="00CD2577" w:rsidRDefault="004B2CD6" w:rsidP="004B2CD6">
            <w:pPr>
              <w:spacing w:after="30" w:line="240" w:lineRule="auto"/>
              <w:jc w:val="both"/>
              <w:rPr>
                <w:color w:val="000000" w:themeColor="text1"/>
              </w:rPr>
            </w:pPr>
          </w:p>
        </w:tc>
      </w:tr>
      <w:tr w:rsidR="004B2CD6" w:rsidRPr="006E2932" w14:paraId="691DA230" w14:textId="77777777">
        <w:trPr>
          <w:cantSplit/>
        </w:trPr>
        <w:tc>
          <w:tcPr>
            <w:tcW w:w="2200" w:type="dxa"/>
            <w:shd w:val="clear" w:color="auto" w:fill="E8EEF5"/>
            <w:tcMar>
              <w:top w:w="90" w:type="dxa"/>
              <w:left w:w="110" w:type="dxa"/>
              <w:bottom w:w="90" w:type="dxa"/>
              <w:right w:w="110" w:type="dxa"/>
            </w:tcMar>
            <w:vAlign w:val="center"/>
          </w:tcPr>
          <w:p w14:paraId="686B6D2A"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Órgão</w:t>
            </w:r>
            <w:proofErr w:type="spellEnd"/>
          </w:p>
        </w:tc>
        <w:tc>
          <w:tcPr>
            <w:tcW w:w="7100" w:type="dxa"/>
            <w:tcMar>
              <w:top w:w="90" w:type="dxa"/>
              <w:left w:w="110" w:type="dxa"/>
              <w:bottom w:w="90" w:type="dxa"/>
              <w:right w:w="110" w:type="dxa"/>
            </w:tcMar>
            <w:vAlign w:val="center"/>
          </w:tcPr>
          <w:p w14:paraId="7C47CA02" w14:textId="77777777" w:rsidR="004B2CD6" w:rsidRPr="005931D4" w:rsidRDefault="004B2CD6" w:rsidP="004B2CD6">
            <w:pPr>
              <w:spacing w:after="30" w:line="240" w:lineRule="auto"/>
              <w:jc w:val="both"/>
              <w:rPr>
                <w:color w:val="000000" w:themeColor="text1"/>
                <w:lang w:val="pt-PT"/>
              </w:rPr>
            </w:pPr>
            <w:r w:rsidRPr="005931D4">
              <w:rPr>
                <w:rFonts w:ascii="Segoe UI Symbol" w:hAnsi="Segoe UI Symbol" w:cs="Segoe UI Symbol"/>
                <w:color w:val="000000" w:themeColor="text1"/>
                <w:sz w:val="19"/>
                <w:lang w:val="pt-PT"/>
              </w:rPr>
              <w:t>☐</w:t>
            </w:r>
            <w:r w:rsidRPr="005931D4">
              <w:rPr>
                <w:color w:val="000000" w:themeColor="text1"/>
                <w:sz w:val="19"/>
                <w:lang w:val="pt-PT"/>
              </w:rPr>
              <w:t xml:space="preserve"> Conselho de Disciplina Nacional   </w:t>
            </w:r>
            <w:r w:rsidRPr="005931D4">
              <w:rPr>
                <w:rFonts w:ascii="Segoe UI Symbol" w:hAnsi="Segoe UI Symbol" w:cs="Segoe UI Symbol"/>
                <w:color w:val="000000" w:themeColor="text1"/>
                <w:sz w:val="19"/>
                <w:lang w:val="pt-PT"/>
              </w:rPr>
              <w:t>☐</w:t>
            </w:r>
            <w:r w:rsidRPr="005931D4">
              <w:rPr>
                <w:color w:val="000000" w:themeColor="text1"/>
                <w:sz w:val="19"/>
                <w:lang w:val="pt-PT"/>
              </w:rPr>
              <w:t xml:space="preserve"> Conselho de Disciplina Regional de __________________</w:t>
            </w:r>
          </w:p>
        </w:tc>
      </w:tr>
      <w:tr w:rsidR="004B2CD6" w:rsidRPr="00CD2577" w14:paraId="282EBDAC" w14:textId="77777777">
        <w:trPr>
          <w:cantSplit/>
        </w:trPr>
        <w:tc>
          <w:tcPr>
            <w:tcW w:w="2200" w:type="dxa"/>
            <w:shd w:val="clear" w:color="auto" w:fill="E8EEF5"/>
            <w:tcMar>
              <w:top w:w="90" w:type="dxa"/>
              <w:left w:w="110" w:type="dxa"/>
              <w:bottom w:w="90" w:type="dxa"/>
              <w:right w:w="110" w:type="dxa"/>
            </w:tcMar>
            <w:vAlign w:val="center"/>
          </w:tcPr>
          <w:p w14:paraId="30E40832"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Qualidade</w:t>
            </w:r>
            <w:proofErr w:type="spellEnd"/>
          </w:p>
        </w:tc>
        <w:tc>
          <w:tcPr>
            <w:tcW w:w="7100" w:type="dxa"/>
            <w:tcMar>
              <w:top w:w="90" w:type="dxa"/>
              <w:left w:w="110" w:type="dxa"/>
              <w:bottom w:w="90" w:type="dxa"/>
              <w:right w:w="110" w:type="dxa"/>
            </w:tcMar>
            <w:vAlign w:val="center"/>
          </w:tcPr>
          <w:p w14:paraId="371B2A33" w14:textId="77777777" w:rsidR="004B2CD6" w:rsidRPr="00CD2577" w:rsidRDefault="004B2CD6" w:rsidP="004B2CD6">
            <w:pPr>
              <w:spacing w:after="30" w:line="240" w:lineRule="auto"/>
              <w:jc w:val="both"/>
              <w:rPr>
                <w:color w:val="000000" w:themeColor="text1"/>
              </w:rPr>
            </w:pPr>
            <w:r w:rsidRPr="00CD2577">
              <w:rPr>
                <w:rFonts w:ascii="Segoe UI Symbol" w:hAnsi="Segoe UI Symbol" w:cs="Segoe UI Symbol"/>
                <w:color w:val="000000" w:themeColor="text1"/>
                <w:sz w:val="19"/>
              </w:rPr>
              <w:t>☐</w:t>
            </w:r>
            <w:r w:rsidRPr="00CD2577">
              <w:rPr>
                <w:color w:val="000000" w:themeColor="text1"/>
                <w:sz w:val="19"/>
              </w:rPr>
              <w:t xml:space="preserve"> Vogal   </w:t>
            </w:r>
            <w:r w:rsidRPr="00CD2577">
              <w:rPr>
                <w:rFonts w:ascii="Segoe UI Symbol" w:hAnsi="Segoe UI Symbol" w:cs="Segoe UI Symbol"/>
                <w:color w:val="000000" w:themeColor="text1"/>
                <w:sz w:val="19"/>
              </w:rPr>
              <w:t>☐</w:t>
            </w:r>
            <w:r w:rsidRPr="00CD2577">
              <w:rPr>
                <w:color w:val="000000" w:themeColor="text1"/>
                <w:sz w:val="19"/>
              </w:rPr>
              <w:t xml:space="preserve"> </w:t>
            </w:r>
            <w:proofErr w:type="spellStart"/>
            <w:r w:rsidRPr="00CD2577">
              <w:rPr>
                <w:color w:val="000000" w:themeColor="text1"/>
                <w:sz w:val="19"/>
              </w:rPr>
              <w:t>Suplente</w:t>
            </w:r>
            <w:proofErr w:type="spellEnd"/>
          </w:p>
        </w:tc>
      </w:tr>
    </w:tbl>
    <w:p w14:paraId="242F2C7A" w14:textId="77777777" w:rsidR="00D56AFB" w:rsidRPr="00CD2577" w:rsidRDefault="00D56AFB" w:rsidP="004B2CD6">
      <w:pPr>
        <w:spacing w:after="20"/>
        <w:jc w:val="both"/>
        <w:rPr>
          <w:color w:val="000000" w:themeColor="text1"/>
        </w:rPr>
      </w:pPr>
    </w:p>
    <w:p w14:paraId="40CA189D" w14:textId="77777777" w:rsidR="00D56AFB" w:rsidRPr="005931D4" w:rsidRDefault="00B80BC3" w:rsidP="004B2CD6">
      <w:pPr>
        <w:spacing w:before="120" w:after="100"/>
        <w:jc w:val="both"/>
        <w:rPr>
          <w:color w:val="000000" w:themeColor="text1"/>
          <w:lang w:val="pt-PT"/>
        </w:rPr>
      </w:pPr>
      <w:r w:rsidRPr="005931D4">
        <w:rPr>
          <w:color w:val="000000" w:themeColor="text1"/>
          <w:lang w:val="pt-PT"/>
        </w:rPr>
        <w:t>Declaro, sob compromisso de honra, que:</w:t>
      </w:r>
    </w:p>
    <w:p w14:paraId="241F2623" w14:textId="77777777" w:rsidR="00D56AFB" w:rsidRPr="005931D4" w:rsidRDefault="00B80BC3" w:rsidP="004B2CD6">
      <w:pPr>
        <w:pStyle w:val="Listacommarcas"/>
        <w:jc w:val="both"/>
        <w:rPr>
          <w:color w:val="000000" w:themeColor="text1"/>
          <w:lang w:val="pt-PT"/>
        </w:rPr>
      </w:pPr>
      <w:r w:rsidRPr="005931D4">
        <w:rPr>
          <w:color w:val="000000" w:themeColor="text1"/>
          <w:lang w:val="pt-PT"/>
        </w:rPr>
        <w:t>aceito integrar a candidatura acima identificada, para o mandato 2027–2029;</w:t>
      </w:r>
    </w:p>
    <w:p w14:paraId="5A06E428" w14:textId="77777777" w:rsidR="00D56AFB" w:rsidRPr="005931D4" w:rsidRDefault="00B80BC3" w:rsidP="004B2CD6">
      <w:pPr>
        <w:pStyle w:val="Listacommarcas"/>
        <w:jc w:val="both"/>
        <w:rPr>
          <w:color w:val="000000" w:themeColor="text1"/>
          <w:lang w:val="pt-PT"/>
        </w:rPr>
      </w:pPr>
      <w:r w:rsidRPr="005931D4">
        <w:rPr>
          <w:color w:val="000000" w:themeColor="text1"/>
          <w:lang w:val="pt-PT"/>
        </w:rPr>
        <w:t>não sou membro inscrito/a na Ordem dos Arquitectos;</w:t>
      </w:r>
    </w:p>
    <w:p w14:paraId="556BAB65" w14:textId="04020EED" w:rsidR="00D56AFB" w:rsidRPr="005931D4" w:rsidRDefault="006A3316" w:rsidP="004B2CD6">
      <w:pPr>
        <w:pStyle w:val="Listacommarcas"/>
        <w:jc w:val="both"/>
        <w:rPr>
          <w:color w:val="000000" w:themeColor="text1"/>
          <w:lang w:val="pt-PT"/>
        </w:rPr>
      </w:pPr>
      <w:r>
        <w:rPr>
          <w:color w:val="000000" w:themeColor="text1"/>
          <w:lang w:val="pt-PT"/>
        </w:rPr>
        <w:t>detenho</w:t>
      </w:r>
      <w:r w:rsidR="00B80BC3" w:rsidRPr="005931D4">
        <w:rPr>
          <w:color w:val="000000" w:themeColor="text1"/>
          <w:lang w:val="pt-PT"/>
        </w:rPr>
        <w:t xml:space="preserve"> conhecimento e experiência relevantes para a atividade do órgão;</w:t>
      </w:r>
    </w:p>
    <w:p w14:paraId="1E9B2BDE" w14:textId="77777777" w:rsidR="00D56AFB" w:rsidRPr="005931D4" w:rsidRDefault="00B80BC3" w:rsidP="004B2CD6">
      <w:pPr>
        <w:pStyle w:val="Listacommarcas"/>
        <w:jc w:val="both"/>
        <w:rPr>
          <w:color w:val="000000" w:themeColor="text1"/>
          <w:lang w:val="pt-PT"/>
        </w:rPr>
      </w:pPr>
      <w:r w:rsidRPr="005931D4">
        <w:rPr>
          <w:color w:val="000000" w:themeColor="text1"/>
          <w:lang w:val="pt-PT"/>
        </w:rPr>
        <w:t>tomei conhecimento das incompatibilidades previstas no artigo 13.º do Estatuto e, caso seja eleito/a, não exercerei simultaneamente funções incompatíveis.</w:t>
      </w: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7CCB5175" w14:textId="77777777">
        <w:trPr>
          <w:cantSplit/>
          <w:tblHeader/>
        </w:trPr>
        <w:tc>
          <w:tcPr>
            <w:tcW w:w="2200" w:type="dxa"/>
            <w:shd w:val="clear" w:color="auto" w:fill="E8EEF5"/>
            <w:tcMar>
              <w:top w:w="90" w:type="dxa"/>
              <w:left w:w="110" w:type="dxa"/>
              <w:bottom w:w="90" w:type="dxa"/>
              <w:right w:w="110" w:type="dxa"/>
            </w:tcMar>
            <w:vAlign w:val="center"/>
          </w:tcPr>
          <w:p w14:paraId="41EEA5E3" w14:textId="77777777" w:rsidR="004B2CD6" w:rsidRPr="00CD2577" w:rsidRDefault="004B2CD6" w:rsidP="004B2CD6">
            <w:pPr>
              <w:spacing w:after="30" w:line="240" w:lineRule="auto"/>
              <w:jc w:val="both"/>
              <w:rPr>
                <w:color w:val="000000" w:themeColor="text1"/>
              </w:rPr>
            </w:pPr>
            <w:r w:rsidRPr="00CD2577">
              <w:rPr>
                <w:b/>
                <w:color w:val="000000" w:themeColor="text1"/>
                <w:sz w:val="18"/>
              </w:rPr>
              <w:t>Local e data</w:t>
            </w:r>
          </w:p>
        </w:tc>
        <w:tc>
          <w:tcPr>
            <w:tcW w:w="7100" w:type="dxa"/>
            <w:tcMar>
              <w:top w:w="90" w:type="dxa"/>
              <w:left w:w="110" w:type="dxa"/>
              <w:bottom w:w="90" w:type="dxa"/>
              <w:right w:w="110" w:type="dxa"/>
            </w:tcMar>
            <w:vAlign w:val="center"/>
          </w:tcPr>
          <w:p w14:paraId="7B5EBED1" w14:textId="276F0614" w:rsidR="004B2CD6" w:rsidRPr="00CD2577" w:rsidRDefault="004B2CD6" w:rsidP="004B2CD6">
            <w:pPr>
              <w:spacing w:after="30" w:line="240" w:lineRule="auto"/>
              <w:jc w:val="both"/>
              <w:rPr>
                <w:color w:val="000000" w:themeColor="text1"/>
              </w:rPr>
            </w:pPr>
          </w:p>
        </w:tc>
      </w:tr>
      <w:tr w:rsidR="004B2CD6" w:rsidRPr="006E2932" w14:paraId="2CADBA12" w14:textId="77777777">
        <w:trPr>
          <w:cantSplit/>
        </w:trPr>
        <w:tc>
          <w:tcPr>
            <w:tcW w:w="2200" w:type="dxa"/>
            <w:shd w:val="clear" w:color="auto" w:fill="E8EEF5"/>
            <w:tcMar>
              <w:top w:w="90" w:type="dxa"/>
              <w:left w:w="110" w:type="dxa"/>
              <w:bottom w:w="90" w:type="dxa"/>
              <w:right w:w="110" w:type="dxa"/>
            </w:tcMar>
            <w:vAlign w:val="center"/>
          </w:tcPr>
          <w:p w14:paraId="1F00E72C" w14:textId="77777777" w:rsidR="004B2CD6" w:rsidRPr="005931D4" w:rsidRDefault="004B2CD6" w:rsidP="004B2CD6">
            <w:pPr>
              <w:spacing w:after="30" w:line="240" w:lineRule="auto"/>
              <w:jc w:val="both"/>
              <w:rPr>
                <w:color w:val="000000" w:themeColor="text1"/>
                <w:lang w:val="pt-PT"/>
              </w:rPr>
            </w:pPr>
            <w:r w:rsidRPr="005931D4">
              <w:rPr>
                <w:b/>
                <w:color w:val="000000" w:themeColor="text1"/>
                <w:sz w:val="18"/>
                <w:lang w:val="pt-PT"/>
              </w:rPr>
              <w:t>Assinatura do/a candidato/a</w:t>
            </w:r>
          </w:p>
        </w:tc>
        <w:tc>
          <w:tcPr>
            <w:tcW w:w="7100" w:type="dxa"/>
            <w:tcMar>
              <w:top w:w="90" w:type="dxa"/>
              <w:left w:w="110" w:type="dxa"/>
              <w:bottom w:w="90" w:type="dxa"/>
              <w:right w:w="110" w:type="dxa"/>
            </w:tcMar>
            <w:vAlign w:val="center"/>
          </w:tcPr>
          <w:p w14:paraId="00B14B98" w14:textId="77777777" w:rsidR="004B2CD6" w:rsidRPr="005931D4" w:rsidRDefault="004B2CD6" w:rsidP="004B2CD6">
            <w:pPr>
              <w:spacing w:after="30" w:line="240" w:lineRule="auto"/>
              <w:jc w:val="both"/>
              <w:rPr>
                <w:color w:val="000000" w:themeColor="text1"/>
                <w:lang w:val="pt-PT"/>
              </w:rPr>
            </w:pPr>
            <w:r w:rsidRPr="005931D4">
              <w:rPr>
                <w:color w:val="000000" w:themeColor="text1"/>
                <w:sz w:val="19"/>
                <w:lang w:val="pt-PT"/>
              </w:rPr>
              <w:t>Assinar manualmente ou apor assinatura eletrónica válida</w:t>
            </w:r>
          </w:p>
        </w:tc>
      </w:tr>
    </w:tbl>
    <w:p w14:paraId="1FC812B1" w14:textId="77777777" w:rsidR="00D56AFB" w:rsidRPr="005931D4" w:rsidRDefault="00D56AFB" w:rsidP="004B2CD6">
      <w:pPr>
        <w:spacing w:after="20"/>
        <w:jc w:val="both"/>
        <w:rPr>
          <w:color w:val="000000" w:themeColor="text1"/>
          <w:lang w:val="pt-PT"/>
        </w:rPr>
      </w:pPr>
    </w:p>
    <w:p w14:paraId="5981E096" w14:textId="77777777" w:rsidR="00D56AFB" w:rsidRPr="005931D4" w:rsidRDefault="00B80BC3" w:rsidP="004B2CD6">
      <w:pPr>
        <w:jc w:val="both"/>
        <w:rPr>
          <w:color w:val="000000" w:themeColor="text1"/>
          <w:lang w:val="pt-PT"/>
        </w:rPr>
      </w:pPr>
      <w:r w:rsidRPr="005931D4">
        <w:rPr>
          <w:color w:val="000000" w:themeColor="text1"/>
          <w:lang w:val="pt-PT"/>
        </w:rPr>
        <w:br w:type="page"/>
      </w:r>
    </w:p>
    <w:p w14:paraId="6691B93D" w14:textId="77777777" w:rsidR="00D56AFB" w:rsidRPr="005931D4" w:rsidRDefault="00B80BC3" w:rsidP="004B2CD6">
      <w:pPr>
        <w:keepNext/>
        <w:spacing w:before="40" w:after="40"/>
        <w:jc w:val="both"/>
        <w:rPr>
          <w:color w:val="000000" w:themeColor="text1"/>
          <w:lang w:val="pt-PT"/>
        </w:rPr>
      </w:pPr>
      <w:r w:rsidRPr="005931D4">
        <w:rPr>
          <w:b/>
          <w:color w:val="000000" w:themeColor="text1"/>
          <w:sz w:val="17"/>
          <w:lang w:val="pt-PT"/>
        </w:rPr>
        <w:lastRenderedPageBreak/>
        <w:t>F14</w:t>
      </w:r>
    </w:p>
    <w:p w14:paraId="7F7C3A1D" w14:textId="77777777" w:rsidR="00D56AFB" w:rsidRPr="005931D4" w:rsidRDefault="00B80BC3" w:rsidP="004B2CD6">
      <w:pPr>
        <w:pStyle w:val="Ttulo1"/>
        <w:jc w:val="both"/>
        <w:rPr>
          <w:color w:val="000000" w:themeColor="text1"/>
          <w:lang w:val="pt-PT"/>
        </w:rPr>
      </w:pPr>
      <w:r w:rsidRPr="005931D4">
        <w:rPr>
          <w:color w:val="000000" w:themeColor="text1"/>
          <w:lang w:val="pt-PT"/>
        </w:rPr>
        <w:t>Declaração individual de aceitação de candidatura</w:t>
      </w:r>
    </w:p>
    <w:p w14:paraId="5BCE6C62" w14:textId="77777777" w:rsidR="00D56AFB" w:rsidRPr="005931D4" w:rsidRDefault="00B80BC3" w:rsidP="004B2CD6">
      <w:pPr>
        <w:keepNext/>
        <w:spacing w:after="160"/>
        <w:jc w:val="both"/>
        <w:rPr>
          <w:color w:val="000000" w:themeColor="text1"/>
          <w:lang w:val="pt-PT"/>
        </w:rPr>
      </w:pPr>
      <w:r w:rsidRPr="005931D4">
        <w:rPr>
          <w:color w:val="000000" w:themeColor="text1"/>
          <w:sz w:val="19"/>
          <w:lang w:val="pt-PT"/>
        </w:rPr>
        <w:t>Candidato/a não membro da OA — Conselho de Supervisão</w:t>
      </w: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713547A4" w14:textId="77777777">
        <w:trPr>
          <w:cantSplit/>
          <w:tblHeader/>
        </w:trPr>
        <w:tc>
          <w:tcPr>
            <w:tcW w:w="2200" w:type="dxa"/>
            <w:shd w:val="clear" w:color="auto" w:fill="E8EEF5"/>
            <w:tcMar>
              <w:top w:w="90" w:type="dxa"/>
              <w:left w:w="110" w:type="dxa"/>
              <w:bottom w:w="90" w:type="dxa"/>
              <w:right w:w="110" w:type="dxa"/>
            </w:tcMar>
            <w:vAlign w:val="center"/>
          </w:tcPr>
          <w:p w14:paraId="1920E390" w14:textId="77777777" w:rsidR="004B2CD6" w:rsidRPr="00CD2577" w:rsidRDefault="004B2CD6" w:rsidP="004B2CD6">
            <w:pPr>
              <w:spacing w:after="30" w:line="240" w:lineRule="auto"/>
              <w:jc w:val="both"/>
              <w:rPr>
                <w:color w:val="000000" w:themeColor="text1"/>
              </w:rPr>
            </w:pPr>
            <w:r w:rsidRPr="00CD2577">
              <w:rPr>
                <w:b/>
                <w:color w:val="000000" w:themeColor="text1"/>
                <w:sz w:val="18"/>
              </w:rPr>
              <w:t xml:space="preserve">Nome </w:t>
            </w:r>
            <w:proofErr w:type="spellStart"/>
            <w:r w:rsidRPr="00CD2577">
              <w:rPr>
                <w:b/>
                <w:color w:val="000000" w:themeColor="text1"/>
                <w:sz w:val="18"/>
              </w:rPr>
              <w:t>completo</w:t>
            </w:r>
            <w:proofErr w:type="spellEnd"/>
          </w:p>
        </w:tc>
        <w:tc>
          <w:tcPr>
            <w:tcW w:w="7100" w:type="dxa"/>
            <w:tcMar>
              <w:top w:w="90" w:type="dxa"/>
              <w:left w:w="110" w:type="dxa"/>
              <w:bottom w:w="90" w:type="dxa"/>
              <w:right w:w="110" w:type="dxa"/>
            </w:tcMar>
            <w:vAlign w:val="center"/>
          </w:tcPr>
          <w:p w14:paraId="1DC6DDBC" w14:textId="1BC3E4F1" w:rsidR="004B2CD6" w:rsidRPr="00CD2577" w:rsidRDefault="004B2CD6" w:rsidP="004B2CD6">
            <w:pPr>
              <w:spacing w:after="30" w:line="240" w:lineRule="auto"/>
              <w:jc w:val="both"/>
              <w:rPr>
                <w:color w:val="000000" w:themeColor="text1"/>
              </w:rPr>
            </w:pPr>
          </w:p>
        </w:tc>
      </w:tr>
      <w:tr w:rsidR="004B2CD6" w:rsidRPr="00CD2577" w14:paraId="4614CB02" w14:textId="77777777">
        <w:trPr>
          <w:cantSplit/>
        </w:trPr>
        <w:tc>
          <w:tcPr>
            <w:tcW w:w="2200" w:type="dxa"/>
            <w:shd w:val="clear" w:color="auto" w:fill="E8EEF5"/>
            <w:tcMar>
              <w:top w:w="90" w:type="dxa"/>
              <w:left w:w="110" w:type="dxa"/>
              <w:bottom w:w="90" w:type="dxa"/>
              <w:right w:w="110" w:type="dxa"/>
            </w:tcMar>
            <w:vAlign w:val="center"/>
          </w:tcPr>
          <w:p w14:paraId="240A5052"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Instituição</w:t>
            </w:r>
            <w:proofErr w:type="spellEnd"/>
            <w:r w:rsidRPr="00CD2577">
              <w:rPr>
                <w:b/>
                <w:color w:val="000000" w:themeColor="text1"/>
                <w:sz w:val="18"/>
              </w:rPr>
              <w:t xml:space="preserve"> de </w:t>
            </w:r>
            <w:proofErr w:type="spellStart"/>
            <w:r w:rsidRPr="00CD2577">
              <w:rPr>
                <w:b/>
                <w:color w:val="000000" w:themeColor="text1"/>
                <w:sz w:val="18"/>
              </w:rPr>
              <w:t>ensino</w:t>
            </w:r>
            <w:proofErr w:type="spellEnd"/>
            <w:r w:rsidRPr="00CD2577">
              <w:rPr>
                <w:b/>
                <w:color w:val="000000" w:themeColor="text1"/>
                <w:sz w:val="18"/>
              </w:rPr>
              <w:t xml:space="preserve"> superior</w:t>
            </w:r>
          </w:p>
        </w:tc>
        <w:tc>
          <w:tcPr>
            <w:tcW w:w="7100" w:type="dxa"/>
            <w:tcMar>
              <w:top w:w="90" w:type="dxa"/>
              <w:left w:w="110" w:type="dxa"/>
              <w:bottom w:w="90" w:type="dxa"/>
              <w:right w:w="110" w:type="dxa"/>
            </w:tcMar>
            <w:vAlign w:val="center"/>
          </w:tcPr>
          <w:p w14:paraId="3AB8294A" w14:textId="4532C579" w:rsidR="004B2CD6" w:rsidRPr="00CD2577" w:rsidRDefault="004B2CD6" w:rsidP="004B2CD6">
            <w:pPr>
              <w:spacing w:after="30" w:line="240" w:lineRule="auto"/>
              <w:jc w:val="both"/>
              <w:rPr>
                <w:color w:val="000000" w:themeColor="text1"/>
              </w:rPr>
            </w:pPr>
          </w:p>
        </w:tc>
      </w:tr>
      <w:tr w:rsidR="004B2CD6" w:rsidRPr="00CD2577" w14:paraId="77682337" w14:textId="77777777">
        <w:trPr>
          <w:cantSplit/>
        </w:trPr>
        <w:tc>
          <w:tcPr>
            <w:tcW w:w="2200" w:type="dxa"/>
            <w:shd w:val="clear" w:color="auto" w:fill="E8EEF5"/>
            <w:tcMar>
              <w:top w:w="90" w:type="dxa"/>
              <w:left w:w="110" w:type="dxa"/>
              <w:bottom w:w="90" w:type="dxa"/>
              <w:right w:w="110" w:type="dxa"/>
            </w:tcMar>
            <w:vAlign w:val="center"/>
          </w:tcPr>
          <w:p w14:paraId="26BCDE60"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Vínculo</w:t>
            </w:r>
            <w:proofErr w:type="spellEnd"/>
            <w:r w:rsidRPr="00CD2577">
              <w:rPr>
                <w:b/>
                <w:color w:val="000000" w:themeColor="text1"/>
                <w:sz w:val="18"/>
              </w:rPr>
              <w:t xml:space="preserve"> / </w:t>
            </w:r>
            <w:proofErr w:type="spellStart"/>
            <w:r w:rsidRPr="00CD2577">
              <w:rPr>
                <w:b/>
                <w:color w:val="000000" w:themeColor="text1"/>
                <w:sz w:val="18"/>
              </w:rPr>
              <w:t>função</w:t>
            </w:r>
            <w:proofErr w:type="spellEnd"/>
          </w:p>
        </w:tc>
        <w:tc>
          <w:tcPr>
            <w:tcW w:w="7100" w:type="dxa"/>
            <w:tcMar>
              <w:top w:w="90" w:type="dxa"/>
              <w:left w:w="110" w:type="dxa"/>
              <w:bottom w:w="90" w:type="dxa"/>
              <w:right w:w="110" w:type="dxa"/>
            </w:tcMar>
            <w:vAlign w:val="center"/>
          </w:tcPr>
          <w:p w14:paraId="36ABC9C4" w14:textId="47CE8E38" w:rsidR="004B2CD6" w:rsidRPr="00CD2577" w:rsidRDefault="004B2CD6" w:rsidP="004B2CD6">
            <w:pPr>
              <w:spacing w:after="30" w:line="240" w:lineRule="auto"/>
              <w:jc w:val="both"/>
              <w:rPr>
                <w:color w:val="000000" w:themeColor="text1"/>
              </w:rPr>
            </w:pPr>
          </w:p>
        </w:tc>
      </w:tr>
      <w:tr w:rsidR="004B2CD6" w:rsidRPr="00CD2577" w14:paraId="2607E14D" w14:textId="77777777">
        <w:trPr>
          <w:cantSplit/>
        </w:trPr>
        <w:tc>
          <w:tcPr>
            <w:tcW w:w="2200" w:type="dxa"/>
            <w:shd w:val="clear" w:color="auto" w:fill="E8EEF5"/>
            <w:tcMar>
              <w:top w:w="90" w:type="dxa"/>
              <w:left w:w="110" w:type="dxa"/>
              <w:bottom w:w="90" w:type="dxa"/>
              <w:right w:w="110" w:type="dxa"/>
            </w:tcMar>
            <w:vAlign w:val="center"/>
          </w:tcPr>
          <w:p w14:paraId="711BEBF7"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Habilitações</w:t>
            </w:r>
            <w:proofErr w:type="spellEnd"/>
          </w:p>
        </w:tc>
        <w:tc>
          <w:tcPr>
            <w:tcW w:w="7100" w:type="dxa"/>
            <w:tcMar>
              <w:top w:w="90" w:type="dxa"/>
              <w:left w:w="110" w:type="dxa"/>
              <w:bottom w:w="90" w:type="dxa"/>
              <w:right w:w="110" w:type="dxa"/>
            </w:tcMar>
            <w:vAlign w:val="center"/>
          </w:tcPr>
          <w:p w14:paraId="57384DA7" w14:textId="5A32DD53" w:rsidR="004B2CD6" w:rsidRPr="00CD2577" w:rsidRDefault="004B2CD6" w:rsidP="004B2CD6">
            <w:pPr>
              <w:spacing w:after="30" w:line="240" w:lineRule="auto"/>
              <w:jc w:val="both"/>
              <w:rPr>
                <w:color w:val="000000" w:themeColor="text1"/>
              </w:rPr>
            </w:pPr>
          </w:p>
        </w:tc>
      </w:tr>
      <w:tr w:rsidR="004B2CD6" w:rsidRPr="00CD2577" w14:paraId="6B68A039" w14:textId="77777777">
        <w:trPr>
          <w:cantSplit/>
        </w:trPr>
        <w:tc>
          <w:tcPr>
            <w:tcW w:w="2200" w:type="dxa"/>
            <w:shd w:val="clear" w:color="auto" w:fill="E8EEF5"/>
            <w:tcMar>
              <w:top w:w="90" w:type="dxa"/>
              <w:left w:w="110" w:type="dxa"/>
              <w:bottom w:w="90" w:type="dxa"/>
              <w:right w:w="110" w:type="dxa"/>
            </w:tcMar>
            <w:vAlign w:val="center"/>
          </w:tcPr>
          <w:p w14:paraId="175B1474"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Designação</w:t>
            </w:r>
            <w:proofErr w:type="spellEnd"/>
            <w:r w:rsidRPr="00CD2577">
              <w:rPr>
                <w:b/>
                <w:color w:val="000000" w:themeColor="text1"/>
                <w:sz w:val="18"/>
              </w:rPr>
              <w:t xml:space="preserve"> da </w:t>
            </w:r>
            <w:proofErr w:type="spellStart"/>
            <w:r w:rsidRPr="00CD2577">
              <w:rPr>
                <w:b/>
                <w:color w:val="000000" w:themeColor="text1"/>
                <w:sz w:val="18"/>
              </w:rPr>
              <w:t>candidatura</w:t>
            </w:r>
            <w:proofErr w:type="spellEnd"/>
          </w:p>
        </w:tc>
        <w:tc>
          <w:tcPr>
            <w:tcW w:w="7100" w:type="dxa"/>
            <w:tcMar>
              <w:top w:w="90" w:type="dxa"/>
              <w:left w:w="110" w:type="dxa"/>
              <w:bottom w:w="90" w:type="dxa"/>
              <w:right w:w="110" w:type="dxa"/>
            </w:tcMar>
            <w:vAlign w:val="center"/>
          </w:tcPr>
          <w:p w14:paraId="1C2C5293" w14:textId="6C6190F7" w:rsidR="004B2CD6" w:rsidRPr="00CD2577" w:rsidRDefault="004B2CD6" w:rsidP="004B2CD6">
            <w:pPr>
              <w:spacing w:after="30" w:line="240" w:lineRule="auto"/>
              <w:jc w:val="both"/>
              <w:rPr>
                <w:color w:val="000000" w:themeColor="text1"/>
              </w:rPr>
            </w:pPr>
          </w:p>
        </w:tc>
      </w:tr>
      <w:tr w:rsidR="00D56AFB" w:rsidRPr="00CD2577" w14:paraId="5C4BD5E0" w14:textId="77777777">
        <w:trPr>
          <w:cantSplit/>
        </w:trPr>
        <w:tc>
          <w:tcPr>
            <w:tcW w:w="2200" w:type="dxa"/>
            <w:shd w:val="clear" w:color="auto" w:fill="E8EEF5"/>
            <w:tcMar>
              <w:top w:w="90" w:type="dxa"/>
              <w:left w:w="110" w:type="dxa"/>
              <w:bottom w:w="90" w:type="dxa"/>
              <w:right w:w="110" w:type="dxa"/>
            </w:tcMar>
            <w:vAlign w:val="center"/>
          </w:tcPr>
          <w:p w14:paraId="27D7AE35" w14:textId="77777777" w:rsidR="00D56AFB" w:rsidRPr="00CD2577" w:rsidRDefault="00B80BC3" w:rsidP="004B2CD6">
            <w:pPr>
              <w:spacing w:after="30" w:line="240" w:lineRule="auto"/>
              <w:jc w:val="both"/>
              <w:rPr>
                <w:color w:val="000000" w:themeColor="text1"/>
              </w:rPr>
            </w:pPr>
            <w:proofErr w:type="spellStart"/>
            <w:r w:rsidRPr="00CD2577">
              <w:rPr>
                <w:b/>
                <w:color w:val="000000" w:themeColor="text1"/>
                <w:sz w:val="18"/>
              </w:rPr>
              <w:t>Qualidade</w:t>
            </w:r>
            <w:proofErr w:type="spellEnd"/>
          </w:p>
        </w:tc>
        <w:tc>
          <w:tcPr>
            <w:tcW w:w="7100" w:type="dxa"/>
            <w:tcMar>
              <w:top w:w="90" w:type="dxa"/>
              <w:left w:w="110" w:type="dxa"/>
              <w:bottom w:w="90" w:type="dxa"/>
              <w:right w:w="110" w:type="dxa"/>
            </w:tcMar>
            <w:vAlign w:val="center"/>
          </w:tcPr>
          <w:p w14:paraId="1842F8B4" w14:textId="77777777" w:rsidR="00D56AFB" w:rsidRPr="00CD2577" w:rsidRDefault="00B80BC3" w:rsidP="004B2CD6">
            <w:pPr>
              <w:spacing w:after="30" w:line="240" w:lineRule="auto"/>
              <w:jc w:val="both"/>
              <w:rPr>
                <w:color w:val="000000" w:themeColor="text1"/>
              </w:rPr>
            </w:pPr>
            <w:r w:rsidRPr="00CD2577">
              <w:rPr>
                <w:color w:val="000000" w:themeColor="text1"/>
                <w:sz w:val="19"/>
              </w:rPr>
              <w:t xml:space="preserve">☐ Vogal   ☐ </w:t>
            </w:r>
            <w:proofErr w:type="spellStart"/>
            <w:r w:rsidRPr="00CD2577">
              <w:rPr>
                <w:color w:val="000000" w:themeColor="text1"/>
                <w:sz w:val="19"/>
              </w:rPr>
              <w:t>Suplente</w:t>
            </w:r>
            <w:proofErr w:type="spellEnd"/>
          </w:p>
        </w:tc>
      </w:tr>
    </w:tbl>
    <w:p w14:paraId="6458CCF6" w14:textId="77777777" w:rsidR="00D56AFB" w:rsidRPr="00CD2577" w:rsidRDefault="00D56AFB" w:rsidP="004B2CD6">
      <w:pPr>
        <w:spacing w:after="20"/>
        <w:jc w:val="both"/>
        <w:rPr>
          <w:color w:val="000000" w:themeColor="text1"/>
        </w:rPr>
      </w:pPr>
    </w:p>
    <w:p w14:paraId="3DBBEA5C" w14:textId="77777777" w:rsidR="00D56AFB" w:rsidRPr="005931D4" w:rsidRDefault="00B80BC3" w:rsidP="004B2CD6">
      <w:pPr>
        <w:spacing w:before="120" w:after="100"/>
        <w:jc w:val="both"/>
        <w:rPr>
          <w:color w:val="000000" w:themeColor="text1"/>
          <w:lang w:val="pt-PT"/>
        </w:rPr>
      </w:pPr>
      <w:r w:rsidRPr="005931D4">
        <w:rPr>
          <w:color w:val="000000" w:themeColor="text1"/>
          <w:lang w:val="pt-PT"/>
        </w:rPr>
        <w:t>Declaro, sob compromisso de honra, que:</w:t>
      </w:r>
    </w:p>
    <w:p w14:paraId="6D1AA1F6" w14:textId="77777777" w:rsidR="00D56AFB" w:rsidRPr="005931D4" w:rsidRDefault="00B80BC3" w:rsidP="004B2CD6">
      <w:pPr>
        <w:pStyle w:val="Listacommarcas"/>
        <w:jc w:val="both"/>
        <w:rPr>
          <w:color w:val="000000" w:themeColor="text1"/>
          <w:lang w:val="pt-PT"/>
        </w:rPr>
      </w:pPr>
      <w:r w:rsidRPr="005931D4">
        <w:rPr>
          <w:color w:val="000000" w:themeColor="text1"/>
          <w:lang w:val="pt-PT"/>
        </w:rPr>
        <w:t>aceito integrar a candidatura acima identificada ao Conselho de Supervisão, para o mandato 2027–2029;</w:t>
      </w:r>
    </w:p>
    <w:p w14:paraId="31C452B4" w14:textId="77777777" w:rsidR="00D56AFB" w:rsidRPr="005931D4" w:rsidRDefault="00B80BC3" w:rsidP="004B2CD6">
      <w:pPr>
        <w:pStyle w:val="Listacommarcas"/>
        <w:jc w:val="both"/>
        <w:rPr>
          <w:color w:val="000000" w:themeColor="text1"/>
          <w:lang w:val="pt-PT"/>
        </w:rPr>
      </w:pPr>
      <w:r w:rsidRPr="005931D4">
        <w:rPr>
          <w:color w:val="000000" w:themeColor="text1"/>
          <w:lang w:val="pt-PT"/>
        </w:rPr>
        <w:t>não sou membro inscrito/a na Ordem dos Arquitectos;</w:t>
      </w:r>
    </w:p>
    <w:p w14:paraId="53A5924A" w14:textId="463745B8" w:rsidR="00D56AFB" w:rsidRPr="005931D4" w:rsidRDefault="00337180" w:rsidP="004B2CD6">
      <w:pPr>
        <w:pStyle w:val="Listacommarcas"/>
        <w:jc w:val="both"/>
        <w:rPr>
          <w:color w:val="000000" w:themeColor="text1"/>
          <w:lang w:val="pt-PT"/>
        </w:rPr>
      </w:pPr>
      <w:r>
        <w:rPr>
          <w:color w:val="000000" w:themeColor="text1"/>
          <w:lang w:val="pt-PT"/>
        </w:rPr>
        <w:t xml:space="preserve">exerço funções em ou estou vinculado a </w:t>
      </w:r>
      <w:r w:rsidR="00B80BC3" w:rsidRPr="005931D4">
        <w:rPr>
          <w:color w:val="000000" w:themeColor="text1"/>
          <w:lang w:val="pt-PT"/>
        </w:rPr>
        <w:t>estabelecimento de ensino superior que habilita academicamente o acesso à profissão de arquiteto;</w:t>
      </w:r>
    </w:p>
    <w:p w14:paraId="11EA04FD" w14:textId="77777777" w:rsidR="00D56AFB" w:rsidRPr="005931D4" w:rsidRDefault="00B80BC3" w:rsidP="004B2CD6">
      <w:pPr>
        <w:pStyle w:val="Listacommarcas"/>
        <w:jc w:val="both"/>
        <w:rPr>
          <w:color w:val="000000" w:themeColor="text1"/>
          <w:lang w:val="pt-PT"/>
        </w:rPr>
      </w:pPr>
      <w:r w:rsidRPr="005931D4">
        <w:rPr>
          <w:color w:val="000000" w:themeColor="text1"/>
          <w:lang w:val="pt-PT"/>
        </w:rPr>
        <w:t>tomei conhecimento das incompatibilidades previstas no artigo 13.º do Estatuto e, caso seja eleito/a, não exercerei simultaneamente funções incompatíveis.</w:t>
      </w:r>
    </w:p>
    <w:tbl>
      <w:tblPr>
        <w:tblStyle w:val="TabelacomGrelha"/>
        <w:tblW w:w="9300" w:type="dxa"/>
        <w:tblInd w:w="110" w:type="dxa"/>
        <w:tblLayout w:type="fixed"/>
        <w:tblLook w:val="04A0" w:firstRow="1" w:lastRow="0" w:firstColumn="1" w:lastColumn="0" w:noHBand="0" w:noVBand="1"/>
      </w:tblPr>
      <w:tblGrid>
        <w:gridCol w:w="9300"/>
      </w:tblGrid>
      <w:tr w:rsidR="00D56AFB" w:rsidRPr="006E2932" w14:paraId="555AA826" w14:textId="77777777">
        <w:trPr>
          <w:tblHeader/>
        </w:trPr>
        <w:tc>
          <w:tcPr>
            <w:tcW w:w="9300" w:type="dxa"/>
            <w:shd w:val="clear" w:color="auto" w:fill="F4F6F9"/>
            <w:tcMar>
              <w:top w:w="90" w:type="dxa"/>
              <w:left w:w="110" w:type="dxa"/>
              <w:bottom w:w="90" w:type="dxa"/>
              <w:right w:w="110" w:type="dxa"/>
            </w:tcMar>
            <w:vAlign w:val="center"/>
          </w:tcPr>
          <w:p w14:paraId="59CE2B29" w14:textId="77777777" w:rsidR="00D56AFB" w:rsidRPr="005931D4" w:rsidRDefault="00B80BC3" w:rsidP="004B2CD6">
            <w:pPr>
              <w:spacing w:after="30" w:line="240" w:lineRule="auto"/>
              <w:jc w:val="both"/>
              <w:rPr>
                <w:color w:val="000000" w:themeColor="text1"/>
                <w:lang w:val="pt-PT"/>
              </w:rPr>
            </w:pPr>
            <w:r w:rsidRPr="005931D4">
              <w:rPr>
                <w:b/>
                <w:color w:val="000000" w:themeColor="text1"/>
                <w:sz w:val="18"/>
                <w:lang w:val="pt-PT"/>
              </w:rPr>
              <w:t xml:space="preserve">Nota: </w:t>
            </w:r>
            <w:r w:rsidRPr="005931D4">
              <w:rPr>
                <w:color w:val="000000" w:themeColor="text1"/>
                <w:sz w:val="18"/>
                <w:lang w:val="pt-PT"/>
              </w:rPr>
              <w:t>Anexar declaração da instituição de ensino superior que certifique as habilitações e o respetivo vínculo.</w:t>
            </w:r>
          </w:p>
        </w:tc>
      </w:tr>
    </w:tbl>
    <w:p w14:paraId="11F194FF" w14:textId="77777777" w:rsidR="00D56AFB" w:rsidRPr="005931D4" w:rsidRDefault="00D56AFB" w:rsidP="004B2CD6">
      <w:pPr>
        <w:spacing w:after="20"/>
        <w:jc w:val="both"/>
        <w:rPr>
          <w:color w:val="000000" w:themeColor="text1"/>
          <w:lang w:val="pt-PT"/>
        </w:rPr>
      </w:pP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139AA98D" w14:textId="77777777">
        <w:trPr>
          <w:cantSplit/>
          <w:tblHeader/>
        </w:trPr>
        <w:tc>
          <w:tcPr>
            <w:tcW w:w="2200" w:type="dxa"/>
            <w:shd w:val="clear" w:color="auto" w:fill="E8EEF5"/>
            <w:tcMar>
              <w:top w:w="90" w:type="dxa"/>
              <w:left w:w="110" w:type="dxa"/>
              <w:bottom w:w="90" w:type="dxa"/>
              <w:right w:w="110" w:type="dxa"/>
            </w:tcMar>
            <w:vAlign w:val="center"/>
          </w:tcPr>
          <w:p w14:paraId="7BEDB048" w14:textId="77777777" w:rsidR="004B2CD6" w:rsidRPr="00CD2577" w:rsidRDefault="004B2CD6" w:rsidP="004B2CD6">
            <w:pPr>
              <w:spacing w:after="30" w:line="240" w:lineRule="auto"/>
              <w:jc w:val="both"/>
              <w:rPr>
                <w:color w:val="000000" w:themeColor="text1"/>
              </w:rPr>
            </w:pPr>
            <w:r w:rsidRPr="00CD2577">
              <w:rPr>
                <w:b/>
                <w:color w:val="000000" w:themeColor="text1"/>
                <w:sz w:val="18"/>
              </w:rPr>
              <w:t>Local e data</w:t>
            </w:r>
          </w:p>
        </w:tc>
        <w:tc>
          <w:tcPr>
            <w:tcW w:w="7100" w:type="dxa"/>
            <w:tcMar>
              <w:top w:w="90" w:type="dxa"/>
              <w:left w:w="110" w:type="dxa"/>
              <w:bottom w:w="90" w:type="dxa"/>
              <w:right w:w="110" w:type="dxa"/>
            </w:tcMar>
            <w:vAlign w:val="center"/>
          </w:tcPr>
          <w:p w14:paraId="6890BC74" w14:textId="6CD009EB" w:rsidR="004B2CD6" w:rsidRPr="00CD2577" w:rsidRDefault="004B2CD6" w:rsidP="004B2CD6">
            <w:pPr>
              <w:spacing w:after="30" w:line="240" w:lineRule="auto"/>
              <w:jc w:val="both"/>
              <w:rPr>
                <w:color w:val="000000" w:themeColor="text1"/>
              </w:rPr>
            </w:pPr>
          </w:p>
        </w:tc>
      </w:tr>
      <w:tr w:rsidR="004B2CD6" w:rsidRPr="006E2932" w14:paraId="0FDB5658" w14:textId="77777777">
        <w:trPr>
          <w:cantSplit/>
        </w:trPr>
        <w:tc>
          <w:tcPr>
            <w:tcW w:w="2200" w:type="dxa"/>
            <w:shd w:val="clear" w:color="auto" w:fill="E8EEF5"/>
            <w:tcMar>
              <w:top w:w="90" w:type="dxa"/>
              <w:left w:w="110" w:type="dxa"/>
              <w:bottom w:w="90" w:type="dxa"/>
              <w:right w:w="110" w:type="dxa"/>
            </w:tcMar>
            <w:vAlign w:val="center"/>
          </w:tcPr>
          <w:p w14:paraId="2F673FEB" w14:textId="77777777" w:rsidR="004B2CD6" w:rsidRPr="005931D4" w:rsidRDefault="004B2CD6" w:rsidP="004B2CD6">
            <w:pPr>
              <w:spacing w:after="30" w:line="240" w:lineRule="auto"/>
              <w:jc w:val="both"/>
              <w:rPr>
                <w:color w:val="000000" w:themeColor="text1"/>
                <w:lang w:val="pt-PT"/>
              </w:rPr>
            </w:pPr>
            <w:r w:rsidRPr="005931D4">
              <w:rPr>
                <w:b/>
                <w:color w:val="000000" w:themeColor="text1"/>
                <w:sz w:val="18"/>
                <w:lang w:val="pt-PT"/>
              </w:rPr>
              <w:t>Assinatura do/a candidato/a</w:t>
            </w:r>
          </w:p>
        </w:tc>
        <w:tc>
          <w:tcPr>
            <w:tcW w:w="7100" w:type="dxa"/>
            <w:tcMar>
              <w:top w:w="90" w:type="dxa"/>
              <w:left w:w="110" w:type="dxa"/>
              <w:bottom w:w="90" w:type="dxa"/>
              <w:right w:w="110" w:type="dxa"/>
            </w:tcMar>
            <w:vAlign w:val="center"/>
          </w:tcPr>
          <w:p w14:paraId="270BEEF8" w14:textId="77777777" w:rsidR="004B2CD6" w:rsidRPr="005931D4" w:rsidRDefault="004B2CD6" w:rsidP="004B2CD6">
            <w:pPr>
              <w:spacing w:after="30" w:line="240" w:lineRule="auto"/>
              <w:jc w:val="both"/>
              <w:rPr>
                <w:color w:val="000000" w:themeColor="text1"/>
                <w:lang w:val="pt-PT"/>
              </w:rPr>
            </w:pPr>
            <w:r w:rsidRPr="005931D4">
              <w:rPr>
                <w:color w:val="000000" w:themeColor="text1"/>
                <w:sz w:val="19"/>
                <w:lang w:val="pt-PT"/>
              </w:rPr>
              <w:t>Assinar manualmente ou apor assinatura eletrónica válida</w:t>
            </w:r>
          </w:p>
        </w:tc>
      </w:tr>
    </w:tbl>
    <w:p w14:paraId="6C8C34EC" w14:textId="77777777" w:rsidR="00D56AFB" w:rsidRPr="005931D4" w:rsidRDefault="00D56AFB" w:rsidP="004B2CD6">
      <w:pPr>
        <w:spacing w:after="20"/>
        <w:jc w:val="both"/>
        <w:rPr>
          <w:color w:val="000000" w:themeColor="text1"/>
          <w:lang w:val="pt-PT"/>
        </w:rPr>
      </w:pPr>
    </w:p>
    <w:p w14:paraId="59D74276" w14:textId="77777777" w:rsidR="00D56AFB" w:rsidRPr="005931D4" w:rsidRDefault="00B80BC3" w:rsidP="004B2CD6">
      <w:pPr>
        <w:jc w:val="both"/>
        <w:rPr>
          <w:color w:val="000000" w:themeColor="text1"/>
          <w:lang w:val="pt-PT"/>
        </w:rPr>
      </w:pPr>
      <w:r w:rsidRPr="005931D4">
        <w:rPr>
          <w:color w:val="000000" w:themeColor="text1"/>
          <w:lang w:val="pt-PT"/>
        </w:rPr>
        <w:br w:type="page"/>
      </w:r>
    </w:p>
    <w:p w14:paraId="321D84F5" w14:textId="77777777" w:rsidR="00D56AFB" w:rsidRPr="005931D4" w:rsidRDefault="00B80BC3" w:rsidP="004B2CD6">
      <w:pPr>
        <w:keepNext/>
        <w:spacing w:before="40" w:after="40"/>
        <w:jc w:val="both"/>
        <w:rPr>
          <w:color w:val="000000" w:themeColor="text1"/>
          <w:lang w:val="pt-PT"/>
        </w:rPr>
      </w:pPr>
      <w:r w:rsidRPr="005931D4">
        <w:rPr>
          <w:b/>
          <w:color w:val="000000" w:themeColor="text1"/>
          <w:sz w:val="17"/>
          <w:lang w:val="pt-PT"/>
        </w:rPr>
        <w:lastRenderedPageBreak/>
        <w:t>F15</w:t>
      </w:r>
    </w:p>
    <w:p w14:paraId="3182678C" w14:textId="77777777" w:rsidR="00D56AFB" w:rsidRPr="005931D4" w:rsidRDefault="00B80BC3" w:rsidP="004B2CD6">
      <w:pPr>
        <w:pStyle w:val="Ttulo1"/>
        <w:jc w:val="both"/>
        <w:rPr>
          <w:color w:val="000000" w:themeColor="text1"/>
          <w:lang w:val="pt-PT"/>
        </w:rPr>
      </w:pPr>
      <w:r w:rsidRPr="005931D4">
        <w:rPr>
          <w:color w:val="000000" w:themeColor="text1"/>
          <w:lang w:val="pt-PT"/>
        </w:rPr>
        <w:t>Declaração de candidatura conjunta</w:t>
      </w:r>
    </w:p>
    <w:p w14:paraId="72CB36B4" w14:textId="77777777" w:rsidR="00D56AFB" w:rsidRPr="005931D4" w:rsidRDefault="00B80BC3" w:rsidP="004B2CD6">
      <w:pPr>
        <w:keepNext/>
        <w:spacing w:after="160"/>
        <w:jc w:val="both"/>
        <w:rPr>
          <w:color w:val="000000" w:themeColor="text1"/>
          <w:lang w:val="pt-PT"/>
        </w:rPr>
      </w:pPr>
      <w:r w:rsidRPr="005931D4">
        <w:rPr>
          <w:color w:val="000000" w:themeColor="text1"/>
          <w:sz w:val="19"/>
          <w:lang w:val="pt-PT"/>
        </w:rPr>
        <w:t>Dois ou mais órgãos nacionais e/ou regionais</w:t>
      </w:r>
    </w:p>
    <w:tbl>
      <w:tblPr>
        <w:tblStyle w:val="TabelacomGrelha"/>
        <w:tblW w:w="9300" w:type="dxa"/>
        <w:tblInd w:w="110" w:type="dxa"/>
        <w:tblLayout w:type="fixed"/>
        <w:tblLook w:val="04A0" w:firstRow="1" w:lastRow="0" w:firstColumn="1" w:lastColumn="0" w:noHBand="0" w:noVBand="1"/>
      </w:tblPr>
      <w:tblGrid>
        <w:gridCol w:w="2200"/>
        <w:gridCol w:w="7100"/>
      </w:tblGrid>
      <w:tr w:rsidR="004B2CD6" w:rsidRPr="00CD2577" w14:paraId="36ACB9D7" w14:textId="77777777">
        <w:trPr>
          <w:cantSplit/>
          <w:tblHeader/>
        </w:trPr>
        <w:tc>
          <w:tcPr>
            <w:tcW w:w="2200" w:type="dxa"/>
            <w:shd w:val="clear" w:color="auto" w:fill="E8EEF5"/>
            <w:tcMar>
              <w:top w:w="90" w:type="dxa"/>
              <w:left w:w="110" w:type="dxa"/>
              <w:bottom w:w="90" w:type="dxa"/>
              <w:right w:w="110" w:type="dxa"/>
            </w:tcMar>
            <w:vAlign w:val="center"/>
          </w:tcPr>
          <w:p w14:paraId="78FE9737"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Designação</w:t>
            </w:r>
            <w:proofErr w:type="spellEnd"/>
            <w:r w:rsidRPr="00CD2577">
              <w:rPr>
                <w:b/>
                <w:color w:val="000000" w:themeColor="text1"/>
                <w:sz w:val="18"/>
              </w:rPr>
              <w:t xml:space="preserve"> da </w:t>
            </w:r>
            <w:proofErr w:type="spellStart"/>
            <w:r w:rsidRPr="00CD2577">
              <w:rPr>
                <w:b/>
                <w:color w:val="000000" w:themeColor="text1"/>
                <w:sz w:val="18"/>
              </w:rPr>
              <w:t>candidatura</w:t>
            </w:r>
            <w:proofErr w:type="spellEnd"/>
            <w:r w:rsidRPr="00CD2577">
              <w:rPr>
                <w:b/>
                <w:color w:val="000000" w:themeColor="text1"/>
                <w:sz w:val="18"/>
              </w:rPr>
              <w:t xml:space="preserve"> </w:t>
            </w:r>
            <w:proofErr w:type="spellStart"/>
            <w:r w:rsidRPr="00CD2577">
              <w:rPr>
                <w:b/>
                <w:color w:val="000000" w:themeColor="text1"/>
                <w:sz w:val="18"/>
              </w:rPr>
              <w:t>conjunta</w:t>
            </w:r>
            <w:proofErr w:type="spellEnd"/>
          </w:p>
        </w:tc>
        <w:tc>
          <w:tcPr>
            <w:tcW w:w="7100" w:type="dxa"/>
            <w:tcMar>
              <w:top w:w="90" w:type="dxa"/>
              <w:left w:w="110" w:type="dxa"/>
              <w:bottom w:w="90" w:type="dxa"/>
              <w:right w:w="110" w:type="dxa"/>
            </w:tcMar>
            <w:vAlign w:val="center"/>
          </w:tcPr>
          <w:p w14:paraId="59FC1489" w14:textId="0E3A516C" w:rsidR="004B2CD6" w:rsidRPr="00CD2577" w:rsidRDefault="004B2CD6" w:rsidP="004B2CD6">
            <w:pPr>
              <w:spacing w:after="30" w:line="240" w:lineRule="auto"/>
              <w:jc w:val="both"/>
              <w:rPr>
                <w:color w:val="000000" w:themeColor="text1"/>
              </w:rPr>
            </w:pPr>
          </w:p>
        </w:tc>
      </w:tr>
      <w:tr w:rsidR="004B2CD6" w:rsidRPr="006E2932" w14:paraId="12FEEE66" w14:textId="77777777">
        <w:trPr>
          <w:cantSplit/>
        </w:trPr>
        <w:tc>
          <w:tcPr>
            <w:tcW w:w="2200" w:type="dxa"/>
            <w:shd w:val="clear" w:color="auto" w:fill="E8EEF5"/>
            <w:tcMar>
              <w:top w:w="90" w:type="dxa"/>
              <w:left w:w="110" w:type="dxa"/>
              <w:bottom w:w="90" w:type="dxa"/>
              <w:right w:w="110" w:type="dxa"/>
            </w:tcMar>
            <w:vAlign w:val="center"/>
          </w:tcPr>
          <w:p w14:paraId="1B62406E"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Âmbito</w:t>
            </w:r>
            <w:proofErr w:type="spellEnd"/>
          </w:p>
        </w:tc>
        <w:tc>
          <w:tcPr>
            <w:tcW w:w="7100" w:type="dxa"/>
            <w:tcMar>
              <w:top w:w="90" w:type="dxa"/>
              <w:left w:w="110" w:type="dxa"/>
              <w:bottom w:w="90" w:type="dxa"/>
              <w:right w:w="110" w:type="dxa"/>
            </w:tcMar>
            <w:vAlign w:val="center"/>
          </w:tcPr>
          <w:p w14:paraId="234E6ED7" w14:textId="77777777" w:rsidR="004B2CD6" w:rsidRPr="005931D4" w:rsidRDefault="004B2CD6" w:rsidP="004B2CD6">
            <w:pPr>
              <w:spacing w:after="30" w:line="240" w:lineRule="auto"/>
              <w:jc w:val="both"/>
              <w:rPr>
                <w:color w:val="000000" w:themeColor="text1"/>
                <w:lang w:val="pt-PT"/>
              </w:rPr>
            </w:pPr>
            <w:r w:rsidRPr="005931D4">
              <w:rPr>
                <w:rFonts w:ascii="Segoe UI Symbol" w:hAnsi="Segoe UI Symbol" w:cs="Segoe UI Symbol"/>
                <w:color w:val="000000" w:themeColor="text1"/>
                <w:sz w:val="19"/>
                <w:lang w:val="pt-PT"/>
              </w:rPr>
              <w:t>☐</w:t>
            </w:r>
            <w:r w:rsidRPr="005931D4">
              <w:rPr>
                <w:color w:val="000000" w:themeColor="text1"/>
                <w:sz w:val="19"/>
                <w:lang w:val="pt-PT"/>
              </w:rPr>
              <w:t xml:space="preserve"> Órgãos nacionais   </w:t>
            </w:r>
            <w:r w:rsidRPr="005931D4">
              <w:rPr>
                <w:rFonts w:ascii="Segoe UI Symbol" w:hAnsi="Segoe UI Symbol" w:cs="Segoe UI Symbol"/>
                <w:color w:val="000000" w:themeColor="text1"/>
                <w:sz w:val="19"/>
                <w:lang w:val="pt-PT"/>
              </w:rPr>
              <w:t>☐</w:t>
            </w:r>
            <w:r w:rsidRPr="005931D4">
              <w:rPr>
                <w:color w:val="000000" w:themeColor="text1"/>
                <w:sz w:val="19"/>
                <w:lang w:val="pt-PT"/>
              </w:rPr>
              <w:t xml:space="preserve"> Órgãos regionais   </w:t>
            </w:r>
            <w:r w:rsidRPr="005931D4">
              <w:rPr>
                <w:rFonts w:ascii="Segoe UI Symbol" w:hAnsi="Segoe UI Symbol" w:cs="Segoe UI Symbol"/>
                <w:color w:val="000000" w:themeColor="text1"/>
                <w:sz w:val="19"/>
                <w:lang w:val="pt-PT"/>
              </w:rPr>
              <w:t>☐</w:t>
            </w:r>
            <w:r w:rsidRPr="005931D4">
              <w:rPr>
                <w:color w:val="000000" w:themeColor="text1"/>
                <w:sz w:val="19"/>
                <w:lang w:val="pt-PT"/>
              </w:rPr>
              <w:t xml:space="preserve"> Órgãos nacionais e regionais</w:t>
            </w:r>
          </w:p>
        </w:tc>
      </w:tr>
      <w:tr w:rsidR="004B2CD6" w:rsidRPr="00CD2577" w14:paraId="732C9E2E" w14:textId="77777777">
        <w:trPr>
          <w:cantSplit/>
        </w:trPr>
        <w:tc>
          <w:tcPr>
            <w:tcW w:w="2200" w:type="dxa"/>
            <w:shd w:val="clear" w:color="auto" w:fill="E8EEF5"/>
            <w:tcMar>
              <w:top w:w="90" w:type="dxa"/>
              <w:left w:w="110" w:type="dxa"/>
              <w:bottom w:w="90" w:type="dxa"/>
              <w:right w:w="110" w:type="dxa"/>
            </w:tcMar>
            <w:vAlign w:val="center"/>
          </w:tcPr>
          <w:p w14:paraId="590C6CAF" w14:textId="77777777" w:rsidR="004B2CD6" w:rsidRPr="00CD2577" w:rsidRDefault="004B2CD6" w:rsidP="004B2CD6">
            <w:pPr>
              <w:spacing w:after="30" w:line="240" w:lineRule="auto"/>
              <w:jc w:val="both"/>
              <w:rPr>
                <w:color w:val="000000" w:themeColor="text1"/>
              </w:rPr>
            </w:pPr>
            <w:r w:rsidRPr="00CD2577">
              <w:rPr>
                <w:b/>
                <w:color w:val="000000" w:themeColor="text1"/>
                <w:sz w:val="18"/>
              </w:rPr>
              <w:t>Secção(</w:t>
            </w:r>
            <w:proofErr w:type="spellStart"/>
            <w:r w:rsidRPr="00CD2577">
              <w:rPr>
                <w:b/>
                <w:color w:val="000000" w:themeColor="text1"/>
                <w:sz w:val="18"/>
              </w:rPr>
              <w:t>ões</w:t>
            </w:r>
            <w:proofErr w:type="spellEnd"/>
            <w:r w:rsidRPr="00CD2577">
              <w:rPr>
                <w:b/>
                <w:color w:val="000000" w:themeColor="text1"/>
                <w:sz w:val="18"/>
              </w:rPr>
              <w:t>) regional(is)</w:t>
            </w:r>
          </w:p>
        </w:tc>
        <w:tc>
          <w:tcPr>
            <w:tcW w:w="7100" w:type="dxa"/>
            <w:tcMar>
              <w:top w:w="90" w:type="dxa"/>
              <w:left w:w="110" w:type="dxa"/>
              <w:bottom w:w="90" w:type="dxa"/>
              <w:right w:w="110" w:type="dxa"/>
            </w:tcMar>
            <w:vAlign w:val="center"/>
          </w:tcPr>
          <w:p w14:paraId="4CB2672A" w14:textId="549F8899" w:rsidR="004B2CD6" w:rsidRPr="00CD2577" w:rsidRDefault="004B2CD6" w:rsidP="004B2CD6">
            <w:pPr>
              <w:spacing w:after="30" w:line="240" w:lineRule="auto"/>
              <w:jc w:val="both"/>
              <w:rPr>
                <w:color w:val="000000" w:themeColor="text1"/>
              </w:rPr>
            </w:pPr>
          </w:p>
        </w:tc>
      </w:tr>
      <w:tr w:rsidR="004B2CD6" w:rsidRPr="006E2932" w14:paraId="43457A35" w14:textId="77777777">
        <w:trPr>
          <w:cantSplit/>
        </w:trPr>
        <w:tc>
          <w:tcPr>
            <w:tcW w:w="2200" w:type="dxa"/>
            <w:shd w:val="clear" w:color="auto" w:fill="E8EEF5"/>
            <w:tcMar>
              <w:top w:w="90" w:type="dxa"/>
              <w:left w:w="110" w:type="dxa"/>
              <w:bottom w:w="90" w:type="dxa"/>
              <w:right w:w="110" w:type="dxa"/>
            </w:tcMar>
            <w:vAlign w:val="center"/>
          </w:tcPr>
          <w:p w14:paraId="11BD4872"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Órgãos</w:t>
            </w:r>
            <w:proofErr w:type="spellEnd"/>
            <w:r w:rsidRPr="00CD2577">
              <w:rPr>
                <w:b/>
                <w:color w:val="000000" w:themeColor="text1"/>
                <w:sz w:val="18"/>
              </w:rPr>
              <w:t xml:space="preserve"> </w:t>
            </w:r>
            <w:proofErr w:type="spellStart"/>
            <w:r w:rsidRPr="00CD2577">
              <w:rPr>
                <w:b/>
                <w:color w:val="000000" w:themeColor="text1"/>
                <w:sz w:val="18"/>
              </w:rPr>
              <w:t>abrangidos</w:t>
            </w:r>
            <w:proofErr w:type="spellEnd"/>
          </w:p>
        </w:tc>
        <w:tc>
          <w:tcPr>
            <w:tcW w:w="7100" w:type="dxa"/>
            <w:tcMar>
              <w:top w:w="90" w:type="dxa"/>
              <w:left w:w="110" w:type="dxa"/>
              <w:bottom w:w="90" w:type="dxa"/>
              <w:right w:w="110" w:type="dxa"/>
            </w:tcMar>
            <w:vAlign w:val="center"/>
          </w:tcPr>
          <w:p w14:paraId="2590E8F3" w14:textId="2F08244E" w:rsidR="004B2CD6" w:rsidRPr="005931D4" w:rsidRDefault="004B2CD6" w:rsidP="004B2CD6">
            <w:pPr>
              <w:spacing w:after="30" w:line="240" w:lineRule="auto"/>
              <w:jc w:val="both"/>
              <w:rPr>
                <w:color w:val="000000" w:themeColor="text1"/>
                <w:lang w:val="pt-PT"/>
              </w:rPr>
            </w:pPr>
            <w:r w:rsidRPr="005931D4">
              <w:rPr>
                <w:color w:val="000000" w:themeColor="text1"/>
                <w:sz w:val="19"/>
                <w:lang w:val="pt-PT"/>
              </w:rPr>
              <w:t>escreva, individualizando todos os órgãos</w:t>
            </w:r>
          </w:p>
        </w:tc>
      </w:tr>
      <w:tr w:rsidR="004B2CD6" w:rsidRPr="00CD2577" w14:paraId="4C7B87B9" w14:textId="77777777">
        <w:trPr>
          <w:cantSplit/>
        </w:trPr>
        <w:tc>
          <w:tcPr>
            <w:tcW w:w="2200" w:type="dxa"/>
            <w:shd w:val="clear" w:color="auto" w:fill="E8EEF5"/>
            <w:tcMar>
              <w:top w:w="90" w:type="dxa"/>
              <w:left w:w="110" w:type="dxa"/>
              <w:bottom w:w="90" w:type="dxa"/>
              <w:right w:w="110" w:type="dxa"/>
            </w:tcMar>
            <w:vAlign w:val="center"/>
          </w:tcPr>
          <w:p w14:paraId="5B6E2B7A" w14:textId="77777777" w:rsidR="004B2CD6" w:rsidRPr="00CD2577" w:rsidRDefault="004B2CD6" w:rsidP="004B2CD6">
            <w:pPr>
              <w:spacing w:after="30" w:line="240" w:lineRule="auto"/>
              <w:jc w:val="both"/>
              <w:rPr>
                <w:color w:val="000000" w:themeColor="text1"/>
              </w:rPr>
            </w:pPr>
            <w:proofErr w:type="spellStart"/>
            <w:r w:rsidRPr="00CD2577">
              <w:rPr>
                <w:b/>
                <w:color w:val="000000" w:themeColor="text1"/>
                <w:sz w:val="18"/>
              </w:rPr>
              <w:t>Programa</w:t>
            </w:r>
            <w:proofErr w:type="spellEnd"/>
          </w:p>
        </w:tc>
        <w:tc>
          <w:tcPr>
            <w:tcW w:w="7100" w:type="dxa"/>
            <w:tcMar>
              <w:top w:w="90" w:type="dxa"/>
              <w:left w:w="110" w:type="dxa"/>
              <w:bottom w:w="90" w:type="dxa"/>
              <w:right w:w="110" w:type="dxa"/>
            </w:tcMar>
            <w:vAlign w:val="center"/>
          </w:tcPr>
          <w:p w14:paraId="2C86DA90" w14:textId="77777777" w:rsidR="004B2CD6" w:rsidRPr="00CD2577" w:rsidRDefault="004B2CD6" w:rsidP="004B2CD6">
            <w:pPr>
              <w:spacing w:after="30" w:line="240" w:lineRule="auto"/>
              <w:jc w:val="both"/>
              <w:rPr>
                <w:color w:val="000000" w:themeColor="text1"/>
              </w:rPr>
            </w:pPr>
            <w:r w:rsidRPr="00CD2577">
              <w:rPr>
                <w:rFonts w:ascii="Segoe UI Symbol" w:hAnsi="Segoe UI Symbol" w:cs="Segoe UI Symbol"/>
                <w:color w:val="000000" w:themeColor="text1"/>
                <w:sz w:val="19"/>
              </w:rPr>
              <w:t>☐</w:t>
            </w:r>
            <w:r w:rsidRPr="00CD2577">
              <w:rPr>
                <w:color w:val="000000" w:themeColor="text1"/>
                <w:sz w:val="19"/>
              </w:rPr>
              <w:t xml:space="preserve"> </w:t>
            </w:r>
            <w:proofErr w:type="spellStart"/>
            <w:r w:rsidRPr="00CD2577">
              <w:rPr>
                <w:color w:val="000000" w:themeColor="text1"/>
                <w:sz w:val="19"/>
              </w:rPr>
              <w:t>Programa</w:t>
            </w:r>
            <w:proofErr w:type="spellEnd"/>
            <w:r w:rsidRPr="00CD2577">
              <w:rPr>
                <w:color w:val="000000" w:themeColor="text1"/>
                <w:sz w:val="19"/>
              </w:rPr>
              <w:t xml:space="preserve"> </w:t>
            </w:r>
            <w:proofErr w:type="spellStart"/>
            <w:r w:rsidRPr="00CD2577">
              <w:rPr>
                <w:color w:val="000000" w:themeColor="text1"/>
                <w:sz w:val="19"/>
              </w:rPr>
              <w:t>único</w:t>
            </w:r>
            <w:proofErr w:type="spellEnd"/>
            <w:r w:rsidRPr="00CD2577">
              <w:rPr>
                <w:color w:val="000000" w:themeColor="text1"/>
                <w:sz w:val="19"/>
              </w:rPr>
              <w:t xml:space="preserve">   </w:t>
            </w:r>
            <w:r w:rsidRPr="00CD2577">
              <w:rPr>
                <w:rFonts w:ascii="Segoe UI Symbol" w:hAnsi="Segoe UI Symbol" w:cs="Segoe UI Symbol"/>
                <w:color w:val="000000" w:themeColor="text1"/>
                <w:sz w:val="19"/>
              </w:rPr>
              <w:t>☐</w:t>
            </w:r>
            <w:r w:rsidRPr="00CD2577">
              <w:rPr>
                <w:color w:val="000000" w:themeColor="text1"/>
                <w:sz w:val="19"/>
              </w:rPr>
              <w:t xml:space="preserve"> </w:t>
            </w:r>
            <w:proofErr w:type="spellStart"/>
            <w:r w:rsidRPr="00CD2577">
              <w:rPr>
                <w:color w:val="000000" w:themeColor="text1"/>
                <w:sz w:val="19"/>
              </w:rPr>
              <w:t>Programas</w:t>
            </w:r>
            <w:proofErr w:type="spellEnd"/>
            <w:r w:rsidRPr="00CD2577">
              <w:rPr>
                <w:color w:val="000000" w:themeColor="text1"/>
                <w:sz w:val="19"/>
              </w:rPr>
              <w:t xml:space="preserve"> </w:t>
            </w:r>
            <w:proofErr w:type="spellStart"/>
            <w:r w:rsidRPr="00CD2577">
              <w:rPr>
                <w:color w:val="000000" w:themeColor="text1"/>
                <w:sz w:val="19"/>
              </w:rPr>
              <w:t>individualizados</w:t>
            </w:r>
            <w:proofErr w:type="spellEnd"/>
          </w:p>
        </w:tc>
      </w:tr>
    </w:tbl>
    <w:p w14:paraId="3A12B400" w14:textId="77777777" w:rsidR="00D56AFB" w:rsidRPr="00CD2577" w:rsidRDefault="00D56AFB" w:rsidP="004B2CD6">
      <w:pPr>
        <w:spacing w:after="20"/>
        <w:jc w:val="both"/>
        <w:rPr>
          <w:color w:val="000000" w:themeColor="text1"/>
        </w:rPr>
      </w:pPr>
    </w:p>
    <w:p w14:paraId="7A903E23" w14:textId="77777777" w:rsidR="00D56AFB" w:rsidRPr="005931D4" w:rsidRDefault="00B80BC3" w:rsidP="004B2CD6">
      <w:pPr>
        <w:spacing w:before="120" w:after="160"/>
        <w:jc w:val="both"/>
        <w:rPr>
          <w:color w:val="000000" w:themeColor="text1"/>
          <w:lang w:val="pt-PT"/>
        </w:rPr>
      </w:pPr>
      <w:r w:rsidRPr="005931D4">
        <w:rPr>
          <w:color w:val="000000" w:themeColor="text1"/>
          <w:lang w:val="pt-PT"/>
        </w:rPr>
        <w:t>Os signatários, candidatos que encabeçam ou representam as listas individualizadas acima identificadas, declaram que as mesmas são apresentadas conjuntamente no processo eleitoral para o mandato 2027–2029 e requerem que lhes seja atribuída uma única e mesma letra, sem prejuízo da competência das comissões eleitorais.</w:t>
      </w:r>
    </w:p>
    <w:tbl>
      <w:tblPr>
        <w:tblStyle w:val="TabelacomGrelha"/>
        <w:tblW w:w="9300" w:type="dxa"/>
        <w:tblInd w:w="110" w:type="dxa"/>
        <w:tblLayout w:type="fixed"/>
        <w:tblLook w:val="04A0" w:firstRow="1" w:lastRow="0" w:firstColumn="1" w:lastColumn="0" w:noHBand="0" w:noVBand="1"/>
      </w:tblPr>
      <w:tblGrid>
        <w:gridCol w:w="1843"/>
        <w:gridCol w:w="57"/>
        <w:gridCol w:w="1600"/>
        <w:gridCol w:w="2800"/>
        <w:gridCol w:w="1300"/>
        <w:gridCol w:w="1700"/>
      </w:tblGrid>
      <w:tr w:rsidR="00CD2577" w:rsidRPr="00CD2577" w14:paraId="372DC2DC" w14:textId="77777777">
        <w:trPr>
          <w:tblHeader/>
        </w:trPr>
        <w:tc>
          <w:tcPr>
            <w:tcW w:w="1900" w:type="dxa"/>
            <w:gridSpan w:val="2"/>
            <w:shd w:val="clear" w:color="auto" w:fill="17365D"/>
            <w:tcMar>
              <w:top w:w="90" w:type="dxa"/>
              <w:left w:w="110" w:type="dxa"/>
              <w:bottom w:w="90" w:type="dxa"/>
              <w:right w:w="110" w:type="dxa"/>
            </w:tcMar>
            <w:vAlign w:val="center"/>
          </w:tcPr>
          <w:p w14:paraId="0AACB243" w14:textId="77777777" w:rsidR="00D56AFB" w:rsidRPr="00CD2577" w:rsidRDefault="00B80BC3" w:rsidP="004B2CD6">
            <w:pPr>
              <w:spacing w:after="30" w:line="240" w:lineRule="auto"/>
              <w:jc w:val="both"/>
              <w:rPr>
                <w:color w:val="FFFFFF" w:themeColor="background1"/>
              </w:rPr>
            </w:pPr>
            <w:proofErr w:type="spellStart"/>
            <w:r w:rsidRPr="00CD2577">
              <w:rPr>
                <w:b/>
                <w:color w:val="FFFFFF" w:themeColor="background1"/>
                <w:sz w:val="16"/>
              </w:rPr>
              <w:t>Órgão</w:t>
            </w:r>
            <w:proofErr w:type="spellEnd"/>
          </w:p>
        </w:tc>
        <w:tc>
          <w:tcPr>
            <w:tcW w:w="1600" w:type="dxa"/>
            <w:shd w:val="clear" w:color="auto" w:fill="17365D"/>
            <w:tcMar>
              <w:top w:w="90" w:type="dxa"/>
              <w:left w:w="110" w:type="dxa"/>
              <w:bottom w:w="90" w:type="dxa"/>
              <w:right w:w="110" w:type="dxa"/>
            </w:tcMar>
            <w:vAlign w:val="center"/>
          </w:tcPr>
          <w:p w14:paraId="1E3F7D3F" w14:textId="193A5E65" w:rsidR="00D56AFB" w:rsidRPr="00CD2577" w:rsidRDefault="00B80BC3" w:rsidP="004B2CD6">
            <w:pPr>
              <w:spacing w:after="30" w:line="240" w:lineRule="auto"/>
              <w:jc w:val="both"/>
              <w:rPr>
                <w:color w:val="FFFFFF" w:themeColor="background1"/>
              </w:rPr>
            </w:pPr>
            <w:r w:rsidRPr="00CD2577">
              <w:rPr>
                <w:b/>
                <w:color w:val="FFFFFF" w:themeColor="background1"/>
                <w:sz w:val="16"/>
              </w:rPr>
              <w:t xml:space="preserve">Secção / </w:t>
            </w:r>
            <w:proofErr w:type="spellStart"/>
            <w:r w:rsidRPr="00CD2577">
              <w:rPr>
                <w:b/>
                <w:color w:val="FFFFFF" w:themeColor="background1"/>
                <w:sz w:val="16"/>
              </w:rPr>
              <w:t>círculo</w:t>
            </w:r>
            <w:proofErr w:type="spellEnd"/>
            <w:r w:rsidR="00FA7DFE">
              <w:rPr>
                <w:b/>
                <w:color w:val="FFFFFF" w:themeColor="background1"/>
                <w:sz w:val="16"/>
              </w:rPr>
              <w:t xml:space="preserve"> territorial</w:t>
            </w:r>
          </w:p>
        </w:tc>
        <w:tc>
          <w:tcPr>
            <w:tcW w:w="2800" w:type="dxa"/>
            <w:shd w:val="clear" w:color="auto" w:fill="17365D"/>
            <w:tcMar>
              <w:top w:w="90" w:type="dxa"/>
              <w:left w:w="110" w:type="dxa"/>
              <w:bottom w:w="90" w:type="dxa"/>
              <w:right w:w="110" w:type="dxa"/>
            </w:tcMar>
            <w:vAlign w:val="center"/>
          </w:tcPr>
          <w:p w14:paraId="04B4A99D"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6"/>
              </w:rPr>
              <w:t>Nome</w:t>
            </w:r>
          </w:p>
        </w:tc>
        <w:tc>
          <w:tcPr>
            <w:tcW w:w="1300" w:type="dxa"/>
            <w:shd w:val="clear" w:color="auto" w:fill="17365D"/>
            <w:tcMar>
              <w:top w:w="90" w:type="dxa"/>
              <w:left w:w="110" w:type="dxa"/>
              <w:bottom w:w="90" w:type="dxa"/>
              <w:right w:w="110" w:type="dxa"/>
            </w:tcMar>
            <w:vAlign w:val="center"/>
          </w:tcPr>
          <w:p w14:paraId="21DBA9B4" w14:textId="77777777" w:rsidR="00D56AFB" w:rsidRPr="00CD2577" w:rsidRDefault="00B80BC3" w:rsidP="004B2CD6">
            <w:pPr>
              <w:spacing w:after="30" w:line="240" w:lineRule="auto"/>
              <w:jc w:val="both"/>
              <w:rPr>
                <w:color w:val="FFFFFF" w:themeColor="background1"/>
              </w:rPr>
            </w:pPr>
            <w:proofErr w:type="gramStart"/>
            <w:r w:rsidRPr="00CD2577">
              <w:rPr>
                <w:b/>
                <w:color w:val="FFFFFF" w:themeColor="background1"/>
                <w:sz w:val="16"/>
              </w:rPr>
              <w:t>N.º</w:t>
            </w:r>
            <w:proofErr w:type="gramEnd"/>
            <w:r w:rsidRPr="00CD2577">
              <w:rPr>
                <w:b/>
                <w:color w:val="FFFFFF" w:themeColor="background1"/>
                <w:sz w:val="16"/>
              </w:rPr>
              <w:t xml:space="preserve"> de </w:t>
            </w:r>
            <w:proofErr w:type="spellStart"/>
            <w:r w:rsidRPr="00CD2577">
              <w:rPr>
                <w:b/>
                <w:color w:val="FFFFFF" w:themeColor="background1"/>
                <w:sz w:val="16"/>
              </w:rPr>
              <w:t>membro</w:t>
            </w:r>
            <w:proofErr w:type="spellEnd"/>
          </w:p>
        </w:tc>
        <w:tc>
          <w:tcPr>
            <w:tcW w:w="1700" w:type="dxa"/>
            <w:shd w:val="clear" w:color="auto" w:fill="17365D"/>
            <w:tcMar>
              <w:top w:w="90" w:type="dxa"/>
              <w:left w:w="110" w:type="dxa"/>
              <w:bottom w:w="90" w:type="dxa"/>
              <w:right w:w="110" w:type="dxa"/>
            </w:tcMar>
            <w:vAlign w:val="center"/>
          </w:tcPr>
          <w:p w14:paraId="030A24AD" w14:textId="77777777" w:rsidR="00D56AFB" w:rsidRPr="00CD2577" w:rsidRDefault="00B80BC3" w:rsidP="004B2CD6">
            <w:pPr>
              <w:spacing w:after="30" w:line="240" w:lineRule="auto"/>
              <w:jc w:val="both"/>
              <w:rPr>
                <w:color w:val="FFFFFF" w:themeColor="background1"/>
              </w:rPr>
            </w:pPr>
            <w:proofErr w:type="spellStart"/>
            <w:r w:rsidRPr="00CD2577">
              <w:rPr>
                <w:b/>
                <w:color w:val="FFFFFF" w:themeColor="background1"/>
                <w:sz w:val="16"/>
              </w:rPr>
              <w:t>Assinatura</w:t>
            </w:r>
            <w:proofErr w:type="spellEnd"/>
          </w:p>
        </w:tc>
      </w:tr>
      <w:tr w:rsidR="00CD2577" w:rsidRPr="00CD2577" w14:paraId="3D87F899" w14:textId="77777777">
        <w:trPr>
          <w:trHeight w:val="454"/>
        </w:trPr>
        <w:tc>
          <w:tcPr>
            <w:tcW w:w="1900" w:type="dxa"/>
            <w:gridSpan w:val="2"/>
            <w:tcMar>
              <w:top w:w="90" w:type="dxa"/>
              <w:left w:w="110" w:type="dxa"/>
              <w:bottom w:w="90" w:type="dxa"/>
              <w:right w:w="110" w:type="dxa"/>
            </w:tcMar>
            <w:vAlign w:val="center"/>
          </w:tcPr>
          <w:p w14:paraId="71994CBC"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600" w:type="dxa"/>
            <w:tcMar>
              <w:top w:w="90" w:type="dxa"/>
              <w:left w:w="110" w:type="dxa"/>
              <w:bottom w:w="90" w:type="dxa"/>
              <w:right w:w="110" w:type="dxa"/>
            </w:tcMar>
            <w:vAlign w:val="center"/>
          </w:tcPr>
          <w:p w14:paraId="2121BED6"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2800" w:type="dxa"/>
            <w:tcMar>
              <w:top w:w="90" w:type="dxa"/>
              <w:left w:w="110" w:type="dxa"/>
              <w:bottom w:w="90" w:type="dxa"/>
              <w:right w:w="110" w:type="dxa"/>
            </w:tcMar>
            <w:vAlign w:val="center"/>
          </w:tcPr>
          <w:p w14:paraId="26A2D8DB"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300" w:type="dxa"/>
            <w:tcMar>
              <w:top w:w="90" w:type="dxa"/>
              <w:left w:w="110" w:type="dxa"/>
              <w:bottom w:w="90" w:type="dxa"/>
              <w:right w:w="110" w:type="dxa"/>
            </w:tcMar>
            <w:vAlign w:val="center"/>
          </w:tcPr>
          <w:p w14:paraId="50661D7A"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700" w:type="dxa"/>
            <w:tcMar>
              <w:top w:w="90" w:type="dxa"/>
              <w:left w:w="110" w:type="dxa"/>
              <w:bottom w:w="90" w:type="dxa"/>
              <w:right w:w="110" w:type="dxa"/>
            </w:tcMar>
            <w:vAlign w:val="center"/>
          </w:tcPr>
          <w:p w14:paraId="7885BBF1"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r>
      <w:tr w:rsidR="00CD2577" w:rsidRPr="00CD2577" w14:paraId="51FB5602" w14:textId="77777777">
        <w:trPr>
          <w:trHeight w:val="454"/>
        </w:trPr>
        <w:tc>
          <w:tcPr>
            <w:tcW w:w="1900" w:type="dxa"/>
            <w:gridSpan w:val="2"/>
            <w:tcMar>
              <w:top w:w="90" w:type="dxa"/>
              <w:left w:w="110" w:type="dxa"/>
              <w:bottom w:w="90" w:type="dxa"/>
              <w:right w:w="110" w:type="dxa"/>
            </w:tcMar>
            <w:vAlign w:val="center"/>
          </w:tcPr>
          <w:p w14:paraId="2458DC93"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600" w:type="dxa"/>
            <w:tcMar>
              <w:top w:w="90" w:type="dxa"/>
              <w:left w:w="110" w:type="dxa"/>
              <w:bottom w:w="90" w:type="dxa"/>
              <w:right w:w="110" w:type="dxa"/>
            </w:tcMar>
            <w:vAlign w:val="center"/>
          </w:tcPr>
          <w:p w14:paraId="0012C8D3"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2800" w:type="dxa"/>
            <w:tcMar>
              <w:top w:w="90" w:type="dxa"/>
              <w:left w:w="110" w:type="dxa"/>
              <w:bottom w:w="90" w:type="dxa"/>
              <w:right w:w="110" w:type="dxa"/>
            </w:tcMar>
            <w:vAlign w:val="center"/>
          </w:tcPr>
          <w:p w14:paraId="6BAEFCD3"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300" w:type="dxa"/>
            <w:tcMar>
              <w:top w:w="90" w:type="dxa"/>
              <w:left w:w="110" w:type="dxa"/>
              <w:bottom w:w="90" w:type="dxa"/>
              <w:right w:w="110" w:type="dxa"/>
            </w:tcMar>
            <w:vAlign w:val="center"/>
          </w:tcPr>
          <w:p w14:paraId="33261102"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700" w:type="dxa"/>
            <w:tcMar>
              <w:top w:w="90" w:type="dxa"/>
              <w:left w:w="110" w:type="dxa"/>
              <w:bottom w:w="90" w:type="dxa"/>
              <w:right w:w="110" w:type="dxa"/>
            </w:tcMar>
            <w:vAlign w:val="center"/>
          </w:tcPr>
          <w:p w14:paraId="56673F7C"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r>
      <w:tr w:rsidR="00CD2577" w:rsidRPr="00CD2577" w14:paraId="2E9129CD" w14:textId="77777777">
        <w:trPr>
          <w:trHeight w:val="454"/>
        </w:trPr>
        <w:tc>
          <w:tcPr>
            <w:tcW w:w="1900" w:type="dxa"/>
            <w:gridSpan w:val="2"/>
            <w:tcMar>
              <w:top w:w="90" w:type="dxa"/>
              <w:left w:w="110" w:type="dxa"/>
              <w:bottom w:w="90" w:type="dxa"/>
              <w:right w:w="110" w:type="dxa"/>
            </w:tcMar>
            <w:vAlign w:val="center"/>
          </w:tcPr>
          <w:p w14:paraId="321F5C06"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600" w:type="dxa"/>
            <w:tcMar>
              <w:top w:w="90" w:type="dxa"/>
              <w:left w:w="110" w:type="dxa"/>
              <w:bottom w:w="90" w:type="dxa"/>
              <w:right w:w="110" w:type="dxa"/>
            </w:tcMar>
            <w:vAlign w:val="center"/>
          </w:tcPr>
          <w:p w14:paraId="781A2F16"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2800" w:type="dxa"/>
            <w:tcMar>
              <w:top w:w="90" w:type="dxa"/>
              <w:left w:w="110" w:type="dxa"/>
              <w:bottom w:w="90" w:type="dxa"/>
              <w:right w:w="110" w:type="dxa"/>
            </w:tcMar>
            <w:vAlign w:val="center"/>
          </w:tcPr>
          <w:p w14:paraId="1F8D6830"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300" w:type="dxa"/>
            <w:tcMar>
              <w:top w:w="90" w:type="dxa"/>
              <w:left w:w="110" w:type="dxa"/>
              <w:bottom w:w="90" w:type="dxa"/>
              <w:right w:w="110" w:type="dxa"/>
            </w:tcMar>
            <w:vAlign w:val="center"/>
          </w:tcPr>
          <w:p w14:paraId="0EE2C365"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700" w:type="dxa"/>
            <w:tcMar>
              <w:top w:w="90" w:type="dxa"/>
              <w:left w:w="110" w:type="dxa"/>
              <w:bottom w:w="90" w:type="dxa"/>
              <w:right w:w="110" w:type="dxa"/>
            </w:tcMar>
            <w:vAlign w:val="center"/>
          </w:tcPr>
          <w:p w14:paraId="2C6EB7E2"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r>
      <w:tr w:rsidR="00CD2577" w:rsidRPr="00CD2577" w14:paraId="0CB63EF1" w14:textId="77777777">
        <w:trPr>
          <w:trHeight w:val="454"/>
        </w:trPr>
        <w:tc>
          <w:tcPr>
            <w:tcW w:w="1900" w:type="dxa"/>
            <w:gridSpan w:val="2"/>
            <w:tcMar>
              <w:top w:w="90" w:type="dxa"/>
              <w:left w:w="110" w:type="dxa"/>
              <w:bottom w:w="90" w:type="dxa"/>
              <w:right w:w="110" w:type="dxa"/>
            </w:tcMar>
            <w:vAlign w:val="center"/>
          </w:tcPr>
          <w:p w14:paraId="11FD6901"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600" w:type="dxa"/>
            <w:tcMar>
              <w:top w:w="90" w:type="dxa"/>
              <w:left w:w="110" w:type="dxa"/>
              <w:bottom w:w="90" w:type="dxa"/>
              <w:right w:w="110" w:type="dxa"/>
            </w:tcMar>
            <w:vAlign w:val="center"/>
          </w:tcPr>
          <w:p w14:paraId="41B20270"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2800" w:type="dxa"/>
            <w:tcMar>
              <w:top w:w="90" w:type="dxa"/>
              <w:left w:w="110" w:type="dxa"/>
              <w:bottom w:w="90" w:type="dxa"/>
              <w:right w:w="110" w:type="dxa"/>
            </w:tcMar>
            <w:vAlign w:val="center"/>
          </w:tcPr>
          <w:p w14:paraId="65144991"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300" w:type="dxa"/>
            <w:tcMar>
              <w:top w:w="90" w:type="dxa"/>
              <w:left w:w="110" w:type="dxa"/>
              <w:bottom w:w="90" w:type="dxa"/>
              <w:right w:w="110" w:type="dxa"/>
            </w:tcMar>
            <w:vAlign w:val="center"/>
          </w:tcPr>
          <w:p w14:paraId="5657396F"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700" w:type="dxa"/>
            <w:tcMar>
              <w:top w:w="90" w:type="dxa"/>
              <w:left w:w="110" w:type="dxa"/>
              <w:bottom w:w="90" w:type="dxa"/>
              <w:right w:w="110" w:type="dxa"/>
            </w:tcMar>
            <w:vAlign w:val="center"/>
          </w:tcPr>
          <w:p w14:paraId="6B433788"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r>
      <w:tr w:rsidR="00CD2577" w:rsidRPr="00CD2577" w14:paraId="69ABF58B" w14:textId="77777777">
        <w:trPr>
          <w:trHeight w:val="454"/>
        </w:trPr>
        <w:tc>
          <w:tcPr>
            <w:tcW w:w="1900" w:type="dxa"/>
            <w:gridSpan w:val="2"/>
            <w:tcMar>
              <w:top w:w="90" w:type="dxa"/>
              <w:left w:w="110" w:type="dxa"/>
              <w:bottom w:w="90" w:type="dxa"/>
              <w:right w:w="110" w:type="dxa"/>
            </w:tcMar>
            <w:vAlign w:val="center"/>
          </w:tcPr>
          <w:p w14:paraId="469951A2"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600" w:type="dxa"/>
            <w:tcMar>
              <w:top w:w="90" w:type="dxa"/>
              <w:left w:w="110" w:type="dxa"/>
              <w:bottom w:w="90" w:type="dxa"/>
              <w:right w:w="110" w:type="dxa"/>
            </w:tcMar>
            <w:vAlign w:val="center"/>
          </w:tcPr>
          <w:p w14:paraId="02DD8288"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2800" w:type="dxa"/>
            <w:tcMar>
              <w:top w:w="90" w:type="dxa"/>
              <w:left w:w="110" w:type="dxa"/>
              <w:bottom w:w="90" w:type="dxa"/>
              <w:right w:w="110" w:type="dxa"/>
            </w:tcMar>
            <w:vAlign w:val="center"/>
          </w:tcPr>
          <w:p w14:paraId="06E5443F"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300" w:type="dxa"/>
            <w:tcMar>
              <w:top w:w="90" w:type="dxa"/>
              <w:left w:w="110" w:type="dxa"/>
              <w:bottom w:w="90" w:type="dxa"/>
              <w:right w:w="110" w:type="dxa"/>
            </w:tcMar>
            <w:vAlign w:val="center"/>
          </w:tcPr>
          <w:p w14:paraId="2477D824"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700" w:type="dxa"/>
            <w:tcMar>
              <w:top w:w="90" w:type="dxa"/>
              <w:left w:w="110" w:type="dxa"/>
              <w:bottom w:w="90" w:type="dxa"/>
              <w:right w:w="110" w:type="dxa"/>
            </w:tcMar>
            <w:vAlign w:val="center"/>
          </w:tcPr>
          <w:p w14:paraId="24ABB0D7"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r>
      <w:tr w:rsidR="00CD2577" w:rsidRPr="00CD2577" w14:paraId="0B540B14" w14:textId="77777777">
        <w:trPr>
          <w:trHeight w:val="454"/>
        </w:trPr>
        <w:tc>
          <w:tcPr>
            <w:tcW w:w="1900" w:type="dxa"/>
            <w:gridSpan w:val="2"/>
            <w:tcMar>
              <w:top w:w="90" w:type="dxa"/>
              <w:left w:w="110" w:type="dxa"/>
              <w:bottom w:w="90" w:type="dxa"/>
              <w:right w:w="110" w:type="dxa"/>
            </w:tcMar>
            <w:vAlign w:val="center"/>
          </w:tcPr>
          <w:p w14:paraId="04F7B7FE"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600" w:type="dxa"/>
            <w:tcMar>
              <w:top w:w="90" w:type="dxa"/>
              <w:left w:w="110" w:type="dxa"/>
              <w:bottom w:w="90" w:type="dxa"/>
              <w:right w:w="110" w:type="dxa"/>
            </w:tcMar>
            <w:vAlign w:val="center"/>
          </w:tcPr>
          <w:p w14:paraId="2E5A4904"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2800" w:type="dxa"/>
            <w:tcMar>
              <w:top w:w="90" w:type="dxa"/>
              <w:left w:w="110" w:type="dxa"/>
              <w:bottom w:w="90" w:type="dxa"/>
              <w:right w:w="110" w:type="dxa"/>
            </w:tcMar>
            <w:vAlign w:val="center"/>
          </w:tcPr>
          <w:p w14:paraId="58AFEBB4"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300" w:type="dxa"/>
            <w:tcMar>
              <w:top w:w="90" w:type="dxa"/>
              <w:left w:w="110" w:type="dxa"/>
              <w:bottom w:w="90" w:type="dxa"/>
              <w:right w:w="110" w:type="dxa"/>
            </w:tcMar>
            <w:vAlign w:val="center"/>
          </w:tcPr>
          <w:p w14:paraId="6FF23CA4"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700" w:type="dxa"/>
            <w:tcMar>
              <w:top w:w="90" w:type="dxa"/>
              <w:left w:w="110" w:type="dxa"/>
              <w:bottom w:w="90" w:type="dxa"/>
              <w:right w:w="110" w:type="dxa"/>
            </w:tcMar>
            <w:vAlign w:val="center"/>
          </w:tcPr>
          <w:p w14:paraId="3B0D6121"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r>
      <w:tr w:rsidR="00CD2577" w:rsidRPr="00CD2577" w14:paraId="00C6A996" w14:textId="77777777">
        <w:trPr>
          <w:trHeight w:val="454"/>
        </w:trPr>
        <w:tc>
          <w:tcPr>
            <w:tcW w:w="1900" w:type="dxa"/>
            <w:gridSpan w:val="2"/>
            <w:tcMar>
              <w:top w:w="90" w:type="dxa"/>
              <w:left w:w="110" w:type="dxa"/>
              <w:bottom w:w="90" w:type="dxa"/>
              <w:right w:w="110" w:type="dxa"/>
            </w:tcMar>
            <w:vAlign w:val="center"/>
          </w:tcPr>
          <w:p w14:paraId="3239BACF"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600" w:type="dxa"/>
            <w:tcMar>
              <w:top w:w="90" w:type="dxa"/>
              <w:left w:w="110" w:type="dxa"/>
              <w:bottom w:w="90" w:type="dxa"/>
              <w:right w:w="110" w:type="dxa"/>
            </w:tcMar>
            <w:vAlign w:val="center"/>
          </w:tcPr>
          <w:p w14:paraId="6BC0680B"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2800" w:type="dxa"/>
            <w:tcMar>
              <w:top w:w="90" w:type="dxa"/>
              <w:left w:w="110" w:type="dxa"/>
              <w:bottom w:w="90" w:type="dxa"/>
              <w:right w:w="110" w:type="dxa"/>
            </w:tcMar>
            <w:vAlign w:val="center"/>
          </w:tcPr>
          <w:p w14:paraId="4F646DD3"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300" w:type="dxa"/>
            <w:tcMar>
              <w:top w:w="90" w:type="dxa"/>
              <w:left w:w="110" w:type="dxa"/>
              <w:bottom w:w="90" w:type="dxa"/>
              <w:right w:w="110" w:type="dxa"/>
            </w:tcMar>
            <w:vAlign w:val="center"/>
          </w:tcPr>
          <w:p w14:paraId="5AD60CD8"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700" w:type="dxa"/>
            <w:tcMar>
              <w:top w:w="90" w:type="dxa"/>
              <w:left w:w="110" w:type="dxa"/>
              <w:bottom w:w="90" w:type="dxa"/>
              <w:right w:w="110" w:type="dxa"/>
            </w:tcMar>
            <w:vAlign w:val="center"/>
          </w:tcPr>
          <w:p w14:paraId="60B7A876"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r>
      <w:tr w:rsidR="00CD2577" w:rsidRPr="00CD2577" w14:paraId="1658733B" w14:textId="77777777">
        <w:trPr>
          <w:trHeight w:val="454"/>
        </w:trPr>
        <w:tc>
          <w:tcPr>
            <w:tcW w:w="1900" w:type="dxa"/>
            <w:gridSpan w:val="2"/>
            <w:tcMar>
              <w:top w:w="90" w:type="dxa"/>
              <w:left w:w="110" w:type="dxa"/>
              <w:bottom w:w="90" w:type="dxa"/>
              <w:right w:w="110" w:type="dxa"/>
            </w:tcMar>
            <w:vAlign w:val="center"/>
          </w:tcPr>
          <w:p w14:paraId="6064967D"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600" w:type="dxa"/>
            <w:tcMar>
              <w:top w:w="90" w:type="dxa"/>
              <w:left w:w="110" w:type="dxa"/>
              <w:bottom w:w="90" w:type="dxa"/>
              <w:right w:w="110" w:type="dxa"/>
            </w:tcMar>
            <w:vAlign w:val="center"/>
          </w:tcPr>
          <w:p w14:paraId="0DEE1FB1"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2800" w:type="dxa"/>
            <w:tcMar>
              <w:top w:w="90" w:type="dxa"/>
              <w:left w:w="110" w:type="dxa"/>
              <w:bottom w:w="90" w:type="dxa"/>
              <w:right w:w="110" w:type="dxa"/>
            </w:tcMar>
            <w:vAlign w:val="center"/>
          </w:tcPr>
          <w:p w14:paraId="034285EC"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300" w:type="dxa"/>
            <w:tcMar>
              <w:top w:w="90" w:type="dxa"/>
              <w:left w:w="110" w:type="dxa"/>
              <w:bottom w:w="90" w:type="dxa"/>
              <w:right w:w="110" w:type="dxa"/>
            </w:tcMar>
            <w:vAlign w:val="center"/>
          </w:tcPr>
          <w:p w14:paraId="2A186030"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700" w:type="dxa"/>
            <w:tcMar>
              <w:top w:w="90" w:type="dxa"/>
              <w:left w:w="110" w:type="dxa"/>
              <w:bottom w:w="90" w:type="dxa"/>
              <w:right w:w="110" w:type="dxa"/>
            </w:tcMar>
            <w:vAlign w:val="center"/>
          </w:tcPr>
          <w:p w14:paraId="042EE6CA"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r>
      <w:tr w:rsidR="00CD2577" w:rsidRPr="00CD2577" w14:paraId="311A4B43" w14:textId="77777777">
        <w:trPr>
          <w:trHeight w:val="454"/>
        </w:trPr>
        <w:tc>
          <w:tcPr>
            <w:tcW w:w="1900" w:type="dxa"/>
            <w:gridSpan w:val="2"/>
            <w:tcMar>
              <w:top w:w="90" w:type="dxa"/>
              <w:left w:w="110" w:type="dxa"/>
              <w:bottom w:w="90" w:type="dxa"/>
              <w:right w:w="110" w:type="dxa"/>
            </w:tcMar>
            <w:vAlign w:val="center"/>
          </w:tcPr>
          <w:p w14:paraId="5A49597A"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600" w:type="dxa"/>
            <w:tcMar>
              <w:top w:w="90" w:type="dxa"/>
              <w:left w:w="110" w:type="dxa"/>
              <w:bottom w:w="90" w:type="dxa"/>
              <w:right w:w="110" w:type="dxa"/>
            </w:tcMar>
            <w:vAlign w:val="center"/>
          </w:tcPr>
          <w:p w14:paraId="4AFA7C41"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2800" w:type="dxa"/>
            <w:tcMar>
              <w:top w:w="90" w:type="dxa"/>
              <w:left w:w="110" w:type="dxa"/>
              <w:bottom w:w="90" w:type="dxa"/>
              <w:right w:w="110" w:type="dxa"/>
            </w:tcMar>
            <w:vAlign w:val="center"/>
          </w:tcPr>
          <w:p w14:paraId="067DA8C7"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300" w:type="dxa"/>
            <w:tcMar>
              <w:top w:w="90" w:type="dxa"/>
              <w:left w:w="110" w:type="dxa"/>
              <w:bottom w:w="90" w:type="dxa"/>
              <w:right w:w="110" w:type="dxa"/>
            </w:tcMar>
            <w:vAlign w:val="center"/>
          </w:tcPr>
          <w:p w14:paraId="1DC081A2"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700" w:type="dxa"/>
            <w:tcMar>
              <w:top w:w="90" w:type="dxa"/>
              <w:left w:w="110" w:type="dxa"/>
              <w:bottom w:w="90" w:type="dxa"/>
              <w:right w:w="110" w:type="dxa"/>
            </w:tcMar>
            <w:vAlign w:val="center"/>
          </w:tcPr>
          <w:p w14:paraId="7D39E530"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r>
      <w:tr w:rsidR="00CD2577" w:rsidRPr="00CD2577" w14:paraId="1DDBFCFB" w14:textId="77777777">
        <w:trPr>
          <w:trHeight w:val="454"/>
        </w:trPr>
        <w:tc>
          <w:tcPr>
            <w:tcW w:w="1900" w:type="dxa"/>
            <w:gridSpan w:val="2"/>
            <w:tcMar>
              <w:top w:w="90" w:type="dxa"/>
              <w:left w:w="110" w:type="dxa"/>
              <w:bottom w:w="90" w:type="dxa"/>
              <w:right w:w="110" w:type="dxa"/>
            </w:tcMar>
            <w:vAlign w:val="center"/>
          </w:tcPr>
          <w:p w14:paraId="58C627AC"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600" w:type="dxa"/>
            <w:tcMar>
              <w:top w:w="90" w:type="dxa"/>
              <w:left w:w="110" w:type="dxa"/>
              <w:bottom w:w="90" w:type="dxa"/>
              <w:right w:w="110" w:type="dxa"/>
            </w:tcMar>
            <w:vAlign w:val="center"/>
          </w:tcPr>
          <w:p w14:paraId="44ECE5A0"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2800" w:type="dxa"/>
            <w:tcMar>
              <w:top w:w="90" w:type="dxa"/>
              <w:left w:w="110" w:type="dxa"/>
              <w:bottom w:w="90" w:type="dxa"/>
              <w:right w:w="110" w:type="dxa"/>
            </w:tcMar>
            <w:vAlign w:val="center"/>
          </w:tcPr>
          <w:p w14:paraId="4F31F36E"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300" w:type="dxa"/>
            <w:tcMar>
              <w:top w:w="90" w:type="dxa"/>
              <w:left w:w="110" w:type="dxa"/>
              <w:bottom w:w="90" w:type="dxa"/>
              <w:right w:w="110" w:type="dxa"/>
            </w:tcMar>
            <w:vAlign w:val="center"/>
          </w:tcPr>
          <w:p w14:paraId="4A54A7AA"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c>
          <w:tcPr>
            <w:tcW w:w="1700" w:type="dxa"/>
            <w:tcMar>
              <w:top w:w="90" w:type="dxa"/>
              <w:left w:w="110" w:type="dxa"/>
              <w:bottom w:w="90" w:type="dxa"/>
              <w:right w:w="110" w:type="dxa"/>
            </w:tcMar>
            <w:vAlign w:val="center"/>
          </w:tcPr>
          <w:p w14:paraId="2CB10365" w14:textId="77777777" w:rsidR="00D56AFB" w:rsidRPr="00CD2577" w:rsidRDefault="00B80BC3" w:rsidP="004B2CD6">
            <w:pPr>
              <w:spacing w:after="30" w:line="240" w:lineRule="auto"/>
              <w:jc w:val="both"/>
              <w:rPr>
                <w:color w:val="000000" w:themeColor="text1"/>
              </w:rPr>
            </w:pPr>
            <w:r w:rsidRPr="00CD2577">
              <w:rPr>
                <w:color w:val="000000" w:themeColor="text1"/>
              </w:rPr>
              <w:t xml:space="preserve"> </w:t>
            </w:r>
          </w:p>
        </w:tc>
      </w:tr>
      <w:tr w:rsidR="00D56AFB" w:rsidRPr="00CD2577" w14:paraId="73199039" w14:textId="77777777" w:rsidTr="004B2CD6">
        <w:trPr>
          <w:cantSplit/>
          <w:tblHeader/>
        </w:trPr>
        <w:tc>
          <w:tcPr>
            <w:tcW w:w="1843" w:type="dxa"/>
            <w:shd w:val="clear" w:color="auto" w:fill="E8EEF5"/>
            <w:tcMar>
              <w:top w:w="90" w:type="dxa"/>
              <w:left w:w="110" w:type="dxa"/>
              <w:bottom w:w="90" w:type="dxa"/>
              <w:right w:w="110" w:type="dxa"/>
            </w:tcMar>
            <w:vAlign w:val="center"/>
          </w:tcPr>
          <w:p w14:paraId="1B84E102" w14:textId="77777777" w:rsidR="00D56AFB" w:rsidRPr="00CD2577" w:rsidRDefault="00B80BC3" w:rsidP="004B2CD6">
            <w:pPr>
              <w:spacing w:after="30" w:line="240" w:lineRule="auto"/>
              <w:jc w:val="both"/>
              <w:rPr>
                <w:color w:val="000000" w:themeColor="text1"/>
              </w:rPr>
            </w:pPr>
            <w:r w:rsidRPr="00CD2577">
              <w:rPr>
                <w:b/>
                <w:color w:val="000000" w:themeColor="text1"/>
                <w:sz w:val="18"/>
              </w:rPr>
              <w:t>Local e data</w:t>
            </w:r>
          </w:p>
        </w:tc>
        <w:tc>
          <w:tcPr>
            <w:tcW w:w="7457" w:type="dxa"/>
            <w:gridSpan w:val="5"/>
            <w:tcMar>
              <w:top w:w="90" w:type="dxa"/>
              <w:left w:w="110" w:type="dxa"/>
              <w:bottom w:w="90" w:type="dxa"/>
              <w:right w:w="110" w:type="dxa"/>
            </w:tcMar>
            <w:vAlign w:val="center"/>
          </w:tcPr>
          <w:p w14:paraId="53B8C991" w14:textId="07483B1D" w:rsidR="00D56AFB" w:rsidRPr="00CD2577" w:rsidRDefault="00D56AFB" w:rsidP="004B2CD6">
            <w:pPr>
              <w:spacing w:after="30" w:line="240" w:lineRule="auto"/>
              <w:jc w:val="both"/>
              <w:rPr>
                <w:color w:val="000000" w:themeColor="text1"/>
              </w:rPr>
            </w:pPr>
          </w:p>
        </w:tc>
      </w:tr>
    </w:tbl>
    <w:p w14:paraId="36BEBEAA" w14:textId="77777777" w:rsidR="00D56AFB" w:rsidRPr="00CD2577" w:rsidRDefault="00D56AFB" w:rsidP="004B2CD6">
      <w:pPr>
        <w:spacing w:after="20"/>
        <w:jc w:val="both"/>
        <w:rPr>
          <w:color w:val="000000" w:themeColor="text1"/>
        </w:rPr>
      </w:pPr>
    </w:p>
    <w:p w14:paraId="4EA53F12" w14:textId="77777777" w:rsidR="00D56AFB" w:rsidRPr="00CD2577" w:rsidRDefault="00B80BC3" w:rsidP="004B2CD6">
      <w:pPr>
        <w:jc w:val="both"/>
        <w:rPr>
          <w:color w:val="000000" w:themeColor="text1"/>
        </w:rPr>
      </w:pPr>
      <w:r w:rsidRPr="00CD2577">
        <w:rPr>
          <w:color w:val="000000" w:themeColor="text1"/>
        </w:rPr>
        <w:br w:type="page"/>
      </w:r>
    </w:p>
    <w:p w14:paraId="34718209" w14:textId="77777777" w:rsidR="00D56AFB" w:rsidRPr="00CD2577" w:rsidRDefault="00B80BC3" w:rsidP="004B2CD6">
      <w:pPr>
        <w:keepNext/>
        <w:spacing w:before="40" w:after="40"/>
        <w:jc w:val="both"/>
        <w:rPr>
          <w:color w:val="000000" w:themeColor="text1"/>
        </w:rPr>
      </w:pPr>
      <w:r w:rsidRPr="00CD2577">
        <w:rPr>
          <w:b/>
          <w:color w:val="000000" w:themeColor="text1"/>
          <w:sz w:val="17"/>
        </w:rPr>
        <w:lastRenderedPageBreak/>
        <w:t>F16</w:t>
      </w:r>
    </w:p>
    <w:p w14:paraId="47BF08A8" w14:textId="77777777" w:rsidR="0054505D" w:rsidRPr="0054505D" w:rsidRDefault="0054505D" w:rsidP="0054505D">
      <w:pPr>
        <w:pStyle w:val="Ttulo1"/>
        <w:rPr>
          <w:color w:val="000000" w:themeColor="text1"/>
        </w:rPr>
      </w:pPr>
      <w:r w:rsidRPr="0054505D">
        <w:rPr>
          <w:color w:val="000000" w:themeColor="text1"/>
        </w:rPr>
        <w:t xml:space="preserve">Lista de </w:t>
      </w:r>
      <w:proofErr w:type="spellStart"/>
      <w:r w:rsidRPr="0054505D">
        <w:rPr>
          <w:color w:val="000000" w:themeColor="text1"/>
        </w:rPr>
        <w:t>subscritores</w:t>
      </w:r>
      <w:proofErr w:type="spellEnd"/>
      <w:r w:rsidRPr="0054505D">
        <w:rPr>
          <w:color w:val="000000" w:themeColor="text1"/>
        </w:rPr>
        <w:t xml:space="preserve"> da </w:t>
      </w:r>
      <w:proofErr w:type="spellStart"/>
      <w:r w:rsidRPr="0054505D">
        <w:rPr>
          <w:color w:val="000000" w:themeColor="text1"/>
        </w:rPr>
        <w:t>candidatura</w:t>
      </w:r>
      <w:proofErr w:type="spellEnd"/>
    </w:p>
    <w:p w14:paraId="06BBF445" w14:textId="77777777" w:rsidR="0054505D" w:rsidRPr="006E2932" w:rsidRDefault="0054505D" w:rsidP="0054505D">
      <w:pPr>
        <w:rPr>
          <w:lang w:val="pt-PT"/>
        </w:rPr>
      </w:pPr>
      <w:r w:rsidRPr="006E2932">
        <w:rPr>
          <w:b/>
          <w:lang w:val="pt-PT"/>
        </w:rPr>
        <w:t>Eleições para os órgãos da Ordem dos Arquitectos | Mandato 2027-2029</w:t>
      </w:r>
    </w:p>
    <w:tbl>
      <w:tblPr>
        <w:tblW w:w="0" w:type="auto"/>
        <w:jc w:val="center"/>
        <w:tblLayout w:type="fixed"/>
        <w:tblLook w:val="04A0" w:firstRow="1" w:lastRow="0" w:firstColumn="1" w:lastColumn="0" w:noHBand="0" w:noVBand="1"/>
      </w:tblPr>
      <w:tblGrid>
        <w:gridCol w:w="4989"/>
        <w:gridCol w:w="4989"/>
      </w:tblGrid>
      <w:tr w:rsidR="0054505D" w14:paraId="0DBAACA2" w14:textId="77777777" w:rsidTr="000D1EF9">
        <w:trPr>
          <w:cantSplit/>
          <w:trHeight w:val="408"/>
          <w:jc w:val="center"/>
        </w:trPr>
        <w:tc>
          <w:tcPr>
            <w:tcW w:w="4989" w:type="dxa"/>
            <w:shd w:val="clear" w:color="auto" w:fill="E7E6E6"/>
            <w:tcMar>
              <w:top w:w="60" w:type="dxa"/>
              <w:left w:w="70" w:type="dxa"/>
              <w:bottom w:w="60" w:type="dxa"/>
              <w:right w:w="70" w:type="dxa"/>
            </w:tcMar>
            <w:vAlign w:val="center"/>
          </w:tcPr>
          <w:p w14:paraId="7396A95F" w14:textId="77777777" w:rsidR="0054505D" w:rsidRDefault="0054505D" w:rsidP="000D1EF9">
            <w:pPr>
              <w:spacing w:after="0"/>
            </w:pPr>
            <w:proofErr w:type="spellStart"/>
            <w:r>
              <w:rPr>
                <w:b/>
                <w:sz w:val="17"/>
              </w:rPr>
              <w:t>Designação</w:t>
            </w:r>
            <w:proofErr w:type="spellEnd"/>
            <w:r>
              <w:rPr>
                <w:b/>
                <w:sz w:val="17"/>
              </w:rPr>
              <w:t xml:space="preserve"> da </w:t>
            </w:r>
            <w:proofErr w:type="spellStart"/>
            <w:r>
              <w:rPr>
                <w:b/>
                <w:sz w:val="17"/>
              </w:rPr>
              <w:t>candidatura</w:t>
            </w:r>
            <w:proofErr w:type="spellEnd"/>
          </w:p>
        </w:tc>
        <w:tc>
          <w:tcPr>
            <w:tcW w:w="4989" w:type="dxa"/>
            <w:tcMar>
              <w:top w:w="60" w:type="dxa"/>
              <w:left w:w="70" w:type="dxa"/>
              <w:bottom w:w="60" w:type="dxa"/>
              <w:right w:w="70" w:type="dxa"/>
            </w:tcMar>
            <w:vAlign w:val="center"/>
          </w:tcPr>
          <w:p w14:paraId="75EC8517" w14:textId="77777777" w:rsidR="0054505D" w:rsidRDefault="0054505D" w:rsidP="000D1EF9">
            <w:pPr>
              <w:spacing w:after="0"/>
            </w:pPr>
          </w:p>
        </w:tc>
      </w:tr>
      <w:tr w:rsidR="0054505D" w:rsidRPr="006E2932" w14:paraId="74059C59" w14:textId="77777777" w:rsidTr="00BC6834">
        <w:trPr>
          <w:cantSplit/>
          <w:trHeight w:val="408"/>
          <w:jc w:val="center"/>
        </w:trPr>
        <w:tc>
          <w:tcPr>
            <w:tcW w:w="4989" w:type="dxa"/>
            <w:shd w:val="clear" w:color="auto" w:fill="E7E6E6"/>
            <w:tcMar>
              <w:top w:w="60" w:type="dxa"/>
              <w:left w:w="70" w:type="dxa"/>
              <w:bottom w:w="60" w:type="dxa"/>
              <w:right w:w="70" w:type="dxa"/>
            </w:tcMar>
          </w:tcPr>
          <w:p w14:paraId="4D7D7E45" w14:textId="77777777" w:rsidR="0054505D" w:rsidRPr="005C3AB4" w:rsidRDefault="0054505D" w:rsidP="000D1EF9">
            <w:pPr>
              <w:spacing w:after="0"/>
              <w:rPr>
                <w:sz w:val="18"/>
                <w:szCs w:val="18"/>
              </w:rPr>
            </w:pPr>
            <w:proofErr w:type="spellStart"/>
            <w:r w:rsidRPr="005C3AB4">
              <w:rPr>
                <w:b/>
                <w:sz w:val="18"/>
                <w:szCs w:val="18"/>
              </w:rPr>
              <w:t>Órgão</w:t>
            </w:r>
            <w:proofErr w:type="spellEnd"/>
            <w:r w:rsidRPr="005C3AB4">
              <w:rPr>
                <w:b/>
                <w:sz w:val="18"/>
                <w:szCs w:val="18"/>
              </w:rPr>
              <w:t xml:space="preserve">(s) </w:t>
            </w:r>
            <w:proofErr w:type="spellStart"/>
            <w:r w:rsidRPr="005C3AB4">
              <w:rPr>
                <w:b/>
                <w:sz w:val="18"/>
                <w:szCs w:val="18"/>
              </w:rPr>
              <w:t>abrangido</w:t>
            </w:r>
            <w:proofErr w:type="spellEnd"/>
            <w:r w:rsidRPr="005C3AB4">
              <w:rPr>
                <w:b/>
                <w:sz w:val="18"/>
                <w:szCs w:val="18"/>
              </w:rPr>
              <w:t>(s)</w:t>
            </w:r>
          </w:p>
        </w:tc>
        <w:tc>
          <w:tcPr>
            <w:tcW w:w="4989" w:type="dxa"/>
            <w:tcMar>
              <w:top w:w="60" w:type="dxa"/>
              <w:left w:w="70" w:type="dxa"/>
              <w:bottom w:w="60" w:type="dxa"/>
              <w:right w:w="70" w:type="dxa"/>
            </w:tcMar>
          </w:tcPr>
          <w:p w14:paraId="6261F87A" w14:textId="77777777" w:rsidR="0054505D" w:rsidRPr="006E2932" w:rsidRDefault="0054505D" w:rsidP="000D1EF9">
            <w:pPr>
              <w:spacing w:after="0"/>
              <w:rPr>
                <w:sz w:val="18"/>
                <w:szCs w:val="18"/>
                <w:lang w:val="pt-PT"/>
              </w:rPr>
            </w:pPr>
            <w:r w:rsidRPr="006E2932">
              <w:rPr>
                <w:b/>
                <w:sz w:val="18"/>
                <w:szCs w:val="18"/>
                <w:lang w:val="pt-PT"/>
              </w:rPr>
              <w:t>Órgãos nacionais (utilizar o que interessa):</w:t>
            </w:r>
          </w:p>
          <w:p w14:paraId="6386513C" w14:textId="77777777" w:rsidR="0054505D" w:rsidRPr="006E2932" w:rsidRDefault="0054505D" w:rsidP="000D1EF9">
            <w:pPr>
              <w:spacing w:after="0"/>
              <w:rPr>
                <w:sz w:val="18"/>
                <w:szCs w:val="18"/>
                <w:lang w:val="pt-PT"/>
              </w:rPr>
            </w:pPr>
            <w:r w:rsidRPr="006E2932">
              <w:rPr>
                <w:rFonts w:ascii="Segoe UI Symbol" w:hAnsi="Segoe UI Symbol" w:cs="Segoe UI Symbol"/>
                <w:sz w:val="18"/>
                <w:szCs w:val="18"/>
                <w:lang w:val="pt-PT"/>
              </w:rPr>
              <w:t>☐</w:t>
            </w:r>
            <w:r w:rsidRPr="006E2932">
              <w:rPr>
                <w:sz w:val="18"/>
                <w:szCs w:val="18"/>
                <w:lang w:val="pt-PT"/>
              </w:rPr>
              <w:t xml:space="preserve"> Mesa da Assembleia Geral</w:t>
            </w:r>
          </w:p>
          <w:p w14:paraId="32E760BC" w14:textId="77777777" w:rsidR="0054505D" w:rsidRPr="006E2932" w:rsidRDefault="0054505D" w:rsidP="000D1EF9">
            <w:pPr>
              <w:spacing w:after="0"/>
              <w:rPr>
                <w:sz w:val="18"/>
                <w:szCs w:val="18"/>
                <w:lang w:val="pt-PT"/>
              </w:rPr>
            </w:pPr>
            <w:r w:rsidRPr="006E2932">
              <w:rPr>
                <w:rFonts w:ascii="Segoe UI Symbol" w:hAnsi="Segoe UI Symbol" w:cs="Segoe UI Symbol"/>
                <w:sz w:val="18"/>
                <w:szCs w:val="18"/>
                <w:lang w:val="pt-PT"/>
              </w:rPr>
              <w:t>☐</w:t>
            </w:r>
            <w:r w:rsidRPr="006E2932">
              <w:rPr>
                <w:sz w:val="18"/>
                <w:szCs w:val="18"/>
                <w:lang w:val="pt-PT"/>
              </w:rPr>
              <w:t xml:space="preserve"> Assembleia de Delegados — círculo territorial: Norte / Centro / Lisboa e Vale do Tejo / Alentejo / Algarve / Madeira / Açores</w:t>
            </w:r>
          </w:p>
          <w:p w14:paraId="7176E263" w14:textId="77777777" w:rsidR="0054505D" w:rsidRPr="006E2932" w:rsidRDefault="0054505D" w:rsidP="000D1EF9">
            <w:pPr>
              <w:spacing w:after="0"/>
              <w:rPr>
                <w:sz w:val="18"/>
                <w:szCs w:val="18"/>
                <w:lang w:val="pt-PT"/>
              </w:rPr>
            </w:pPr>
            <w:r w:rsidRPr="006E2932">
              <w:rPr>
                <w:rFonts w:ascii="Segoe UI Symbol" w:hAnsi="Segoe UI Symbol" w:cs="Segoe UI Symbol"/>
                <w:sz w:val="18"/>
                <w:szCs w:val="18"/>
                <w:lang w:val="pt-PT"/>
              </w:rPr>
              <w:t>☐</w:t>
            </w:r>
            <w:r w:rsidRPr="006E2932">
              <w:rPr>
                <w:sz w:val="18"/>
                <w:szCs w:val="18"/>
                <w:lang w:val="pt-PT"/>
              </w:rPr>
              <w:t xml:space="preserve"> Conselho Diretivo Nacional</w:t>
            </w:r>
          </w:p>
          <w:p w14:paraId="78D7E4DA" w14:textId="77777777" w:rsidR="0054505D" w:rsidRPr="006E2932" w:rsidRDefault="0054505D" w:rsidP="000D1EF9">
            <w:pPr>
              <w:spacing w:after="0"/>
              <w:rPr>
                <w:sz w:val="18"/>
                <w:szCs w:val="18"/>
                <w:lang w:val="pt-PT"/>
              </w:rPr>
            </w:pPr>
            <w:r w:rsidRPr="006E2932">
              <w:rPr>
                <w:rFonts w:ascii="Segoe UI Symbol" w:hAnsi="Segoe UI Symbol" w:cs="Segoe UI Symbol"/>
                <w:sz w:val="18"/>
                <w:szCs w:val="18"/>
                <w:lang w:val="pt-PT"/>
              </w:rPr>
              <w:t>☐</w:t>
            </w:r>
            <w:r w:rsidRPr="006E2932">
              <w:rPr>
                <w:sz w:val="18"/>
                <w:szCs w:val="18"/>
                <w:lang w:val="pt-PT"/>
              </w:rPr>
              <w:t xml:space="preserve"> Conselho de Disciplina Nacional</w:t>
            </w:r>
          </w:p>
          <w:p w14:paraId="0D7366D3" w14:textId="77777777" w:rsidR="0054505D" w:rsidRPr="006E2932" w:rsidRDefault="0054505D" w:rsidP="000D1EF9">
            <w:pPr>
              <w:spacing w:after="0"/>
              <w:rPr>
                <w:sz w:val="18"/>
                <w:szCs w:val="18"/>
                <w:lang w:val="pt-PT"/>
              </w:rPr>
            </w:pPr>
            <w:r w:rsidRPr="006E2932">
              <w:rPr>
                <w:rFonts w:ascii="Segoe UI Symbol" w:hAnsi="Segoe UI Symbol" w:cs="Segoe UI Symbol"/>
                <w:sz w:val="18"/>
                <w:szCs w:val="18"/>
                <w:lang w:val="pt-PT"/>
              </w:rPr>
              <w:t>☐</w:t>
            </w:r>
            <w:r w:rsidRPr="006E2932">
              <w:rPr>
                <w:sz w:val="18"/>
                <w:szCs w:val="18"/>
                <w:lang w:val="pt-PT"/>
              </w:rPr>
              <w:t xml:space="preserve"> Conselho Fiscal</w:t>
            </w:r>
          </w:p>
          <w:p w14:paraId="1F3C6839" w14:textId="77777777" w:rsidR="0054505D" w:rsidRPr="006E2932" w:rsidRDefault="0054505D" w:rsidP="000D1EF9">
            <w:pPr>
              <w:spacing w:after="0"/>
              <w:rPr>
                <w:sz w:val="18"/>
                <w:szCs w:val="18"/>
                <w:lang w:val="pt-PT"/>
              </w:rPr>
            </w:pPr>
            <w:r w:rsidRPr="006E2932">
              <w:rPr>
                <w:rFonts w:ascii="Segoe UI Symbol" w:hAnsi="Segoe UI Symbol" w:cs="Segoe UI Symbol"/>
                <w:sz w:val="18"/>
                <w:szCs w:val="18"/>
                <w:lang w:val="pt-PT"/>
              </w:rPr>
              <w:t>☐</w:t>
            </w:r>
            <w:r w:rsidRPr="006E2932">
              <w:rPr>
                <w:sz w:val="18"/>
                <w:szCs w:val="18"/>
                <w:lang w:val="pt-PT"/>
              </w:rPr>
              <w:t xml:space="preserve"> Conselho de Supervisão</w:t>
            </w:r>
          </w:p>
          <w:p w14:paraId="6B7715B1" w14:textId="77777777" w:rsidR="0054505D" w:rsidRPr="006E2932" w:rsidRDefault="0054505D" w:rsidP="000D1EF9">
            <w:pPr>
              <w:spacing w:after="0"/>
              <w:rPr>
                <w:sz w:val="18"/>
                <w:szCs w:val="18"/>
                <w:lang w:val="pt-PT"/>
              </w:rPr>
            </w:pPr>
          </w:p>
          <w:p w14:paraId="52880FFA" w14:textId="77777777" w:rsidR="0054505D" w:rsidRPr="006E2932" w:rsidRDefault="0054505D" w:rsidP="000D1EF9">
            <w:pPr>
              <w:spacing w:after="0"/>
              <w:rPr>
                <w:sz w:val="18"/>
                <w:szCs w:val="18"/>
                <w:lang w:val="pt-PT"/>
              </w:rPr>
            </w:pPr>
            <w:r w:rsidRPr="006E2932">
              <w:rPr>
                <w:b/>
                <w:sz w:val="18"/>
                <w:szCs w:val="18"/>
                <w:lang w:val="pt-PT"/>
              </w:rPr>
              <w:t xml:space="preserve">Órgãos regionais </w:t>
            </w:r>
            <w:r w:rsidRPr="006E2932">
              <w:rPr>
                <w:sz w:val="18"/>
                <w:szCs w:val="18"/>
                <w:lang w:val="pt-PT"/>
              </w:rPr>
              <w:t xml:space="preserve">Norte / Centro / Lisboa e Vale do Tejo / Alentejo / Algarve / Madeira / Açores </w:t>
            </w:r>
            <w:r w:rsidRPr="006E2932">
              <w:rPr>
                <w:b/>
                <w:sz w:val="18"/>
                <w:szCs w:val="18"/>
                <w:lang w:val="pt-PT"/>
              </w:rPr>
              <w:t>(utilizar o que interessa):</w:t>
            </w:r>
          </w:p>
          <w:p w14:paraId="48D9BA38" w14:textId="77777777" w:rsidR="0054505D" w:rsidRPr="006E2932" w:rsidRDefault="0054505D" w:rsidP="000D1EF9">
            <w:pPr>
              <w:spacing w:after="0"/>
              <w:rPr>
                <w:sz w:val="18"/>
                <w:szCs w:val="18"/>
                <w:lang w:val="pt-PT"/>
              </w:rPr>
            </w:pPr>
            <w:r w:rsidRPr="006E2932">
              <w:rPr>
                <w:rFonts w:ascii="Segoe UI Symbol" w:hAnsi="Segoe UI Symbol" w:cs="Segoe UI Symbol"/>
                <w:sz w:val="18"/>
                <w:szCs w:val="18"/>
                <w:lang w:val="pt-PT"/>
              </w:rPr>
              <w:t>☐</w:t>
            </w:r>
            <w:r w:rsidRPr="006E2932">
              <w:rPr>
                <w:sz w:val="18"/>
                <w:szCs w:val="18"/>
                <w:lang w:val="pt-PT"/>
              </w:rPr>
              <w:t xml:space="preserve"> Mesa da Assembleia Regional de __________________________________________</w:t>
            </w:r>
          </w:p>
          <w:p w14:paraId="63C9CC5C" w14:textId="77777777" w:rsidR="0054505D" w:rsidRPr="006E2932" w:rsidRDefault="0054505D" w:rsidP="000D1EF9">
            <w:pPr>
              <w:spacing w:after="0"/>
              <w:rPr>
                <w:sz w:val="18"/>
                <w:szCs w:val="18"/>
                <w:lang w:val="pt-PT"/>
              </w:rPr>
            </w:pPr>
            <w:r w:rsidRPr="006E2932">
              <w:rPr>
                <w:rFonts w:ascii="Segoe UI Symbol" w:hAnsi="Segoe UI Symbol" w:cs="Segoe UI Symbol"/>
                <w:sz w:val="18"/>
                <w:szCs w:val="18"/>
                <w:lang w:val="pt-PT"/>
              </w:rPr>
              <w:t>☐</w:t>
            </w:r>
            <w:r w:rsidRPr="006E2932">
              <w:rPr>
                <w:sz w:val="18"/>
                <w:szCs w:val="18"/>
                <w:lang w:val="pt-PT"/>
              </w:rPr>
              <w:t xml:space="preserve"> Conselho Diretivo Regional de ___________________________________________</w:t>
            </w:r>
          </w:p>
          <w:p w14:paraId="4FB1D357" w14:textId="77777777" w:rsidR="0054505D" w:rsidRPr="006E2932" w:rsidRDefault="0054505D" w:rsidP="000D1EF9">
            <w:pPr>
              <w:spacing w:after="0"/>
              <w:rPr>
                <w:sz w:val="18"/>
                <w:szCs w:val="18"/>
                <w:lang w:val="pt-PT"/>
              </w:rPr>
            </w:pPr>
            <w:r w:rsidRPr="006E2932">
              <w:rPr>
                <w:rFonts w:ascii="Segoe UI Symbol" w:hAnsi="Segoe UI Symbol" w:cs="Segoe UI Symbol"/>
                <w:sz w:val="18"/>
                <w:szCs w:val="18"/>
                <w:lang w:val="pt-PT"/>
              </w:rPr>
              <w:t>☐</w:t>
            </w:r>
            <w:r w:rsidRPr="006E2932">
              <w:rPr>
                <w:sz w:val="18"/>
                <w:szCs w:val="18"/>
                <w:lang w:val="pt-PT"/>
              </w:rPr>
              <w:t xml:space="preserve"> Conselho de Disciplina Regional de ______________________________________</w:t>
            </w:r>
          </w:p>
        </w:tc>
      </w:tr>
      <w:tr w:rsidR="0054505D" w:rsidRPr="006E2932" w14:paraId="61164DFE" w14:textId="77777777" w:rsidTr="00BC6834">
        <w:trPr>
          <w:cantSplit/>
          <w:trHeight w:val="408"/>
          <w:jc w:val="center"/>
        </w:trPr>
        <w:tc>
          <w:tcPr>
            <w:tcW w:w="4989" w:type="dxa"/>
            <w:shd w:val="clear" w:color="auto" w:fill="E7E6E6"/>
            <w:tcMar>
              <w:top w:w="60" w:type="dxa"/>
              <w:left w:w="70" w:type="dxa"/>
              <w:bottom w:w="60" w:type="dxa"/>
              <w:right w:w="70" w:type="dxa"/>
            </w:tcMar>
          </w:tcPr>
          <w:p w14:paraId="164C0A2E" w14:textId="77777777" w:rsidR="0054505D" w:rsidRPr="005C3AB4" w:rsidRDefault="0054505D" w:rsidP="000D1EF9">
            <w:pPr>
              <w:spacing w:after="0"/>
              <w:rPr>
                <w:sz w:val="18"/>
                <w:szCs w:val="18"/>
              </w:rPr>
            </w:pPr>
            <w:r w:rsidRPr="005C3AB4">
              <w:rPr>
                <w:b/>
                <w:sz w:val="18"/>
                <w:szCs w:val="18"/>
              </w:rPr>
              <w:t xml:space="preserve">São </w:t>
            </w:r>
            <w:proofErr w:type="spellStart"/>
            <w:r w:rsidRPr="005C3AB4">
              <w:rPr>
                <w:b/>
                <w:sz w:val="18"/>
                <w:szCs w:val="18"/>
              </w:rPr>
              <w:t>candidatos</w:t>
            </w:r>
            <w:proofErr w:type="spellEnd"/>
            <w:r w:rsidRPr="005C3AB4">
              <w:rPr>
                <w:b/>
                <w:sz w:val="18"/>
                <w:szCs w:val="18"/>
              </w:rPr>
              <w:t xml:space="preserve"> </w:t>
            </w:r>
          </w:p>
        </w:tc>
        <w:tc>
          <w:tcPr>
            <w:tcW w:w="4989" w:type="dxa"/>
            <w:tcBorders>
              <w:bottom w:val="single" w:sz="4" w:space="0" w:color="auto"/>
            </w:tcBorders>
            <w:tcMar>
              <w:top w:w="60" w:type="dxa"/>
              <w:left w:w="70" w:type="dxa"/>
              <w:bottom w:w="60" w:type="dxa"/>
              <w:right w:w="70" w:type="dxa"/>
            </w:tcMar>
          </w:tcPr>
          <w:p w14:paraId="76A9C028" w14:textId="55A6831E" w:rsidR="0054505D" w:rsidRPr="006E2932" w:rsidRDefault="0054505D" w:rsidP="000D1EF9">
            <w:pPr>
              <w:spacing w:after="0"/>
              <w:rPr>
                <w:sz w:val="18"/>
                <w:szCs w:val="18"/>
                <w:lang w:val="pt-PT"/>
              </w:rPr>
            </w:pPr>
            <w:r w:rsidRPr="006E2932">
              <w:rPr>
                <w:rFonts w:ascii="Segoe UI Symbol" w:hAnsi="Segoe UI Symbol" w:cs="Segoe UI Symbol"/>
                <w:sz w:val="18"/>
                <w:szCs w:val="18"/>
                <w:lang w:val="pt-PT"/>
              </w:rPr>
              <w:t xml:space="preserve">A Presidente da </w:t>
            </w:r>
            <w:r w:rsidRPr="006E2932">
              <w:rPr>
                <w:sz w:val="18"/>
                <w:szCs w:val="18"/>
                <w:lang w:val="pt-PT"/>
              </w:rPr>
              <w:t>Mesa da Assembleia Geral, (Nome completo, n.º membro)</w:t>
            </w:r>
          </w:p>
          <w:p w14:paraId="7E699F75" w14:textId="700102C4" w:rsidR="0054505D" w:rsidRPr="006E2932" w:rsidRDefault="0054505D" w:rsidP="000D1EF9">
            <w:pPr>
              <w:spacing w:after="0"/>
              <w:rPr>
                <w:sz w:val="18"/>
                <w:szCs w:val="18"/>
                <w:lang w:val="pt-PT"/>
              </w:rPr>
            </w:pPr>
            <w:r w:rsidRPr="006E2932">
              <w:rPr>
                <w:rFonts w:ascii="Segoe UI Symbol" w:hAnsi="Segoe UI Symbol" w:cs="Segoe UI Symbol"/>
                <w:sz w:val="18"/>
                <w:szCs w:val="18"/>
                <w:lang w:val="pt-PT"/>
              </w:rPr>
              <w:t>Pelo</w:t>
            </w:r>
            <w:r w:rsidRPr="006E2932">
              <w:rPr>
                <w:sz w:val="18"/>
                <w:szCs w:val="18"/>
                <w:lang w:val="pt-PT"/>
              </w:rPr>
              <w:t xml:space="preserve"> círculo territorial: Norte / Centro / Lisboa e Vale do Tejo / Alentejo / Algarve / Madeira / Açores, à Assembleia de Delegados, indicar o 1.º candidato por círculo eleitoral (Nome completo, n.º membro)</w:t>
            </w:r>
          </w:p>
          <w:p w14:paraId="596CD42D" w14:textId="71D4167B" w:rsidR="0054505D" w:rsidRPr="006E2932" w:rsidRDefault="0054505D" w:rsidP="000D1EF9">
            <w:pPr>
              <w:spacing w:after="0"/>
              <w:rPr>
                <w:sz w:val="18"/>
                <w:szCs w:val="18"/>
                <w:lang w:val="pt-PT"/>
              </w:rPr>
            </w:pPr>
            <w:r w:rsidRPr="006E2932">
              <w:rPr>
                <w:rFonts w:ascii="Segoe UI Symbol" w:hAnsi="Segoe UI Symbol" w:cs="Segoe UI Symbol"/>
                <w:sz w:val="18"/>
                <w:szCs w:val="18"/>
                <w:lang w:val="pt-PT"/>
              </w:rPr>
              <w:t xml:space="preserve">A Presidente e Vice-Presidente do </w:t>
            </w:r>
            <w:r w:rsidRPr="006E2932">
              <w:rPr>
                <w:sz w:val="18"/>
                <w:szCs w:val="18"/>
                <w:lang w:val="pt-PT"/>
              </w:rPr>
              <w:t>Conselho Diretivo Nacional, respetivamente, (Nome completo, n.º membro) e (Nome completo, n.º membro)</w:t>
            </w:r>
          </w:p>
          <w:p w14:paraId="15510842" w14:textId="706F617F" w:rsidR="0054505D" w:rsidRPr="006E2932" w:rsidRDefault="0054505D" w:rsidP="000D1EF9">
            <w:pPr>
              <w:spacing w:after="0"/>
              <w:rPr>
                <w:sz w:val="18"/>
                <w:szCs w:val="18"/>
                <w:lang w:val="pt-PT"/>
              </w:rPr>
            </w:pPr>
            <w:r w:rsidRPr="006E2932">
              <w:rPr>
                <w:rFonts w:ascii="Segoe UI Symbol" w:hAnsi="Segoe UI Symbol" w:cs="Segoe UI Symbol"/>
                <w:sz w:val="18"/>
                <w:szCs w:val="18"/>
                <w:lang w:val="pt-PT"/>
              </w:rPr>
              <w:t xml:space="preserve">Ao </w:t>
            </w:r>
            <w:r w:rsidRPr="006E2932">
              <w:rPr>
                <w:sz w:val="18"/>
                <w:szCs w:val="18"/>
                <w:lang w:val="pt-PT"/>
              </w:rPr>
              <w:t xml:space="preserve">Conselho de Disciplina Nacional, </w:t>
            </w:r>
            <w:r w:rsidRPr="006E2932">
              <w:rPr>
                <w:b/>
                <w:bCs/>
                <w:sz w:val="18"/>
                <w:szCs w:val="18"/>
                <w:lang w:val="pt-PT"/>
              </w:rPr>
              <w:t>indicar o 1.º candidato membro OA</w:t>
            </w:r>
            <w:r w:rsidRPr="006E2932">
              <w:rPr>
                <w:sz w:val="18"/>
                <w:szCs w:val="18"/>
                <w:lang w:val="pt-PT"/>
              </w:rPr>
              <w:t xml:space="preserve"> (Nome completo, n.º membro) e </w:t>
            </w:r>
            <w:r w:rsidR="00BC6834" w:rsidRPr="006E2932">
              <w:rPr>
                <w:b/>
                <w:bCs/>
                <w:sz w:val="18"/>
                <w:szCs w:val="18"/>
                <w:lang w:val="pt-PT"/>
              </w:rPr>
              <w:t xml:space="preserve">indicar </w:t>
            </w:r>
            <w:r w:rsidRPr="006E2932">
              <w:rPr>
                <w:b/>
                <w:bCs/>
                <w:sz w:val="18"/>
                <w:szCs w:val="18"/>
                <w:lang w:val="pt-PT"/>
              </w:rPr>
              <w:t>o 1.º candidato não membro OA</w:t>
            </w:r>
            <w:r w:rsidRPr="006E2932">
              <w:rPr>
                <w:sz w:val="18"/>
                <w:szCs w:val="18"/>
                <w:lang w:val="pt-PT"/>
              </w:rPr>
              <w:t xml:space="preserve"> (Nome completo) </w:t>
            </w:r>
          </w:p>
          <w:p w14:paraId="55F66349" w14:textId="7BFC25DE" w:rsidR="0054505D" w:rsidRPr="006E2932" w:rsidRDefault="0054505D" w:rsidP="000D1EF9">
            <w:pPr>
              <w:spacing w:after="0"/>
              <w:rPr>
                <w:sz w:val="18"/>
                <w:szCs w:val="18"/>
                <w:lang w:val="pt-PT"/>
              </w:rPr>
            </w:pPr>
            <w:r w:rsidRPr="006E2932">
              <w:rPr>
                <w:rFonts w:ascii="Segoe UI Symbol" w:hAnsi="Segoe UI Symbol" w:cs="Segoe UI Symbol"/>
                <w:sz w:val="18"/>
                <w:szCs w:val="18"/>
                <w:lang w:val="pt-PT"/>
              </w:rPr>
              <w:t xml:space="preserve">A Presidente do </w:t>
            </w:r>
            <w:r w:rsidRPr="006E2932">
              <w:rPr>
                <w:sz w:val="18"/>
                <w:szCs w:val="18"/>
                <w:lang w:val="pt-PT"/>
              </w:rPr>
              <w:t>Conselho Fiscal, (Nome completo, n.º membro)</w:t>
            </w:r>
          </w:p>
          <w:p w14:paraId="684BB871" w14:textId="77777777" w:rsidR="0054505D" w:rsidRPr="006E2932" w:rsidRDefault="0054505D" w:rsidP="000D1EF9">
            <w:pPr>
              <w:spacing w:after="0"/>
              <w:rPr>
                <w:sz w:val="18"/>
                <w:szCs w:val="18"/>
                <w:lang w:val="pt-PT"/>
              </w:rPr>
            </w:pPr>
            <w:r w:rsidRPr="006E2932">
              <w:rPr>
                <w:rFonts w:ascii="Segoe UI Symbol" w:hAnsi="Segoe UI Symbol" w:cs="Segoe UI Symbol"/>
                <w:sz w:val="18"/>
                <w:szCs w:val="18"/>
                <w:lang w:val="pt-PT"/>
              </w:rPr>
              <w:t xml:space="preserve">Ao </w:t>
            </w:r>
            <w:r w:rsidRPr="006E2932">
              <w:rPr>
                <w:sz w:val="18"/>
                <w:szCs w:val="18"/>
                <w:lang w:val="pt-PT"/>
              </w:rPr>
              <w:t xml:space="preserve">Conselho de Supervisão, </w:t>
            </w:r>
            <w:r w:rsidRPr="006E2932">
              <w:rPr>
                <w:b/>
                <w:bCs/>
                <w:sz w:val="18"/>
                <w:szCs w:val="18"/>
                <w:lang w:val="pt-PT"/>
              </w:rPr>
              <w:t>indicar o 1.º candidato membro OA</w:t>
            </w:r>
            <w:r w:rsidRPr="006E2932">
              <w:rPr>
                <w:sz w:val="18"/>
                <w:szCs w:val="18"/>
                <w:lang w:val="pt-PT"/>
              </w:rPr>
              <w:t xml:space="preserve"> (Nome completo, n.º membro) </w:t>
            </w:r>
            <w:r w:rsidRPr="006E2932">
              <w:rPr>
                <w:b/>
                <w:bCs/>
                <w:sz w:val="18"/>
                <w:szCs w:val="18"/>
                <w:lang w:val="pt-PT"/>
              </w:rPr>
              <w:t>e indicar o 1.º candidato não membro</w:t>
            </w:r>
            <w:r w:rsidRPr="006E2932">
              <w:rPr>
                <w:sz w:val="18"/>
                <w:szCs w:val="18"/>
                <w:lang w:val="pt-PT"/>
              </w:rPr>
              <w:t xml:space="preserve"> (Nome completo, estabelecimento de ensino superior) </w:t>
            </w:r>
          </w:p>
          <w:p w14:paraId="3BEFA77C" w14:textId="77777777" w:rsidR="0054505D" w:rsidRPr="006E2932" w:rsidRDefault="0054505D" w:rsidP="000D1EF9">
            <w:pPr>
              <w:spacing w:after="0"/>
              <w:rPr>
                <w:sz w:val="18"/>
                <w:szCs w:val="18"/>
                <w:lang w:val="pt-PT"/>
              </w:rPr>
            </w:pPr>
          </w:p>
          <w:p w14:paraId="35129A45" w14:textId="1345A2AC" w:rsidR="0054505D" w:rsidRPr="006E2932" w:rsidRDefault="0054505D" w:rsidP="000D1EF9">
            <w:pPr>
              <w:spacing w:after="0"/>
              <w:rPr>
                <w:sz w:val="18"/>
                <w:szCs w:val="18"/>
                <w:lang w:val="pt-PT"/>
              </w:rPr>
            </w:pPr>
            <w:r w:rsidRPr="006E2932">
              <w:rPr>
                <w:b/>
                <w:sz w:val="18"/>
                <w:szCs w:val="18"/>
                <w:lang w:val="pt-PT"/>
              </w:rPr>
              <w:t xml:space="preserve">Órgãos regionais </w:t>
            </w:r>
            <w:r w:rsidRPr="006E2932">
              <w:rPr>
                <w:sz w:val="18"/>
                <w:szCs w:val="18"/>
                <w:lang w:val="pt-PT"/>
              </w:rPr>
              <w:t xml:space="preserve">Norte / Centro / Lisboa e Vale do Tejo / Alentejo / Algarve / Madeira / Açores </w:t>
            </w:r>
            <w:r w:rsidRPr="006E2932">
              <w:rPr>
                <w:b/>
                <w:sz w:val="18"/>
                <w:szCs w:val="18"/>
                <w:lang w:val="pt-PT"/>
              </w:rPr>
              <w:t>(utilizar o que interessa):</w:t>
            </w:r>
          </w:p>
          <w:p w14:paraId="2E7F4D2F" w14:textId="717E5F0C" w:rsidR="0054505D" w:rsidRPr="006E2932" w:rsidRDefault="0054505D" w:rsidP="000D1EF9">
            <w:pPr>
              <w:spacing w:after="0"/>
              <w:rPr>
                <w:rFonts w:ascii="Segoe UI Symbol" w:hAnsi="Segoe UI Symbol" w:cs="Segoe UI Symbol"/>
                <w:sz w:val="18"/>
                <w:szCs w:val="18"/>
                <w:lang w:val="pt-PT"/>
              </w:rPr>
            </w:pPr>
            <w:r w:rsidRPr="006E2932">
              <w:rPr>
                <w:rFonts w:ascii="Segoe UI Symbol" w:hAnsi="Segoe UI Symbol" w:cs="Segoe UI Symbol"/>
                <w:sz w:val="18"/>
                <w:szCs w:val="18"/>
                <w:lang w:val="pt-PT"/>
              </w:rPr>
              <w:t xml:space="preserve">A Presidente da </w:t>
            </w:r>
            <w:r w:rsidRPr="006E2932">
              <w:rPr>
                <w:sz w:val="18"/>
                <w:szCs w:val="18"/>
                <w:lang w:val="pt-PT"/>
              </w:rPr>
              <w:t>Mesa da Assembleia Regional, (Nome completo, n.º membro)</w:t>
            </w:r>
          </w:p>
          <w:p w14:paraId="51D55C4E" w14:textId="181142E7" w:rsidR="0054505D" w:rsidRPr="006E2932" w:rsidRDefault="0054505D" w:rsidP="000D1EF9">
            <w:pPr>
              <w:spacing w:after="0"/>
              <w:rPr>
                <w:rFonts w:ascii="Segoe UI Symbol" w:hAnsi="Segoe UI Symbol" w:cs="Segoe UI Symbol"/>
                <w:sz w:val="18"/>
                <w:szCs w:val="18"/>
                <w:lang w:val="pt-PT"/>
              </w:rPr>
            </w:pPr>
            <w:r w:rsidRPr="006E2932">
              <w:rPr>
                <w:rFonts w:ascii="Segoe UI Symbol" w:hAnsi="Segoe UI Symbol" w:cs="Segoe UI Symbol"/>
                <w:sz w:val="18"/>
                <w:szCs w:val="18"/>
                <w:lang w:val="pt-PT"/>
              </w:rPr>
              <w:t>A Presidente e Vice-Presidente do Conselho Diretivo Regional, (Nome completo, n.º membro) e (Nome completo, n.º membro)</w:t>
            </w:r>
          </w:p>
          <w:p w14:paraId="014304B7" w14:textId="77777777" w:rsidR="0054505D" w:rsidRPr="006E2932" w:rsidRDefault="0054505D" w:rsidP="000D1EF9">
            <w:pPr>
              <w:spacing w:after="0"/>
              <w:rPr>
                <w:sz w:val="18"/>
                <w:szCs w:val="18"/>
                <w:lang w:val="pt-PT"/>
              </w:rPr>
            </w:pPr>
            <w:r w:rsidRPr="006E2932">
              <w:rPr>
                <w:rFonts w:ascii="Segoe UI Symbol" w:hAnsi="Segoe UI Symbol" w:cs="Segoe UI Symbol"/>
                <w:sz w:val="18"/>
                <w:szCs w:val="18"/>
                <w:lang w:val="pt-PT"/>
              </w:rPr>
              <w:t xml:space="preserve">A Presidente do </w:t>
            </w:r>
            <w:r w:rsidRPr="006E2932">
              <w:rPr>
                <w:sz w:val="18"/>
                <w:szCs w:val="18"/>
                <w:lang w:val="pt-PT"/>
              </w:rPr>
              <w:t>Conselho de Disciplina Regional, (Nome completo, n.º membro)</w:t>
            </w:r>
          </w:p>
          <w:p w14:paraId="031894EF" w14:textId="77777777" w:rsidR="0054505D" w:rsidRPr="006E2932" w:rsidRDefault="0054505D" w:rsidP="000D1EF9">
            <w:pPr>
              <w:spacing w:after="0"/>
              <w:rPr>
                <w:sz w:val="18"/>
                <w:szCs w:val="18"/>
                <w:lang w:val="pt-PT"/>
              </w:rPr>
            </w:pPr>
          </w:p>
        </w:tc>
      </w:tr>
    </w:tbl>
    <w:p w14:paraId="3C33EDC6" w14:textId="77777777" w:rsidR="006E2932" w:rsidRDefault="006E2932" w:rsidP="0054505D">
      <w:pPr>
        <w:spacing w:before="100" w:after="60"/>
        <w:rPr>
          <w:b/>
        </w:rPr>
      </w:pPr>
    </w:p>
    <w:p w14:paraId="353B92B5" w14:textId="77777777" w:rsidR="006E2932" w:rsidRDefault="006E2932" w:rsidP="0054505D">
      <w:pPr>
        <w:spacing w:before="100" w:after="60"/>
        <w:rPr>
          <w:b/>
        </w:rPr>
      </w:pPr>
    </w:p>
    <w:p w14:paraId="2FBB0551" w14:textId="2F359255" w:rsidR="0054505D" w:rsidRPr="006E2932" w:rsidRDefault="0054505D" w:rsidP="0054505D">
      <w:pPr>
        <w:spacing w:before="100" w:after="60"/>
        <w:rPr>
          <w:lang w:val="pt-PT"/>
        </w:rPr>
      </w:pPr>
      <w:r w:rsidRPr="006E2932">
        <w:rPr>
          <w:b/>
          <w:lang w:val="pt-PT"/>
        </w:rPr>
        <w:lastRenderedPageBreak/>
        <w:t>Declaração de subscrição</w:t>
      </w:r>
    </w:p>
    <w:p w14:paraId="34C7BF35" w14:textId="77777777" w:rsidR="0054505D" w:rsidRPr="006E2932" w:rsidRDefault="0054505D" w:rsidP="0054505D">
      <w:pPr>
        <w:rPr>
          <w:lang w:val="pt-PT"/>
        </w:rPr>
      </w:pPr>
      <w:r w:rsidRPr="006E2932">
        <w:rPr>
          <w:lang w:val="pt-PT"/>
        </w:rPr>
        <w:t>Os abaixo-assinados, membros efetivos da Ordem dos Arquitectos com inscrição em vigor e no pleno exercício dos seus direitos, subscrevem a candidatura acima identificada aos órgãos nela individualizados, para o mandato 2027-2029.</w:t>
      </w:r>
    </w:p>
    <w:tbl>
      <w:tblPr>
        <w:tblW w:w="0" w:type="auto"/>
        <w:jc w:val="center"/>
        <w:tblLook w:val="04A0" w:firstRow="1" w:lastRow="0" w:firstColumn="1" w:lastColumn="0" w:noHBand="0" w:noVBand="1"/>
      </w:tblPr>
      <w:tblGrid>
        <w:gridCol w:w="9866"/>
      </w:tblGrid>
      <w:tr w:rsidR="0054505D" w:rsidRPr="006E2932" w14:paraId="6D70903D" w14:textId="77777777" w:rsidTr="000D1EF9">
        <w:trPr>
          <w:jc w:val="center"/>
        </w:trPr>
        <w:tc>
          <w:tcPr>
            <w:tcW w:w="9978" w:type="dxa"/>
            <w:shd w:val="clear" w:color="auto" w:fill="F2F2F2"/>
            <w:tcMar>
              <w:top w:w="60" w:type="dxa"/>
              <w:left w:w="70" w:type="dxa"/>
              <w:bottom w:w="60" w:type="dxa"/>
              <w:right w:w="70" w:type="dxa"/>
            </w:tcMar>
            <w:vAlign w:val="center"/>
          </w:tcPr>
          <w:p w14:paraId="6DFF125E" w14:textId="77777777" w:rsidR="0054505D" w:rsidRPr="006E2932" w:rsidRDefault="0054505D" w:rsidP="000D1EF9">
            <w:pPr>
              <w:spacing w:after="0"/>
              <w:rPr>
                <w:lang w:val="pt-PT"/>
              </w:rPr>
            </w:pPr>
            <w:r w:rsidRPr="006E2932">
              <w:rPr>
                <w:sz w:val="15"/>
                <w:lang w:val="pt-PT"/>
              </w:rPr>
              <w:t>Notas: (1) Os subscritores devem ser identificados pelo nome completo e número de membro e não podem integrar a lista de candidatos que subscrevem. (2) A candidatura pode ser assinada diretamente pelos subscritores ou ser acompanhada por declarações individuais de subscrição. (3) Número mínimo: 50 subscritores para órgãos nacionais; 50 subscritores ou 10 % dos membros efetivos inscritos na secção regional, consoante o mais favorável, para órgãos regionais; 10 % dos membros efetivos inscritos no círculo territorial, para candidatura isolada à Assembleia de Delegados. (4) Nas candidaturas conjuntas, é suficiente uma única lista: mínimo de 50 subscritores quando abranja dois ou mais órgãos nacionais, órgãos nacionais e regionais, ou órgãos regionais de mais de uma secção; quando abranja dois ou mais órgãos da mesma secção regional, mínimo de 50 subscritores ou 10 % dos membros inscritos nessa secção, consoante o mais favorável.</w:t>
            </w:r>
          </w:p>
        </w:tc>
      </w:tr>
    </w:tbl>
    <w:p w14:paraId="125A6A2D" w14:textId="67EEFA9E" w:rsidR="0054505D" w:rsidRPr="006E2932" w:rsidRDefault="0054505D" w:rsidP="0054505D">
      <w:pPr>
        <w:spacing w:before="80"/>
        <w:rPr>
          <w:lang w:val="pt-PT"/>
        </w:rPr>
      </w:pPr>
    </w:p>
    <w:tbl>
      <w:tblPr>
        <w:tblStyle w:val="TabelacomGrelha"/>
        <w:tblW w:w="0" w:type="auto"/>
        <w:jc w:val="center"/>
        <w:tblLayout w:type="fixed"/>
        <w:tblLook w:val="04A0" w:firstRow="1" w:lastRow="0" w:firstColumn="1" w:lastColumn="0" w:noHBand="0" w:noVBand="1"/>
      </w:tblPr>
      <w:tblGrid>
        <w:gridCol w:w="454"/>
        <w:gridCol w:w="3628"/>
        <w:gridCol w:w="1417"/>
        <w:gridCol w:w="1871"/>
        <w:gridCol w:w="2835"/>
      </w:tblGrid>
      <w:tr w:rsidR="0054505D" w14:paraId="6AE5234D" w14:textId="77777777" w:rsidTr="000D1EF9">
        <w:trPr>
          <w:trHeight w:val="369"/>
          <w:tblHeader/>
          <w:jc w:val="center"/>
        </w:trPr>
        <w:tc>
          <w:tcPr>
            <w:tcW w:w="454" w:type="dxa"/>
            <w:shd w:val="clear" w:color="auto" w:fill="D9E1F2"/>
            <w:tcMar>
              <w:top w:w="60" w:type="dxa"/>
              <w:left w:w="70" w:type="dxa"/>
              <w:bottom w:w="60" w:type="dxa"/>
              <w:right w:w="70" w:type="dxa"/>
            </w:tcMar>
            <w:vAlign w:val="center"/>
          </w:tcPr>
          <w:p w14:paraId="31A7F71F" w14:textId="367EDE88" w:rsidR="0054505D" w:rsidRDefault="0054505D" w:rsidP="0054505D">
            <w:pPr>
              <w:spacing w:after="0"/>
            </w:pPr>
            <w:proofErr w:type="gramStart"/>
            <w:r>
              <w:rPr>
                <w:b/>
                <w:sz w:val="16"/>
              </w:rPr>
              <w:t>N.º</w:t>
            </w:r>
            <w:proofErr w:type="gramEnd"/>
          </w:p>
        </w:tc>
        <w:tc>
          <w:tcPr>
            <w:tcW w:w="3628" w:type="dxa"/>
            <w:shd w:val="clear" w:color="auto" w:fill="D9E1F2"/>
            <w:tcMar>
              <w:top w:w="60" w:type="dxa"/>
              <w:left w:w="70" w:type="dxa"/>
              <w:bottom w:w="60" w:type="dxa"/>
              <w:right w:w="70" w:type="dxa"/>
            </w:tcMar>
            <w:vAlign w:val="center"/>
          </w:tcPr>
          <w:p w14:paraId="13C031A3" w14:textId="77777777" w:rsidR="0054505D" w:rsidRDefault="0054505D" w:rsidP="000D1EF9">
            <w:pPr>
              <w:spacing w:after="0"/>
              <w:jc w:val="center"/>
            </w:pPr>
            <w:r>
              <w:rPr>
                <w:b/>
                <w:sz w:val="16"/>
              </w:rPr>
              <w:t xml:space="preserve">Nome </w:t>
            </w:r>
            <w:proofErr w:type="spellStart"/>
            <w:r>
              <w:rPr>
                <w:b/>
                <w:sz w:val="16"/>
              </w:rPr>
              <w:t>completo</w:t>
            </w:r>
            <w:proofErr w:type="spellEnd"/>
          </w:p>
        </w:tc>
        <w:tc>
          <w:tcPr>
            <w:tcW w:w="1417" w:type="dxa"/>
            <w:shd w:val="clear" w:color="auto" w:fill="D9E1F2"/>
            <w:tcMar>
              <w:top w:w="60" w:type="dxa"/>
              <w:left w:w="70" w:type="dxa"/>
              <w:bottom w:w="60" w:type="dxa"/>
              <w:right w:w="70" w:type="dxa"/>
            </w:tcMar>
            <w:vAlign w:val="center"/>
          </w:tcPr>
          <w:p w14:paraId="4F3CF7BB" w14:textId="77777777" w:rsidR="0054505D" w:rsidRDefault="0054505D" w:rsidP="000D1EF9">
            <w:pPr>
              <w:spacing w:after="0"/>
              <w:jc w:val="center"/>
            </w:pPr>
            <w:proofErr w:type="gramStart"/>
            <w:r>
              <w:rPr>
                <w:b/>
                <w:sz w:val="16"/>
              </w:rPr>
              <w:t>N.º</w:t>
            </w:r>
            <w:proofErr w:type="gramEnd"/>
            <w:r>
              <w:rPr>
                <w:b/>
                <w:sz w:val="16"/>
              </w:rPr>
              <w:t xml:space="preserve"> de </w:t>
            </w:r>
            <w:proofErr w:type="spellStart"/>
            <w:r>
              <w:rPr>
                <w:b/>
                <w:sz w:val="16"/>
              </w:rPr>
              <w:t>membro</w:t>
            </w:r>
            <w:proofErr w:type="spellEnd"/>
          </w:p>
        </w:tc>
        <w:tc>
          <w:tcPr>
            <w:tcW w:w="1871" w:type="dxa"/>
            <w:shd w:val="clear" w:color="auto" w:fill="D9E1F2"/>
            <w:tcMar>
              <w:top w:w="60" w:type="dxa"/>
              <w:left w:w="70" w:type="dxa"/>
              <w:bottom w:w="60" w:type="dxa"/>
              <w:right w:w="70" w:type="dxa"/>
            </w:tcMar>
            <w:vAlign w:val="center"/>
          </w:tcPr>
          <w:p w14:paraId="70F89FA4" w14:textId="77777777" w:rsidR="0054505D" w:rsidRDefault="0054505D" w:rsidP="000D1EF9">
            <w:pPr>
              <w:spacing w:after="0"/>
              <w:jc w:val="center"/>
            </w:pPr>
            <w:r>
              <w:rPr>
                <w:b/>
                <w:sz w:val="16"/>
              </w:rPr>
              <w:t>Secção regional</w:t>
            </w:r>
          </w:p>
        </w:tc>
        <w:tc>
          <w:tcPr>
            <w:tcW w:w="2835" w:type="dxa"/>
            <w:shd w:val="clear" w:color="auto" w:fill="D9E1F2"/>
            <w:tcMar>
              <w:top w:w="60" w:type="dxa"/>
              <w:left w:w="70" w:type="dxa"/>
              <w:bottom w:w="60" w:type="dxa"/>
              <w:right w:w="70" w:type="dxa"/>
            </w:tcMar>
            <w:vAlign w:val="center"/>
          </w:tcPr>
          <w:p w14:paraId="0D114733" w14:textId="77777777" w:rsidR="0054505D" w:rsidRDefault="0054505D" w:rsidP="000D1EF9">
            <w:pPr>
              <w:spacing w:after="0"/>
              <w:jc w:val="center"/>
            </w:pPr>
            <w:proofErr w:type="spellStart"/>
            <w:r>
              <w:rPr>
                <w:b/>
                <w:sz w:val="16"/>
              </w:rPr>
              <w:t>Assinatura</w:t>
            </w:r>
            <w:proofErr w:type="spellEnd"/>
          </w:p>
        </w:tc>
      </w:tr>
      <w:tr w:rsidR="0054505D" w14:paraId="33C8942A" w14:textId="77777777" w:rsidTr="000D1EF9">
        <w:trPr>
          <w:cantSplit/>
          <w:trHeight w:val="351"/>
          <w:jc w:val="center"/>
        </w:trPr>
        <w:tc>
          <w:tcPr>
            <w:tcW w:w="454" w:type="dxa"/>
            <w:tcMar>
              <w:top w:w="60" w:type="dxa"/>
              <w:left w:w="70" w:type="dxa"/>
              <w:bottom w:w="60" w:type="dxa"/>
              <w:right w:w="70" w:type="dxa"/>
            </w:tcMar>
            <w:vAlign w:val="center"/>
          </w:tcPr>
          <w:p w14:paraId="73882E84" w14:textId="77777777" w:rsidR="0054505D" w:rsidRDefault="0054505D" w:rsidP="000D1EF9">
            <w:pPr>
              <w:spacing w:after="0"/>
              <w:jc w:val="center"/>
            </w:pPr>
            <w:r>
              <w:rPr>
                <w:sz w:val="15"/>
              </w:rPr>
              <w:t>1</w:t>
            </w:r>
          </w:p>
        </w:tc>
        <w:tc>
          <w:tcPr>
            <w:tcW w:w="3628" w:type="dxa"/>
            <w:tcMar>
              <w:top w:w="60" w:type="dxa"/>
              <w:left w:w="70" w:type="dxa"/>
              <w:bottom w:w="60" w:type="dxa"/>
              <w:right w:w="70" w:type="dxa"/>
            </w:tcMar>
            <w:vAlign w:val="center"/>
          </w:tcPr>
          <w:p w14:paraId="4A6D6D39"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6303F381"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29A186DD"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34BF8E73" w14:textId="77777777" w:rsidR="0054505D" w:rsidRDefault="0054505D" w:rsidP="000D1EF9">
            <w:pPr>
              <w:spacing w:after="0"/>
            </w:pPr>
            <w:r>
              <w:rPr>
                <w:sz w:val="15"/>
              </w:rPr>
              <w:t xml:space="preserve"> </w:t>
            </w:r>
          </w:p>
        </w:tc>
      </w:tr>
      <w:tr w:rsidR="0054505D" w14:paraId="48DC8417" w14:textId="77777777" w:rsidTr="000D1EF9">
        <w:trPr>
          <w:cantSplit/>
          <w:trHeight w:val="351"/>
          <w:jc w:val="center"/>
        </w:trPr>
        <w:tc>
          <w:tcPr>
            <w:tcW w:w="454" w:type="dxa"/>
            <w:tcMar>
              <w:top w:w="60" w:type="dxa"/>
              <w:left w:w="70" w:type="dxa"/>
              <w:bottom w:w="60" w:type="dxa"/>
              <w:right w:w="70" w:type="dxa"/>
            </w:tcMar>
            <w:vAlign w:val="center"/>
          </w:tcPr>
          <w:p w14:paraId="30E8E68D" w14:textId="77777777" w:rsidR="0054505D" w:rsidRDefault="0054505D" w:rsidP="000D1EF9">
            <w:pPr>
              <w:spacing w:after="0"/>
              <w:jc w:val="center"/>
            </w:pPr>
            <w:r>
              <w:rPr>
                <w:sz w:val="15"/>
              </w:rPr>
              <w:t>2</w:t>
            </w:r>
          </w:p>
        </w:tc>
        <w:tc>
          <w:tcPr>
            <w:tcW w:w="3628" w:type="dxa"/>
            <w:tcMar>
              <w:top w:w="60" w:type="dxa"/>
              <w:left w:w="70" w:type="dxa"/>
              <w:bottom w:w="60" w:type="dxa"/>
              <w:right w:w="70" w:type="dxa"/>
            </w:tcMar>
            <w:vAlign w:val="center"/>
          </w:tcPr>
          <w:p w14:paraId="71E17A26"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7217F638"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1C4DAA46"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6A89F081" w14:textId="77777777" w:rsidR="0054505D" w:rsidRDefault="0054505D" w:rsidP="000D1EF9">
            <w:pPr>
              <w:spacing w:after="0"/>
            </w:pPr>
            <w:r>
              <w:rPr>
                <w:sz w:val="15"/>
              </w:rPr>
              <w:t xml:space="preserve"> </w:t>
            </w:r>
          </w:p>
        </w:tc>
      </w:tr>
      <w:tr w:rsidR="0054505D" w14:paraId="634114E5" w14:textId="77777777" w:rsidTr="000D1EF9">
        <w:trPr>
          <w:cantSplit/>
          <w:trHeight w:val="351"/>
          <w:jc w:val="center"/>
        </w:trPr>
        <w:tc>
          <w:tcPr>
            <w:tcW w:w="454" w:type="dxa"/>
            <w:tcMar>
              <w:top w:w="60" w:type="dxa"/>
              <w:left w:w="70" w:type="dxa"/>
              <w:bottom w:w="60" w:type="dxa"/>
              <w:right w:w="70" w:type="dxa"/>
            </w:tcMar>
            <w:vAlign w:val="center"/>
          </w:tcPr>
          <w:p w14:paraId="4EC45087" w14:textId="77777777" w:rsidR="0054505D" w:rsidRDefault="0054505D" w:rsidP="000D1EF9">
            <w:pPr>
              <w:spacing w:after="0"/>
              <w:jc w:val="center"/>
            </w:pPr>
            <w:r>
              <w:rPr>
                <w:sz w:val="15"/>
              </w:rPr>
              <w:t>3</w:t>
            </w:r>
          </w:p>
        </w:tc>
        <w:tc>
          <w:tcPr>
            <w:tcW w:w="3628" w:type="dxa"/>
            <w:tcMar>
              <w:top w:w="60" w:type="dxa"/>
              <w:left w:w="70" w:type="dxa"/>
              <w:bottom w:w="60" w:type="dxa"/>
              <w:right w:w="70" w:type="dxa"/>
            </w:tcMar>
            <w:vAlign w:val="center"/>
          </w:tcPr>
          <w:p w14:paraId="5C5233A4"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58940A4C"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425BD8C8"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58983BF5" w14:textId="77777777" w:rsidR="0054505D" w:rsidRDefault="0054505D" w:rsidP="000D1EF9">
            <w:pPr>
              <w:spacing w:after="0"/>
            </w:pPr>
            <w:r>
              <w:rPr>
                <w:sz w:val="15"/>
              </w:rPr>
              <w:t xml:space="preserve"> </w:t>
            </w:r>
          </w:p>
        </w:tc>
      </w:tr>
      <w:tr w:rsidR="0054505D" w14:paraId="520A6FBE" w14:textId="77777777" w:rsidTr="000D1EF9">
        <w:trPr>
          <w:cantSplit/>
          <w:trHeight w:val="351"/>
          <w:jc w:val="center"/>
        </w:trPr>
        <w:tc>
          <w:tcPr>
            <w:tcW w:w="454" w:type="dxa"/>
            <w:tcMar>
              <w:top w:w="60" w:type="dxa"/>
              <w:left w:w="70" w:type="dxa"/>
              <w:bottom w:w="60" w:type="dxa"/>
              <w:right w:w="70" w:type="dxa"/>
            </w:tcMar>
            <w:vAlign w:val="center"/>
          </w:tcPr>
          <w:p w14:paraId="52CB8ECD" w14:textId="77777777" w:rsidR="0054505D" w:rsidRDefault="0054505D" w:rsidP="000D1EF9">
            <w:pPr>
              <w:spacing w:after="0"/>
              <w:jc w:val="center"/>
            </w:pPr>
            <w:r>
              <w:rPr>
                <w:sz w:val="15"/>
              </w:rPr>
              <w:t>4</w:t>
            </w:r>
          </w:p>
        </w:tc>
        <w:tc>
          <w:tcPr>
            <w:tcW w:w="3628" w:type="dxa"/>
            <w:tcMar>
              <w:top w:w="60" w:type="dxa"/>
              <w:left w:w="70" w:type="dxa"/>
              <w:bottom w:w="60" w:type="dxa"/>
              <w:right w:w="70" w:type="dxa"/>
            </w:tcMar>
            <w:vAlign w:val="center"/>
          </w:tcPr>
          <w:p w14:paraId="663220BE"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2C1F03CC"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3CE17CBB"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317AE0AF" w14:textId="77777777" w:rsidR="0054505D" w:rsidRDefault="0054505D" w:rsidP="000D1EF9">
            <w:pPr>
              <w:spacing w:after="0"/>
            </w:pPr>
            <w:r>
              <w:rPr>
                <w:sz w:val="15"/>
              </w:rPr>
              <w:t xml:space="preserve"> </w:t>
            </w:r>
          </w:p>
        </w:tc>
      </w:tr>
      <w:tr w:rsidR="0054505D" w14:paraId="0BB7A608" w14:textId="77777777" w:rsidTr="000D1EF9">
        <w:trPr>
          <w:cantSplit/>
          <w:trHeight w:val="351"/>
          <w:jc w:val="center"/>
        </w:trPr>
        <w:tc>
          <w:tcPr>
            <w:tcW w:w="454" w:type="dxa"/>
            <w:tcMar>
              <w:top w:w="60" w:type="dxa"/>
              <w:left w:w="70" w:type="dxa"/>
              <w:bottom w:w="60" w:type="dxa"/>
              <w:right w:w="70" w:type="dxa"/>
            </w:tcMar>
            <w:vAlign w:val="center"/>
          </w:tcPr>
          <w:p w14:paraId="756DA184" w14:textId="77777777" w:rsidR="0054505D" w:rsidRDefault="0054505D" w:rsidP="000D1EF9">
            <w:pPr>
              <w:spacing w:after="0"/>
              <w:jc w:val="center"/>
            </w:pPr>
            <w:r>
              <w:rPr>
                <w:sz w:val="15"/>
              </w:rPr>
              <w:t>5</w:t>
            </w:r>
          </w:p>
        </w:tc>
        <w:tc>
          <w:tcPr>
            <w:tcW w:w="3628" w:type="dxa"/>
            <w:tcMar>
              <w:top w:w="60" w:type="dxa"/>
              <w:left w:w="70" w:type="dxa"/>
              <w:bottom w:w="60" w:type="dxa"/>
              <w:right w:w="70" w:type="dxa"/>
            </w:tcMar>
            <w:vAlign w:val="center"/>
          </w:tcPr>
          <w:p w14:paraId="09DA2876"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114EF2BD"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1CC2F529"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7E43D7B8" w14:textId="77777777" w:rsidR="0054505D" w:rsidRDefault="0054505D" w:rsidP="000D1EF9">
            <w:pPr>
              <w:spacing w:after="0"/>
            </w:pPr>
            <w:r>
              <w:rPr>
                <w:sz w:val="15"/>
              </w:rPr>
              <w:t xml:space="preserve"> </w:t>
            </w:r>
          </w:p>
        </w:tc>
      </w:tr>
      <w:tr w:rsidR="0054505D" w14:paraId="18BC76E5" w14:textId="77777777" w:rsidTr="000D1EF9">
        <w:trPr>
          <w:cantSplit/>
          <w:trHeight w:val="351"/>
          <w:jc w:val="center"/>
        </w:trPr>
        <w:tc>
          <w:tcPr>
            <w:tcW w:w="454" w:type="dxa"/>
            <w:tcMar>
              <w:top w:w="60" w:type="dxa"/>
              <w:left w:w="70" w:type="dxa"/>
              <w:bottom w:w="60" w:type="dxa"/>
              <w:right w:w="70" w:type="dxa"/>
            </w:tcMar>
            <w:vAlign w:val="center"/>
          </w:tcPr>
          <w:p w14:paraId="1F6941DF" w14:textId="77777777" w:rsidR="0054505D" w:rsidRDefault="0054505D" w:rsidP="000D1EF9">
            <w:pPr>
              <w:spacing w:after="0"/>
              <w:jc w:val="center"/>
            </w:pPr>
            <w:r>
              <w:rPr>
                <w:sz w:val="15"/>
              </w:rPr>
              <w:t>6</w:t>
            </w:r>
          </w:p>
        </w:tc>
        <w:tc>
          <w:tcPr>
            <w:tcW w:w="3628" w:type="dxa"/>
            <w:tcMar>
              <w:top w:w="60" w:type="dxa"/>
              <w:left w:w="70" w:type="dxa"/>
              <w:bottom w:w="60" w:type="dxa"/>
              <w:right w:w="70" w:type="dxa"/>
            </w:tcMar>
            <w:vAlign w:val="center"/>
          </w:tcPr>
          <w:p w14:paraId="2410CDFF"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33BB7C24"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3A963603"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2FA2EF20" w14:textId="77777777" w:rsidR="0054505D" w:rsidRDefault="0054505D" w:rsidP="000D1EF9">
            <w:pPr>
              <w:spacing w:after="0"/>
            </w:pPr>
            <w:r>
              <w:rPr>
                <w:sz w:val="15"/>
              </w:rPr>
              <w:t xml:space="preserve"> </w:t>
            </w:r>
          </w:p>
        </w:tc>
      </w:tr>
      <w:tr w:rsidR="0054505D" w14:paraId="093AB8A0" w14:textId="77777777" w:rsidTr="000D1EF9">
        <w:trPr>
          <w:cantSplit/>
          <w:trHeight w:val="351"/>
          <w:jc w:val="center"/>
        </w:trPr>
        <w:tc>
          <w:tcPr>
            <w:tcW w:w="454" w:type="dxa"/>
            <w:tcMar>
              <w:top w:w="60" w:type="dxa"/>
              <w:left w:w="70" w:type="dxa"/>
              <w:bottom w:w="60" w:type="dxa"/>
              <w:right w:w="70" w:type="dxa"/>
            </w:tcMar>
            <w:vAlign w:val="center"/>
          </w:tcPr>
          <w:p w14:paraId="1129E19F" w14:textId="77777777" w:rsidR="0054505D" w:rsidRDefault="0054505D" w:rsidP="000D1EF9">
            <w:pPr>
              <w:spacing w:after="0"/>
              <w:jc w:val="center"/>
            </w:pPr>
            <w:r>
              <w:rPr>
                <w:sz w:val="15"/>
              </w:rPr>
              <w:t>7</w:t>
            </w:r>
          </w:p>
        </w:tc>
        <w:tc>
          <w:tcPr>
            <w:tcW w:w="3628" w:type="dxa"/>
            <w:tcMar>
              <w:top w:w="60" w:type="dxa"/>
              <w:left w:w="70" w:type="dxa"/>
              <w:bottom w:w="60" w:type="dxa"/>
              <w:right w:w="70" w:type="dxa"/>
            </w:tcMar>
            <w:vAlign w:val="center"/>
          </w:tcPr>
          <w:p w14:paraId="0EC14D9B"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28CAF9AB"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0DD8DE1B"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53CD6223" w14:textId="77777777" w:rsidR="0054505D" w:rsidRDefault="0054505D" w:rsidP="000D1EF9">
            <w:pPr>
              <w:spacing w:after="0"/>
            </w:pPr>
            <w:r>
              <w:rPr>
                <w:sz w:val="15"/>
              </w:rPr>
              <w:t xml:space="preserve"> </w:t>
            </w:r>
          </w:p>
        </w:tc>
      </w:tr>
      <w:tr w:rsidR="0054505D" w14:paraId="20F8A4A0" w14:textId="77777777" w:rsidTr="000D1EF9">
        <w:trPr>
          <w:cantSplit/>
          <w:trHeight w:val="351"/>
          <w:jc w:val="center"/>
        </w:trPr>
        <w:tc>
          <w:tcPr>
            <w:tcW w:w="454" w:type="dxa"/>
            <w:tcMar>
              <w:top w:w="60" w:type="dxa"/>
              <w:left w:w="70" w:type="dxa"/>
              <w:bottom w:w="60" w:type="dxa"/>
              <w:right w:w="70" w:type="dxa"/>
            </w:tcMar>
            <w:vAlign w:val="center"/>
          </w:tcPr>
          <w:p w14:paraId="2CC998C9" w14:textId="77777777" w:rsidR="0054505D" w:rsidRDefault="0054505D" w:rsidP="000D1EF9">
            <w:pPr>
              <w:spacing w:after="0"/>
              <w:jc w:val="center"/>
            </w:pPr>
            <w:r>
              <w:rPr>
                <w:sz w:val="15"/>
              </w:rPr>
              <w:t>8</w:t>
            </w:r>
          </w:p>
        </w:tc>
        <w:tc>
          <w:tcPr>
            <w:tcW w:w="3628" w:type="dxa"/>
            <w:tcMar>
              <w:top w:w="60" w:type="dxa"/>
              <w:left w:w="70" w:type="dxa"/>
              <w:bottom w:w="60" w:type="dxa"/>
              <w:right w:w="70" w:type="dxa"/>
            </w:tcMar>
            <w:vAlign w:val="center"/>
          </w:tcPr>
          <w:p w14:paraId="4CF71582"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3E0108CC"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48BB5B84"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56B2B5E3" w14:textId="77777777" w:rsidR="0054505D" w:rsidRDefault="0054505D" w:rsidP="000D1EF9">
            <w:pPr>
              <w:spacing w:after="0"/>
            </w:pPr>
            <w:r>
              <w:rPr>
                <w:sz w:val="15"/>
              </w:rPr>
              <w:t xml:space="preserve"> </w:t>
            </w:r>
          </w:p>
        </w:tc>
      </w:tr>
      <w:tr w:rsidR="0054505D" w14:paraId="73D141D4" w14:textId="77777777" w:rsidTr="000D1EF9">
        <w:trPr>
          <w:cantSplit/>
          <w:trHeight w:val="351"/>
          <w:jc w:val="center"/>
        </w:trPr>
        <w:tc>
          <w:tcPr>
            <w:tcW w:w="454" w:type="dxa"/>
            <w:tcMar>
              <w:top w:w="60" w:type="dxa"/>
              <w:left w:w="70" w:type="dxa"/>
              <w:bottom w:w="60" w:type="dxa"/>
              <w:right w:w="70" w:type="dxa"/>
            </w:tcMar>
            <w:vAlign w:val="center"/>
          </w:tcPr>
          <w:p w14:paraId="7DD05BD2" w14:textId="77777777" w:rsidR="0054505D" w:rsidRDefault="0054505D" w:rsidP="000D1EF9">
            <w:pPr>
              <w:spacing w:after="0"/>
              <w:jc w:val="center"/>
            </w:pPr>
            <w:r>
              <w:rPr>
                <w:sz w:val="15"/>
              </w:rPr>
              <w:t>9</w:t>
            </w:r>
          </w:p>
        </w:tc>
        <w:tc>
          <w:tcPr>
            <w:tcW w:w="3628" w:type="dxa"/>
            <w:tcMar>
              <w:top w:w="60" w:type="dxa"/>
              <w:left w:w="70" w:type="dxa"/>
              <w:bottom w:w="60" w:type="dxa"/>
              <w:right w:w="70" w:type="dxa"/>
            </w:tcMar>
            <w:vAlign w:val="center"/>
          </w:tcPr>
          <w:p w14:paraId="3D5F955B"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16F18686"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4AC27A93"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21E54693" w14:textId="77777777" w:rsidR="0054505D" w:rsidRDefault="0054505D" w:rsidP="000D1EF9">
            <w:pPr>
              <w:spacing w:after="0"/>
            </w:pPr>
            <w:r>
              <w:rPr>
                <w:sz w:val="15"/>
              </w:rPr>
              <w:t xml:space="preserve"> </w:t>
            </w:r>
          </w:p>
        </w:tc>
      </w:tr>
      <w:tr w:rsidR="0054505D" w14:paraId="15FAA106" w14:textId="77777777" w:rsidTr="000D1EF9">
        <w:trPr>
          <w:cantSplit/>
          <w:trHeight w:val="351"/>
          <w:jc w:val="center"/>
        </w:trPr>
        <w:tc>
          <w:tcPr>
            <w:tcW w:w="454" w:type="dxa"/>
            <w:tcMar>
              <w:top w:w="60" w:type="dxa"/>
              <w:left w:w="70" w:type="dxa"/>
              <w:bottom w:w="60" w:type="dxa"/>
              <w:right w:w="70" w:type="dxa"/>
            </w:tcMar>
            <w:vAlign w:val="center"/>
          </w:tcPr>
          <w:p w14:paraId="3DD74658" w14:textId="77777777" w:rsidR="0054505D" w:rsidRDefault="0054505D" w:rsidP="000D1EF9">
            <w:pPr>
              <w:spacing w:after="0"/>
              <w:jc w:val="center"/>
            </w:pPr>
            <w:r>
              <w:rPr>
                <w:sz w:val="15"/>
              </w:rPr>
              <w:t>10</w:t>
            </w:r>
          </w:p>
        </w:tc>
        <w:tc>
          <w:tcPr>
            <w:tcW w:w="3628" w:type="dxa"/>
            <w:tcMar>
              <w:top w:w="60" w:type="dxa"/>
              <w:left w:w="70" w:type="dxa"/>
              <w:bottom w:w="60" w:type="dxa"/>
              <w:right w:w="70" w:type="dxa"/>
            </w:tcMar>
            <w:vAlign w:val="center"/>
          </w:tcPr>
          <w:p w14:paraId="06B28034"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08ED0364"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07A7C529"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4A43615A" w14:textId="77777777" w:rsidR="0054505D" w:rsidRDefault="0054505D" w:rsidP="000D1EF9">
            <w:pPr>
              <w:spacing w:after="0"/>
            </w:pPr>
            <w:r>
              <w:rPr>
                <w:sz w:val="15"/>
              </w:rPr>
              <w:t xml:space="preserve"> </w:t>
            </w:r>
          </w:p>
        </w:tc>
      </w:tr>
      <w:tr w:rsidR="0054505D" w14:paraId="45EEDC6D" w14:textId="77777777" w:rsidTr="000D1EF9">
        <w:trPr>
          <w:cantSplit/>
          <w:trHeight w:val="351"/>
          <w:jc w:val="center"/>
        </w:trPr>
        <w:tc>
          <w:tcPr>
            <w:tcW w:w="454" w:type="dxa"/>
            <w:tcMar>
              <w:top w:w="60" w:type="dxa"/>
              <w:left w:w="70" w:type="dxa"/>
              <w:bottom w:w="60" w:type="dxa"/>
              <w:right w:w="70" w:type="dxa"/>
            </w:tcMar>
            <w:vAlign w:val="center"/>
          </w:tcPr>
          <w:p w14:paraId="4B00292A" w14:textId="77777777" w:rsidR="0054505D" w:rsidRDefault="0054505D" w:rsidP="000D1EF9">
            <w:pPr>
              <w:spacing w:after="0"/>
              <w:jc w:val="center"/>
            </w:pPr>
            <w:r>
              <w:rPr>
                <w:sz w:val="15"/>
              </w:rPr>
              <w:t>11</w:t>
            </w:r>
          </w:p>
        </w:tc>
        <w:tc>
          <w:tcPr>
            <w:tcW w:w="3628" w:type="dxa"/>
            <w:tcMar>
              <w:top w:w="60" w:type="dxa"/>
              <w:left w:w="70" w:type="dxa"/>
              <w:bottom w:w="60" w:type="dxa"/>
              <w:right w:w="70" w:type="dxa"/>
            </w:tcMar>
            <w:vAlign w:val="center"/>
          </w:tcPr>
          <w:p w14:paraId="6037FCC2"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5EE889C6"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19FA4EF8"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32B431FF" w14:textId="77777777" w:rsidR="0054505D" w:rsidRDefault="0054505D" w:rsidP="000D1EF9">
            <w:pPr>
              <w:spacing w:after="0"/>
            </w:pPr>
            <w:r>
              <w:rPr>
                <w:sz w:val="15"/>
              </w:rPr>
              <w:t xml:space="preserve"> </w:t>
            </w:r>
          </w:p>
        </w:tc>
      </w:tr>
      <w:tr w:rsidR="0054505D" w14:paraId="24A59734" w14:textId="77777777" w:rsidTr="000D1EF9">
        <w:trPr>
          <w:cantSplit/>
          <w:trHeight w:val="351"/>
          <w:jc w:val="center"/>
        </w:trPr>
        <w:tc>
          <w:tcPr>
            <w:tcW w:w="454" w:type="dxa"/>
            <w:tcMar>
              <w:top w:w="60" w:type="dxa"/>
              <w:left w:w="70" w:type="dxa"/>
              <w:bottom w:w="60" w:type="dxa"/>
              <w:right w:w="70" w:type="dxa"/>
            </w:tcMar>
            <w:vAlign w:val="center"/>
          </w:tcPr>
          <w:p w14:paraId="778B24CD" w14:textId="77777777" w:rsidR="0054505D" w:rsidRDefault="0054505D" w:rsidP="000D1EF9">
            <w:pPr>
              <w:spacing w:after="0"/>
              <w:jc w:val="center"/>
            </w:pPr>
            <w:r>
              <w:rPr>
                <w:sz w:val="15"/>
              </w:rPr>
              <w:t>12</w:t>
            </w:r>
          </w:p>
        </w:tc>
        <w:tc>
          <w:tcPr>
            <w:tcW w:w="3628" w:type="dxa"/>
            <w:tcMar>
              <w:top w:w="60" w:type="dxa"/>
              <w:left w:w="70" w:type="dxa"/>
              <w:bottom w:w="60" w:type="dxa"/>
              <w:right w:w="70" w:type="dxa"/>
            </w:tcMar>
            <w:vAlign w:val="center"/>
          </w:tcPr>
          <w:p w14:paraId="300FB932"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66407C38"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52EA4E01"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01BF5828" w14:textId="77777777" w:rsidR="0054505D" w:rsidRDefault="0054505D" w:rsidP="000D1EF9">
            <w:pPr>
              <w:spacing w:after="0"/>
            </w:pPr>
            <w:r>
              <w:rPr>
                <w:sz w:val="15"/>
              </w:rPr>
              <w:t xml:space="preserve"> </w:t>
            </w:r>
          </w:p>
        </w:tc>
      </w:tr>
      <w:tr w:rsidR="0054505D" w14:paraId="0E027229" w14:textId="77777777" w:rsidTr="000D1EF9">
        <w:trPr>
          <w:cantSplit/>
          <w:trHeight w:val="351"/>
          <w:jc w:val="center"/>
        </w:trPr>
        <w:tc>
          <w:tcPr>
            <w:tcW w:w="454" w:type="dxa"/>
            <w:tcMar>
              <w:top w:w="60" w:type="dxa"/>
              <w:left w:w="70" w:type="dxa"/>
              <w:bottom w:w="60" w:type="dxa"/>
              <w:right w:w="70" w:type="dxa"/>
            </w:tcMar>
            <w:vAlign w:val="center"/>
          </w:tcPr>
          <w:p w14:paraId="7FA660DC" w14:textId="77777777" w:rsidR="0054505D" w:rsidRDefault="0054505D" w:rsidP="000D1EF9">
            <w:pPr>
              <w:spacing w:after="0"/>
              <w:jc w:val="center"/>
            </w:pPr>
            <w:r>
              <w:rPr>
                <w:sz w:val="15"/>
              </w:rPr>
              <w:t>13</w:t>
            </w:r>
          </w:p>
        </w:tc>
        <w:tc>
          <w:tcPr>
            <w:tcW w:w="3628" w:type="dxa"/>
            <w:tcMar>
              <w:top w:w="60" w:type="dxa"/>
              <w:left w:w="70" w:type="dxa"/>
              <w:bottom w:w="60" w:type="dxa"/>
              <w:right w:w="70" w:type="dxa"/>
            </w:tcMar>
            <w:vAlign w:val="center"/>
          </w:tcPr>
          <w:p w14:paraId="2CDEC6E4"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7980F31D"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62FB9B04"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6976CF7A" w14:textId="77777777" w:rsidR="0054505D" w:rsidRDefault="0054505D" w:rsidP="000D1EF9">
            <w:pPr>
              <w:spacing w:after="0"/>
            </w:pPr>
            <w:r>
              <w:rPr>
                <w:sz w:val="15"/>
              </w:rPr>
              <w:t xml:space="preserve"> </w:t>
            </w:r>
          </w:p>
        </w:tc>
      </w:tr>
      <w:tr w:rsidR="0054505D" w14:paraId="69EA2506" w14:textId="77777777" w:rsidTr="000D1EF9">
        <w:trPr>
          <w:cantSplit/>
          <w:trHeight w:val="351"/>
          <w:jc w:val="center"/>
        </w:trPr>
        <w:tc>
          <w:tcPr>
            <w:tcW w:w="454" w:type="dxa"/>
            <w:tcMar>
              <w:top w:w="60" w:type="dxa"/>
              <w:left w:w="70" w:type="dxa"/>
              <w:bottom w:w="60" w:type="dxa"/>
              <w:right w:w="70" w:type="dxa"/>
            </w:tcMar>
            <w:vAlign w:val="center"/>
          </w:tcPr>
          <w:p w14:paraId="0EE24585" w14:textId="77777777" w:rsidR="0054505D" w:rsidRDefault="0054505D" w:rsidP="000D1EF9">
            <w:pPr>
              <w:spacing w:after="0"/>
              <w:jc w:val="center"/>
            </w:pPr>
            <w:r>
              <w:rPr>
                <w:sz w:val="15"/>
              </w:rPr>
              <w:t>14</w:t>
            </w:r>
          </w:p>
        </w:tc>
        <w:tc>
          <w:tcPr>
            <w:tcW w:w="3628" w:type="dxa"/>
            <w:tcMar>
              <w:top w:w="60" w:type="dxa"/>
              <w:left w:w="70" w:type="dxa"/>
              <w:bottom w:w="60" w:type="dxa"/>
              <w:right w:w="70" w:type="dxa"/>
            </w:tcMar>
            <w:vAlign w:val="center"/>
          </w:tcPr>
          <w:p w14:paraId="1991C2C1"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07E92BE0"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1744E7F9"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49840CC1" w14:textId="77777777" w:rsidR="0054505D" w:rsidRDefault="0054505D" w:rsidP="000D1EF9">
            <w:pPr>
              <w:spacing w:after="0"/>
            </w:pPr>
            <w:r>
              <w:rPr>
                <w:sz w:val="15"/>
              </w:rPr>
              <w:t xml:space="preserve"> </w:t>
            </w:r>
          </w:p>
        </w:tc>
      </w:tr>
      <w:tr w:rsidR="0054505D" w14:paraId="095D5F7C" w14:textId="77777777" w:rsidTr="000D1EF9">
        <w:trPr>
          <w:cantSplit/>
          <w:trHeight w:val="351"/>
          <w:jc w:val="center"/>
        </w:trPr>
        <w:tc>
          <w:tcPr>
            <w:tcW w:w="454" w:type="dxa"/>
            <w:tcMar>
              <w:top w:w="60" w:type="dxa"/>
              <w:left w:w="70" w:type="dxa"/>
              <w:bottom w:w="60" w:type="dxa"/>
              <w:right w:w="70" w:type="dxa"/>
            </w:tcMar>
            <w:vAlign w:val="center"/>
          </w:tcPr>
          <w:p w14:paraId="569B3A02" w14:textId="77777777" w:rsidR="0054505D" w:rsidRDefault="0054505D" w:rsidP="000D1EF9">
            <w:pPr>
              <w:spacing w:after="0"/>
              <w:jc w:val="center"/>
            </w:pPr>
            <w:r>
              <w:rPr>
                <w:sz w:val="15"/>
              </w:rPr>
              <w:t>15</w:t>
            </w:r>
          </w:p>
        </w:tc>
        <w:tc>
          <w:tcPr>
            <w:tcW w:w="3628" w:type="dxa"/>
            <w:tcMar>
              <w:top w:w="60" w:type="dxa"/>
              <w:left w:w="70" w:type="dxa"/>
              <w:bottom w:w="60" w:type="dxa"/>
              <w:right w:w="70" w:type="dxa"/>
            </w:tcMar>
            <w:vAlign w:val="center"/>
          </w:tcPr>
          <w:p w14:paraId="1C0D4EF9"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459B5DAE"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7465B107"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7C454B0E" w14:textId="77777777" w:rsidR="0054505D" w:rsidRDefault="0054505D" w:rsidP="000D1EF9">
            <w:pPr>
              <w:spacing w:after="0"/>
            </w:pPr>
            <w:r>
              <w:rPr>
                <w:sz w:val="15"/>
              </w:rPr>
              <w:t xml:space="preserve"> </w:t>
            </w:r>
          </w:p>
        </w:tc>
      </w:tr>
      <w:tr w:rsidR="0054505D" w14:paraId="344D1948" w14:textId="77777777" w:rsidTr="000D1EF9">
        <w:trPr>
          <w:cantSplit/>
          <w:trHeight w:val="351"/>
          <w:jc w:val="center"/>
        </w:trPr>
        <w:tc>
          <w:tcPr>
            <w:tcW w:w="454" w:type="dxa"/>
            <w:tcMar>
              <w:top w:w="60" w:type="dxa"/>
              <w:left w:w="70" w:type="dxa"/>
              <w:bottom w:w="60" w:type="dxa"/>
              <w:right w:w="70" w:type="dxa"/>
            </w:tcMar>
            <w:vAlign w:val="center"/>
          </w:tcPr>
          <w:p w14:paraId="5E24D436" w14:textId="77777777" w:rsidR="0054505D" w:rsidRDefault="0054505D" w:rsidP="000D1EF9">
            <w:pPr>
              <w:spacing w:after="0"/>
              <w:jc w:val="center"/>
            </w:pPr>
            <w:r>
              <w:rPr>
                <w:sz w:val="15"/>
              </w:rPr>
              <w:t>16</w:t>
            </w:r>
          </w:p>
        </w:tc>
        <w:tc>
          <w:tcPr>
            <w:tcW w:w="3628" w:type="dxa"/>
            <w:tcMar>
              <w:top w:w="60" w:type="dxa"/>
              <w:left w:w="70" w:type="dxa"/>
              <w:bottom w:w="60" w:type="dxa"/>
              <w:right w:w="70" w:type="dxa"/>
            </w:tcMar>
            <w:vAlign w:val="center"/>
          </w:tcPr>
          <w:p w14:paraId="45EE165A"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59DC4267"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71EC3CBC"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0EE2F7E7" w14:textId="77777777" w:rsidR="0054505D" w:rsidRDefault="0054505D" w:rsidP="000D1EF9">
            <w:pPr>
              <w:spacing w:after="0"/>
            </w:pPr>
            <w:r>
              <w:rPr>
                <w:sz w:val="15"/>
              </w:rPr>
              <w:t xml:space="preserve"> </w:t>
            </w:r>
          </w:p>
        </w:tc>
      </w:tr>
      <w:tr w:rsidR="0054505D" w14:paraId="7FD568AC" w14:textId="77777777" w:rsidTr="000D1EF9">
        <w:trPr>
          <w:cantSplit/>
          <w:trHeight w:val="351"/>
          <w:jc w:val="center"/>
        </w:trPr>
        <w:tc>
          <w:tcPr>
            <w:tcW w:w="454" w:type="dxa"/>
            <w:tcMar>
              <w:top w:w="60" w:type="dxa"/>
              <w:left w:w="70" w:type="dxa"/>
              <w:bottom w:w="60" w:type="dxa"/>
              <w:right w:w="70" w:type="dxa"/>
            </w:tcMar>
            <w:vAlign w:val="center"/>
          </w:tcPr>
          <w:p w14:paraId="0CCFBA1F" w14:textId="77777777" w:rsidR="0054505D" w:rsidRDefault="0054505D" w:rsidP="000D1EF9">
            <w:pPr>
              <w:spacing w:after="0"/>
              <w:jc w:val="center"/>
            </w:pPr>
            <w:r>
              <w:rPr>
                <w:sz w:val="15"/>
              </w:rPr>
              <w:t>17</w:t>
            </w:r>
          </w:p>
        </w:tc>
        <w:tc>
          <w:tcPr>
            <w:tcW w:w="3628" w:type="dxa"/>
            <w:tcMar>
              <w:top w:w="60" w:type="dxa"/>
              <w:left w:w="70" w:type="dxa"/>
              <w:bottom w:w="60" w:type="dxa"/>
              <w:right w:w="70" w:type="dxa"/>
            </w:tcMar>
            <w:vAlign w:val="center"/>
          </w:tcPr>
          <w:p w14:paraId="1823FE5F"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37E24473"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7E68C39E"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14258E6B" w14:textId="77777777" w:rsidR="0054505D" w:rsidRDefault="0054505D" w:rsidP="000D1EF9">
            <w:pPr>
              <w:spacing w:after="0"/>
            </w:pPr>
            <w:r>
              <w:rPr>
                <w:sz w:val="15"/>
              </w:rPr>
              <w:t xml:space="preserve"> </w:t>
            </w:r>
          </w:p>
        </w:tc>
      </w:tr>
      <w:tr w:rsidR="0054505D" w14:paraId="74F510F6" w14:textId="77777777" w:rsidTr="000D1EF9">
        <w:trPr>
          <w:cantSplit/>
          <w:trHeight w:val="351"/>
          <w:jc w:val="center"/>
        </w:trPr>
        <w:tc>
          <w:tcPr>
            <w:tcW w:w="454" w:type="dxa"/>
            <w:tcMar>
              <w:top w:w="60" w:type="dxa"/>
              <w:left w:w="70" w:type="dxa"/>
              <w:bottom w:w="60" w:type="dxa"/>
              <w:right w:w="70" w:type="dxa"/>
            </w:tcMar>
            <w:vAlign w:val="center"/>
          </w:tcPr>
          <w:p w14:paraId="391D8B77" w14:textId="77777777" w:rsidR="0054505D" w:rsidRDefault="0054505D" w:rsidP="000D1EF9">
            <w:pPr>
              <w:spacing w:after="0"/>
              <w:jc w:val="center"/>
            </w:pPr>
            <w:r>
              <w:rPr>
                <w:sz w:val="15"/>
              </w:rPr>
              <w:t>18</w:t>
            </w:r>
          </w:p>
        </w:tc>
        <w:tc>
          <w:tcPr>
            <w:tcW w:w="3628" w:type="dxa"/>
            <w:tcMar>
              <w:top w:w="60" w:type="dxa"/>
              <w:left w:w="70" w:type="dxa"/>
              <w:bottom w:w="60" w:type="dxa"/>
              <w:right w:w="70" w:type="dxa"/>
            </w:tcMar>
            <w:vAlign w:val="center"/>
          </w:tcPr>
          <w:p w14:paraId="3D7C2D2C"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5FDDBBC3"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58790C51"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36DA6F85" w14:textId="77777777" w:rsidR="0054505D" w:rsidRDefault="0054505D" w:rsidP="000D1EF9">
            <w:pPr>
              <w:spacing w:after="0"/>
            </w:pPr>
            <w:r>
              <w:rPr>
                <w:sz w:val="15"/>
              </w:rPr>
              <w:t xml:space="preserve"> </w:t>
            </w:r>
          </w:p>
        </w:tc>
      </w:tr>
      <w:tr w:rsidR="0054505D" w14:paraId="59E16A6C" w14:textId="77777777" w:rsidTr="000D1EF9">
        <w:trPr>
          <w:cantSplit/>
          <w:trHeight w:val="351"/>
          <w:jc w:val="center"/>
        </w:trPr>
        <w:tc>
          <w:tcPr>
            <w:tcW w:w="454" w:type="dxa"/>
            <w:tcMar>
              <w:top w:w="60" w:type="dxa"/>
              <w:left w:w="70" w:type="dxa"/>
              <w:bottom w:w="60" w:type="dxa"/>
              <w:right w:w="70" w:type="dxa"/>
            </w:tcMar>
            <w:vAlign w:val="center"/>
          </w:tcPr>
          <w:p w14:paraId="7898B0CA" w14:textId="77777777" w:rsidR="0054505D" w:rsidRDefault="0054505D" w:rsidP="000D1EF9">
            <w:pPr>
              <w:spacing w:after="0"/>
              <w:jc w:val="center"/>
            </w:pPr>
            <w:r>
              <w:rPr>
                <w:sz w:val="15"/>
              </w:rPr>
              <w:t>19</w:t>
            </w:r>
          </w:p>
        </w:tc>
        <w:tc>
          <w:tcPr>
            <w:tcW w:w="3628" w:type="dxa"/>
            <w:tcMar>
              <w:top w:w="60" w:type="dxa"/>
              <w:left w:w="70" w:type="dxa"/>
              <w:bottom w:w="60" w:type="dxa"/>
              <w:right w:w="70" w:type="dxa"/>
            </w:tcMar>
            <w:vAlign w:val="center"/>
          </w:tcPr>
          <w:p w14:paraId="14C32627"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1D9B67E2"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6DED080A"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395A57A7" w14:textId="77777777" w:rsidR="0054505D" w:rsidRDefault="0054505D" w:rsidP="000D1EF9">
            <w:pPr>
              <w:spacing w:after="0"/>
            </w:pPr>
            <w:r>
              <w:rPr>
                <w:sz w:val="15"/>
              </w:rPr>
              <w:t xml:space="preserve"> </w:t>
            </w:r>
          </w:p>
        </w:tc>
      </w:tr>
      <w:tr w:rsidR="0054505D" w14:paraId="4B4094B9" w14:textId="77777777" w:rsidTr="000D1EF9">
        <w:trPr>
          <w:cantSplit/>
          <w:trHeight w:val="351"/>
          <w:jc w:val="center"/>
        </w:trPr>
        <w:tc>
          <w:tcPr>
            <w:tcW w:w="454" w:type="dxa"/>
            <w:tcMar>
              <w:top w:w="60" w:type="dxa"/>
              <w:left w:w="70" w:type="dxa"/>
              <w:bottom w:w="60" w:type="dxa"/>
              <w:right w:w="70" w:type="dxa"/>
            </w:tcMar>
            <w:vAlign w:val="center"/>
          </w:tcPr>
          <w:p w14:paraId="37BC9963" w14:textId="77777777" w:rsidR="0054505D" w:rsidRDefault="0054505D" w:rsidP="000D1EF9">
            <w:pPr>
              <w:spacing w:after="0"/>
              <w:jc w:val="center"/>
            </w:pPr>
            <w:r>
              <w:rPr>
                <w:sz w:val="15"/>
              </w:rPr>
              <w:t>20</w:t>
            </w:r>
          </w:p>
        </w:tc>
        <w:tc>
          <w:tcPr>
            <w:tcW w:w="3628" w:type="dxa"/>
            <w:tcMar>
              <w:top w:w="60" w:type="dxa"/>
              <w:left w:w="70" w:type="dxa"/>
              <w:bottom w:w="60" w:type="dxa"/>
              <w:right w:w="70" w:type="dxa"/>
            </w:tcMar>
            <w:vAlign w:val="center"/>
          </w:tcPr>
          <w:p w14:paraId="595530DF"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3440C6E9"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341BA1B3"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23172DB1" w14:textId="77777777" w:rsidR="0054505D" w:rsidRDefault="0054505D" w:rsidP="000D1EF9">
            <w:pPr>
              <w:spacing w:after="0"/>
            </w:pPr>
            <w:r>
              <w:rPr>
                <w:sz w:val="15"/>
              </w:rPr>
              <w:t xml:space="preserve"> </w:t>
            </w:r>
          </w:p>
        </w:tc>
      </w:tr>
      <w:tr w:rsidR="0054505D" w14:paraId="51E191B2" w14:textId="77777777" w:rsidTr="000D1EF9">
        <w:trPr>
          <w:cantSplit/>
          <w:trHeight w:val="351"/>
          <w:jc w:val="center"/>
        </w:trPr>
        <w:tc>
          <w:tcPr>
            <w:tcW w:w="454" w:type="dxa"/>
            <w:tcMar>
              <w:top w:w="60" w:type="dxa"/>
              <w:left w:w="70" w:type="dxa"/>
              <w:bottom w:w="60" w:type="dxa"/>
              <w:right w:w="70" w:type="dxa"/>
            </w:tcMar>
            <w:vAlign w:val="center"/>
          </w:tcPr>
          <w:p w14:paraId="07966A9B" w14:textId="77777777" w:rsidR="0054505D" w:rsidRDefault="0054505D" w:rsidP="000D1EF9">
            <w:pPr>
              <w:spacing w:after="0"/>
              <w:jc w:val="center"/>
            </w:pPr>
            <w:r>
              <w:rPr>
                <w:sz w:val="15"/>
              </w:rPr>
              <w:t>21</w:t>
            </w:r>
          </w:p>
        </w:tc>
        <w:tc>
          <w:tcPr>
            <w:tcW w:w="3628" w:type="dxa"/>
            <w:tcMar>
              <w:top w:w="60" w:type="dxa"/>
              <w:left w:w="70" w:type="dxa"/>
              <w:bottom w:w="60" w:type="dxa"/>
              <w:right w:w="70" w:type="dxa"/>
            </w:tcMar>
            <w:vAlign w:val="center"/>
          </w:tcPr>
          <w:p w14:paraId="30847747"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64E0B6C2"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1BD013C2"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1892C6CE" w14:textId="77777777" w:rsidR="0054505D" w:rsidRDefault="0054505D" w:rsidP="000D1EF9">
            <w:pPr>
              <w:spacing w:after="0"/>
            </w:pPr>
            <w:r>
              <w:rPr>
                <w:sz w:val="15"/>
              </w:rPr>
              <w:t xml:space="preserve"> </w:t>
            </w:r>
          </w:p>
        </w:tc>
      </w:tr>
      <w:tr w:rsidR="0054505D" w14:paraId="5777B3E4" w14:textId="77777777" w:rsidTr="000D1EF9">
        <w:trPr>
          <w:cantSplit/>
          <w:trHeight w:val="351"/>
          <w:jc w:val="center"/>
        </w:trPr>
        <w:tc>
          <w:tcPr>
            <w:tcW w:w="454" w:type="dxa"/>
            <w:tcMar>
              <w:top w:w="60" w:type="dxa"/>
              <w:left w:w="70" w:type="dxa"/>
              <w:bottom w:w="60" w:type="dxa"/>
              <w:right w:w="70" w:type="dxa"/>
            </w:tcMar>
            <w:vAlign w:val="center"/>
          </w:tcPr>
          <w:p w14:paraId="559F30BB" w14:textId="77777777" w:rsidR="0054505D" w:rsidRDefault="0054505D" w:rsidP="000D1EF9">
            <w:pPr>
              <w:spacing w:after="0"/>
              <w:jc w:val="center"/>
            </w:pPr>
            <w:r>
              <w:rPr>
                <w:sz w:val="15"/>
              </w:rPr>
              <w:t>22</w:t>
            </w:r>
          </w:p>
        </w:tc>
        <w:tc>
          <w:tcPr>
            <w:tcW w:w="3628" w:type="dxa"/>
            <w:tcMar>
              <w:top w:w="60" w:type="dxa"/>
              <w:left w:w="70" w:type="dxa"/>
              <w:bottom w:w="60" w:type="dxa"/>
              <w:right w:w="70" w:type="dxa"/>
            </w:tcMar>
            <w:vAlign w:val="center"/>
          </w:tcPr>
          <w:p w14:paraId="571D5252"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1AEBEC35"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67D16D9D"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6867215C" w14:textId="77777777" w:rsidR="0054505D" w:rsidRDefault="0054505D" w:rsidP="000D1EF9">
            <w:pPr>
              <w:spacing w:after="0"/>
            </w:pPr>
            <w:r>
              <w:rPr>
                <w:sz w:val="15"/>
              </w:rPr>
              <w:t xml:space="preserve"> </w:t>
            </w:r>
          </w:p>
        </w:tc>
      </w:tr>
      <w:tr w:rsidR="0054505D" w14:paraId="06C3C743" w14:textId="77777777" w:rsidTr="000D1EF9">
        <w:trPr>
          <w:cantSplit/>
          <w:trHeight w:val="351"/>
          <w:jc w:val="center"/>
        </w:trPr>
        <w:tc>
          <w:tcPr>
            <w:tcW w:w="454" w:type="dxa"/>
            <w:tcMar>
              <w:top w:w="60" w:type="dxa"/>
              <w:left w:w="70" w:type="dxa"/>
              <w:bottom w:w="60" w:type="dxa"/>
              <w:right w:w="70" w:type="dxa"/>
            </w:tcMar>
            <w:vAlign w:val="center"/>
          </w:tcPr>
          <w:p w14:paraId="263D1A21" w14:textId="77777777" w:rsidR="0054505D" w:rsidRDefault="0054505D" w:rsidP="000D1EF9">
            <w:pPr>
              <w:spacing w:after="0"/>
              <w:jc w:val="center"/>
            </w:pPr>
            <w:r>
              <w:rPr>
                <w:sz w:val="15"/>
              </w:rPr>
              <w:t>23</w:t>
            </w:r>
          </w:p>
        </w:tc>
        <w:tc>
          <w:tcPr>
            <w:tcW w:w="3628" w:type="dxa"/>
            <w:tcMar>
              <w:top w:w="60" w:type="dxa"/>
              <w:left w:w="70" w:type="dxa"/>
              <w:bottom w:w="60" w:type="dxa"/>
              <w:right w:w="70" w:type="dxa"/>
            </w:tcMar>
            <w:vAlign w:val="center"/>
          </w:tcPr>
          <w:p w14:paraId="112037D6"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1C0ACA09"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64F58512"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39FF0085" w14:textId="77777777" w:rsidR="0054505D" w:rsidRDefault="0054505D" w:rsidP="000D1EF9">
            <w:pPr>
              <w:spacing w:after="0"/>
            </w:pPr>
            <w:r>
              <w:rPr>
                <w:sz w:val="15"/>
              </w:rPr>
              <w:t xml:space="preserve"> </w:t>
            </w:r>
          </w:p>
        </w:tc>
      </w:tr>
      <w:tr w:rsidR="0054505D" w14:paraId="7F61124B" w14:textId="77777777" w:rsidTr="000D1EF9">
        <w:trPr>
          <w:cantSplit/>
          <w:trHeight w:val="351"/>
          <w:jc w:val="center"/>
        </w:trPr>
        <w:tc>
          <w:tcPr>
            <w:tcW w:w="454" w:type="dxa"/>
            <w:tcMar>
              <w:top w:w="60" w:type="dxa"/>
              <w:left w:w="70" w:type="dxa"/>
              <w:bottom w:w="60" w:type="dxa"/>
              <w:right w:w="70" w:type="dxa"/>
            </w:tcMar>
            <w:vAlign w:val="center"/>
          </w:tcPr>
          <w:p w14:paraId="1FBFF9C2" w14:textId="77777777" w:rsidR="0054505D" w:rsidRDefault="0054505D" w:rsidP="000D1EF9">
            <w:pPr>
              <w:spacing w:after="0"/>
              <w:jc w:val="center"/>
            </w:pPr>
            <w:r>
              <w:rPr>
                <w:sz w:val="15"/>
              </w:rPr>
              <w:lastRenderedPageBreak/>
              <w:t>24</w:t>
            </w:r>
          </w:p>
        </w:tc>
        <w:tc>
          <w:tcPr>
            <w:tcW w:w="3628" w:type="dxa"/>
            <w:tcMar>
              <w:top w:w="60" w:type="dxa"/>
              <w:left w:w="70" w:type="dxa"/>
              <w:bottom w:w="60" w:type="dxa"/>
              <w:right w:w="70" w:type="dxa"/>
            </w:tcMar>
            <w:vAlign w:val="center"/>
          </w:tcPr>
          <w:p w14:paraId="22DD4598"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1DC3A1F3"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7528B6EC"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35FE7F29" w14:textId="77777777" w:rsidR="0054505D" w:rsidRDefault="0054505D" w:rsidP="000D1EF9">
            <w:pPr>
              <w:spacing w:after="0"/>
            </w:pPr>
            <w:r>
              <w:rPr>
                <w:sz w:val="15"/>
              </w:rPr>
              <w:t xml:space="preserve"> </w:t>
            </w:r>
          </w:p>
        </w:tc>
      </w:tr>
      <w:tr w:rsidR="0054505D" w14:paraId="53B173C9" w14:textId="77777777" w:rsidTr="000D1EF9">
        <w:trPr>
          <w:cantSplit/>
          <w:trHeight w:val="351"/>
          <w:jc w:val="center"/>
        </w:trPr>
        <w:tc>
          <w:tcPr>
            <w:tcW w:w="454" w:type="dxa"/>
            <w:tcMar>
              <w:top w:w="60" w:type="dxa"/>
              <w:left w:w="70" w:type="dxa"/>
              <w:bottom w:w="60" w:type="dxa"/>
              <w:right w:w="70" w:type="dxa"/>
            </w:tcMar>
            <w:vAlign w:val="center"/>
          </w:tcPr>
          <w:p w14:paraId="4A07D59C" w14:textId="77777777" w:rsidR="0054505D" w:rsidRDefault="0054505D" w:rsidP="000D1EF9">
            <w:pPr>
              <w:spacing w:after="0"/>
              <w:jc w:val="center"/>
            </w:pPr>
            <w:r>
              <w:rPr>
                <w:sz w:val="15"/>
              </w:rPr>
              <w:t>25</w:t>
            </w:r>
          </w:p>
        </w:tc>
        <w:tc>
          <w:tcPr>
            <w:tcW w:w="3628" w:type="dxa"/>
            <w:tcMar>
              <w:top w:w="60" w:type="dxa"/>
              <w:left w:w="70" w:type="dxa"/>
              <w:bottom w:w="60" w:type="dxa"/>
              <w:right w:w="70" w:type="dxa"/>
            </w:tcMar>
            <w:vAlign w:val="center"/>
          </w:tcPr>
          <w:p w14:paraId="299AA002"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2BF93A81"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13462F2C"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068C6954" w14:textId="77777777" w:rsidR="0054505D" w:rsidRDefault="0054505D" w:rsidP="000D1EF9">
            <w:pPr>
              <w:spacing w:after="0"/>
            </w:pPr>
            <w:r>
              <w:rPr>
                <w:sz w:val="15"/>
              </w:rPr>
              <w:t xml:space="preserve"> </w:t>
            </w:r>
          </w:p>
        </w:tc>
      </w:tr>
      <w:tr w:rsidR="0054505D" w14:paraId="597B48EF" w14:textId="77777777" w:rsidTr="000D1EF9">
        <w:trPr>
          <w:cantSplit/>
          <w:trHeight w:val="351"/>
          <w:jc w:val="center"/>
        </w:trPr>
        <w:tc>
          <w:tcPr>
            <w:tcW w:w="454" w:type="dxa"/>
            <w:tcMar>
              <w:top w:w="60" w:type="dxa"/>
              <w:left w:w="70" w:type="dxa"/>
              <w:bottom w:w="60" w:type="dxa"/>
              <w:right w:w="70" w:type="dxa"/>
            </w:tcMar>
            <w:vAlign w:val="center"/>
          </w:tcPr>
          <w:p w14:paraId="59B3CFAB" w14:textId="77777777" w:rsidR="0054505D" w:rsidRDefault="0054505D" w:rsidP="000D1EF9">
            <w:pPr>
              <w:spacing w:after="0"/>
              <w:jc w:val="center"/>
            </w:pPr>
            <w:r>
              <w:rPr>
                <w:sz w:val="15"/>
              </w:rPr>
              <w:t>26</w:t>
            </w:r>
          </w:p>
        </w:tc>
        <w:tc>
          <w:tcPr>
            <w:tcW w:w="3628" w:type="dxa"/>
            <w:tcMar>
              <w:top w:w="60" w:type="dxa"/>
              <w:left w:w="70" w:type="dxa"/>
              <w:bottom w:w="60" w:type="dxa"/>
              <w:right w:w="70" w:type="dxa"/>
            </w:tcMar>
            <w:vAlign w:val="center"/>
          </w:tcPr>
          <w:p w14:paraId="6232B14E"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4DC8E38A"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2ECDF5AF"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2E56F82B" w14:textId="77777777" w:rsidR="0054505D" w:rsidRDefault="0054505D" w:rsidP="000D1EF9">
            <w:pPr>
              <w:spacing w:after="0"/>
            </w:pPr>
            <w:r>
              <w:rPr>
                <w:sz w:val="15"/>
              </w:rPr>
              <w:t xml:space="preserve"> </w:t>
            </w:r>
          </w:p>
        </w:tc>
      </w:tr>
      <w:tr w:rsidR="0054505D" w14:paraId="2B4EC7F7" w14:textId="77777777" w:rsidTr="000D1EF9">
        <w:trPr>
          <w:cantSplit/>
          <w:trHeight w:val="351"/>
          <w:jc w:val="center"/>
        </w:trPr>
        <w:tc>
          <w:tcPr>
            <w:tcW w:w="454" w:type="dxa"/>
            <w:tcMar>
              <w:top w:w="60" w:type="dxa"/>
              <w:left w:w="70" w:type="dxa"/>
              <w:bottom w:w="60" w:type="dxa"/>
              <w:right w:w="70" w:type="dxa"/>
            </w:tcMar>
            <w:vAlign w:val="center"/>
          </w:tcPr>
          <w:p w14:paraId="69A9E551" w14:textId="77777777" w:rsidR="0054505D" w:rsidRDefault="0054505D" w:rsidP="000D1EF9">
            <w:pPr>
              <w:spacing w:after="0"/>
              <w:jc w:val="center"/>
            </w:pPr>
            <w:r>
              <w:rPr>
                <w:sz w:val="15"/>
              </w:rPr>
              <w:t>27</w:t>
            </w:r>
          </w:p>
        </w:tc>
        <w:tc>
          <w:tcPr>
            <w:tcW w:w="3628" w:type="dxa"/>
            <w:tcMar>
              <w:top w:w="60" w:type="dxa"/>
              <w:left w:w="70" w:type="dxa"/>
              <w:bottom w:w="60" w:type="dxa"/>
              <w:right w:w="70" w:type="dxa"/>
            </w:tcMar>
            <w:vAlign w:val="center"/>
          </w:tcPr>
          <w:p w14:paraId="35CF553A"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6E05751F"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626B2B68"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446D2C71" w14:textId="77777777" w:rsidR="0054505D" w:rsidRDefault="0054505D" w:rsidP="000D1EF9">
            <w:pPr>
              <w:spacing w:after="0"/>
            </w:pPr>
            <w:r>
              <w:rPr>
                <w:sz w:val="15"/>
              </w:rPr>
              <w:t xml:space="preserve"> </w:t>
            </w:r>
          </w:p>
        </w:tc>
      </w:tr>
      <w:tr w:rsidR="0054505D" w14:paraId="18FC150F" w14:textId="77777777" w:rsidTr="000D1EF9">
        <w:trPr>
          <w:cantSplit/>
          <w:trHeight w:val="351"/>
          <w:jc w:val="center"/>
        </w:trPr>
        <w:tc>
          <w:tcPr>
            <w:tcW w:w="454" w:type="dxa"/>
            <w:tcMar>
              <w:top w:w="60" w:type="dxa"/>
              <w:left w:w="70" w:type="dxa"/>
              <w:bottom w:w="60" w:type="dxa"/>
              <w:right w:w="70" w:type="dxa"/>
            </w:tcMar>
            <w:vAlign w:val="center"/>
          </w:tcPr>
          <w:p w14:paraId="085A0B34" w14:textId="77777777" w:rsidR="0054505D" w:rsidRDefault="0054505D" w:rsidP="000D1EF9">
            <w:pPr>
              <w:spacing w:after="0"/>
              <w:jc w:val="center"/>
            </w:pPr>
            <w:r>
              <w:rPr>
                <w:sz w:val="15"/>
              </w:rPr>
              <w:t>28</w:t>
            </w:r>
          </w:p>
        </w:tc>
        <w:tc>
          <w:tcPr>
            <w:tcW w:w="3628" w:type="dxa"/>
            <w:tcMar>
              <w:top w:w="60" w:type="dxa"/>
              <w:left w:w="70" w:type="dxa"/>
              <w:bottom w:w="60" w:type="dxa"/>
              <w:right w:w="70" w:type="dxa"/>
            </w:tcMar>
            <w:vAlign w:val="center"/>
          </w:tcPr>
          <w:p w14:paraId="016C6D69"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37AE0C5E"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2B1D46F8"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1D386EB7" w14:textId="77777777" w:rsidR="0054505D" w:rsidRDefault="0054505D" w:rsidP="000D1EF9">
            <w:pPr>
              <w:spacing w:after="0"/>
            </w:pPr>
            <w:r>
              <w:rPr>
                <w:sz w:val="15"/>
              </w:rPr>
              <w:t xml:space="preserve"> </w:t>
            </w:r>
          </w:p>
        </w:tc>
      </w:tr>
      <w:tr w:rsidR="0054505D" w14:paraId="4D983B51" w14:textId="77777777" w:rsidTr="000D1EF9">
        <w:trPr>
          <w:cantSplit/>
          <w:trHeight w:val="351"/>
          <w:jc w:val="center"/>
        </w:trPr>
        <w:tc>
          <w:tcPr>
            <w:tcW w:w="454" w:type="dxa"/>
            <w:tcMar>
              <w:top w:w="60" w:type="dxa"/>
              <w:left w:w="70" w:type="dxa"/>
              <w:bottom w:w="60" w:type="dxa"/>
              <w:right w:w="70" w:type="dxa"/>
            </w:tcMar>
            <w:vAlign w:val="center"/>
          </w:tcPr>
          <w:p w14:paraId="19C0AB3B" w14:textId="77777777" w:rsidR="0054505D" w:rsidRDefault="0054505D" w:rsidP="000D1EF9">
            <w:pPr>
              <w:spacing w:after="0"/>
              <w:jc w:val="center"/>
            </w:pPr>
            <w:r>
              <w:rPr>
                <w:sz w:val="15"/>
              </w:rPr>
              <w:t>29</w:t>
            </w:r>
          </w:p>
        </w:tc>
        <w:tc>
          <w:tcPr>
            <w:tcW w:w="3628" w:type="dxa"/>
            <w:tcMar>
              <w:top w:w="60" w:type="dxa"/>
              <w:left w:w="70" w:type="dxa"/>
              <w:bottom w:w="60" w:type="dxa"/>
              <w:right w:w="70" w:type="dxa"/>
            </w:tcMar>
            <w:vAlign w:val="center"/>
          </w:tcPr>
          <w:p w14:paraId="0F75B48D"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319C4EF4"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548DB64A"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5B9711F1" w14:textId="77777777" w:rsidR="0054505D" w:rsidRDefault="0054505D" w:rsidP="000D1EF9">
            <w:pPr>
              <w:spacing w:after="0"/>
            </w:pPr>
            <w:r>
              <w:rPr>
                <w:sz w:val="15"/>
              </w:rPr>
              <w:t xml:space="preserve"> </w:t>
            </w:r>
          </w:p>
        </w:tc>
      </w:tr>
      <w:tr w:rsidR="0054505D" w14:paraId="14018547" w14:textId="77777777" w:rsidTr="000D1EF9">
        <w:trPr>
          <w:cantSplit/>
          <w:trHeight w:val="351"/>
          <w:jc w:val="center"/>
        </w:trPr>
        <w:tc>
          <w:tcPr>
            <w:tcW w:w="454" w:type="dxa"/>
            <w:tcMar>
              <w:top w:w="60" w:type="dxa"/>
              <w:left w:w="70" w:type="dxa"/>
              <w:bottom w:w="60" w:type="dxa"/>
              <w:right w:w="70" w:type="dxa"/>
            </w:tcMar>
            <w:vAlign w:val="center"/>
          </w:tcPr>
          <w:p w14:paraId="64287A6D" w14:textId="77777777" w:rsidR="0054505D" w:rsidRDefault="0054505D" w:rsidP="000D1EF9">
            <w:pPr>
              <w:spacing w:after="0"/>
              <w:jc w:val="center"/>
            </w:pPr>
            <w:r>
              <w:rPr>
                <w:sz w:val="15"/>
              </w:rPr>
              <w:t>30</w:t>
            </w:r>
          </w:p>
        </w:tc>
        <w:tc>
          <w:tcPr>
            <w:tcW w:w="3628" w:type="dxa"/>
            <w:tcMar>
              <w:top w:w="60" w:type="dxa"/>
              <w:left w:w="70" w:type="dxa"/>
              <w:bottom w:w="60" w:type="dxa"/>
              <w:right w:w="70" w:type="dxa"/>
            </w:tcMar>
            <w:vAlign w:val="center"/>
          </w:tcPr>
          <w:p w14:paraId="7FED85EE"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5637EF99"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3AEFAF40"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18230EF5" w14:textId="77777777" w:rsidR="0054505D" w:rsidRDefault="0054505D" w:rsidP="000D1EF9">
            <w:pPr>
              <w:spacing w:after="0"/>
            </w:pPr>
            <w:r>
              <w:rPr>
                <w:sz w:val="15"/>
              </w:rPr>
              <w:t xml:space="preserve"> </w:t>
            </w:r>
          </w:p>
        </w:tc>
      </w:tr>
      <w:tr w:rsidR="0054505D" w14:paraId="61738E24" w14:textId="77777777" w:rsidTr="000D1EF9">
        <w:trPr>
          <w:cantSplit/>
          <w:trHeight w:val="351"/>
          <w:jc w:val="center"/>
        </w:trPr>
        <w:tc>
          <w:tcPr>
            <w:tcW w:w="454" w:type="dxa"/>
            <w:tcMar>
              <w:top w:w="60" w:type="dxa"/>
              <w:left w:w="70" w:type="dxa"/>
              <w:bottom w:w="60" w:type="dxa"/>
              <w:right w:w="70" w:type="dxa"/>
            </w:tcMar>
            <w:vAlign w:val="center"/>
          </w:tcPr>
          <w:p w14:paraId="1962B815" w14:textId="77777777" w:rsidR="0054505D" w:rsidRDefault="0054505D" w:rsidP="000D1EF9">
            <w:pPr>
              <w:spacing w:after="0"/>
              <w:jc w:val="center"/>
            </w:pPr>
            <w:r>
              <w:rPr>
                <w:sz w:val="15"/>
              </w:rPr>
              <w:t>31</w:t>
            </w:r>
          </w:p>
        </w:tc>
        <w:tc>
          <w:tcPr>
            <w:tcW w:w="3628" w:type="dxa"/>
            <w:tcMar>
              <w:top w:w="60" w:type="dxa"/>
              <w:left w:w="70" w:type="dxa"/>
              <w:bottom w:w="60" w:type="dxa"/>
              <w:right w:w="70" w:type="dxa"/>
            </w:tcMar>
            <w:vAlign w:val="center"/>
          </w:tcPr>
          <w:p w14:paraId="7B3CB572"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6309E2FA"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0D5587BC"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2544F4E4" w14:textId="77777777" w:rsidR="0054505D" w:rsidRDefault="0054505D" w:rsidP="000D1EF9">
            <w:pPr>
              <w:spacing w:after="0"/>
            </w:pPr>
            <w:r>
              <w:rPr>
                <w:sz w:val="15"/>
              </w:rPr>
              <w:t xml:space="preserve"> </w:t>
            </w:r>
          </w:p>
        </w:tc>
      </w:tr>
      <w:tr w:rsidR="0054505D" w14:paraId="5B4EBA44" w14:textId="77777777" w:rsidTr="000D1EF9">
        <w:trPr>
          <w:cantSplit/>
          <w:trHeight w:val="351"/>
          <w:jc w:val="center"/>
        </w:trPr>
        <w:tc>
          <w:tcPr>
            <w:tcW w:w="454" w:type="dxa"/>
            <w:tcMar>
              <w:top w:w="60" w:type="dxa"/>
              <w:left w:w="70" w:type="dxa"/>
              <w:bottom w:w="60" w:type="dxa"/>
              <w:right w:w="70" w:type="dxa"/>
            </w:tcMar>
            <w:vAlign w:val="center"/>
          </w:tcPr>
          <w:p w14:paraId="2920E793" w14:textId="77777777" w:rsidR="0054505D" w:rsidRDefault="0054505D" w:rsidP="000D1EF9">
            <w:pPr>
              <w:spacing w:after="0"/>
              <w:jc w:val="center"/>
            </w:pPr>
            <w:r>
              <w:rPr>
                <w:sz w:val="15"/>
              </w:rPr>
              <w:t>32</w:t>
            </w:r>
          </w:p>
        </w:tc>
        <w:tc>
          <w:tcPr>
            <w:tcW w:w="3628" w:type="dxa"/>
            <w:tcMar>
              <w:top w:w="60" w:type="dxa"/>
              <w:left w:w="70" w:type="dxa"/>
              <w:bottom w:w="60" w:type="dxa"/>
              <w:right w:w="70" w:type="dxa"/>
            </w:tcMar>
            <w:vAlign w:val="center"/>
          </w:tcPr>
          <w:p w14:paraId="6E60CCD7"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129F372A"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0113FEAF"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771E2A6E" w14:textId="77777777" w:rsidR="0054505D" w:rsidRDefault="0054505D" w:rsidP="000D1EF9">
            <w:pPr>
              <w:spacing w:after="0"/>
            </w:pPr>
            <w:r>
              <w:rPr>
                <w:sz w:val="15"/>
              </w:rPr>
              <w:t xml:space="preserve"> </w:t>
            </w:r>
          </w:p>
        </w:tc>
      </w:tr>
      <w:tr w:rsidR="0054505D" w14:paraId="080518E5" w14:textId="77777777" w:rsidTr="000D1EF9">
        <w:trPr>
          <w:cantSplit/>
          <w:trHeight w:val="351"/>
          <w:jc w:val="center"/>
        </w:trPr>
        <w:tc>
          <w:tcPr>
            <w:tcW w:w="454" w:type="dxa"/>
            <w:tcMar>
              <w:top w:w="60" w:type="dxa"/>
              <w:left w:w="70" w:type="dxa"/>
              <w:bottom w:w="60" w:type="dxa"/>
              <w:right w:w="70" w:type="dxa"/>
            </w:tcMar>
            <w:vAlign w:val="center"/>
          </w:tcPr>
          <w:p w14:paraId="764CB51E" w14:textId="77777777" w:rsidR="0054505D" w:rsidRDefault="0054505D" w:rsidP="000D1EF9">
            <w:pPr>
              <w:spacing w:after="0"/>
              <w:jc w:val="center"/>
            </w:pPr>
            <w:r>
              <w:rPr>
                <w:sz w:val="15"/>
              </w:rPr>
              <w:t>33</w:t>
            </w:r>
          </w:p>
        </w:tc>
        <w:tc>
          <w:tcPr>
            <w:tcW w:w="3628" w:type="dxa"/>
            <w:tcMar>
              <w:top w:w="60" w:type="dxa"/>
              <w:left w:w="70" w:type="dxa"/>
              <w:bottom w:w="60" w:type="dxa"/>
              <w:right w:w="70" w:type="dxa"/>
            </w:tcMar>
            <w:vAlign w:val="center"/>
          </w:tcPr>
          <w:p w14:paraId="77CD27BF"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147AC127"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4450A4E6"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64D2DA14" w14:textId="77777777" w:rsidR="0054505D" w:rsidRDefault="0054505D" w:rsidP="000D1EF9">
            <w:pPr>
              <w:spacing w:after="0"/>
            </w:pPr>
            <w:r>
              <w:rPr>
                <w:sz w:val="15"/>
              </w:rPr>
              <w:t xml:space="preserve"> </w:t>
            </w:r>
          </w:p>
        </w:tc>
      </w:tr>
      <w:tr w:rsidR="0054505D" w14:paraId="4D482A4D" w14:textId="77777777" w:rsidTr="000D1EF9">
        <w:trPr>
          <w:cantSplit/>
          <w:trHeight w:val="351"/>
          <w:jc w:val="center"/>
        </w:trPr>
        <w:tc>
          <w:tcPr>
            <w:tcW w:w="454" w:type="dxa"/>
            <w:tcMar>
              <w:top w:w="60" w:type="dxa"/>
              <w:left w:w="70" w:type="dxa"/>
              <w:bottom w:w="60" w:type="dxa"/>
              <w:right w:w="70" w:type="dxa"/>
            </w:tcMar>
            <w:vAlign w:val="center"/>
          </w:tcPr>
          <w:p w14:paraId="4698C4AF" w14:textId="77777777" w:rsidR="0054505D" w:rsidRDefault="0054505D" w:rsidP="000D1EF9">
            <w:pPr>
              <w:spacing w:after="0"/>
              <w:jc w:val="center"/>
            </w:pPr>
            <w:r>
              <w:rPr>
                <w:sz w:val="15"/>
              </w:rPr>
              <w:t>34</w:t>
            </w:r>
          </w:p>
        </w:tc>
        <w:tc>
          <w:tcPr>
            <w:tcW w:w="3628" w:type="dxa"/>
            <w:tcMar>
              <w:top w:w="60" w:type="dxa"/>
              <w:left w:w="70" w:type="dxa"/>
              <w:bottom w:w="60" w:type="dxa"/>
              <w:right w:w="70" w:type="dxa"/>
            </w:tcMar>
            <w:vAlign w:val="center"/>
          </w:tcPr>
          <w:p w14:paraId="6DBE4FF4"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390E3070"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706508A2"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6F0927C9" w14:textId="77777777" w:rsidR="0054505D" w:rsidRDefault="0054505D" w:rsidP="000D1EF9">
            <w:pPr>
              <w:spacing w:after="0"/>
            </w:pPr>
            <w:r>
              <w:rPr>
                <w:sz w:val="15"/>
              </w:rPr>
              <w:t xml:space="preserve"> </w:t>
            </w:r>
          </w:p>
        </w:tc>
      </w:tr>
      <w:tr w:rsidR="0054505D" w14:paraId="67AC18EB" w14:textId="77777777" w:rsidTr="000D1EF9">
        <w:trPr>
          <w:cantSplit/>
          <w:trHeight w:val="351"/>
          <w:jc w:val="center"/>
        </w:trPr>
        <w:tc>
          <w:tcPr>
            <w:tcW w:w="454" w:type="dxa"/>
            <w:tcMar>
              <w:top w:w="60" w:type="dxa"/>
              <w:left w:w="70" w:type="dxa"/>
              <w:bottom w:w="60" w:type="dxa"/>
              <w:right w:w="70" w:type="dxa"/>
            </w:tcMar>
            <w:vAlign w:val="center"/>
          </w:tcPr>
          <w:p w14:paraId="648BB58B" w14:textId="77777777" w:rsidR="0054505D" w:rsidRDefault="0054505D" w:rsidP="000D1EF9">
            <w:pPr>
              <w:spacing w:after="0"/>
              <w:jc w:val="center"/>
            </w:pPr>
            <w:r>
              <w:rPr>
                <w:sz w:val="15"/>
              </w:rPr>
              <w:t>35</w:t>
            </w:r>
          </w:p>
        </w:tc>
        <w:tc>
          <w:tcPr>
            <w:tcW w:w="3628" w:type="dxa"/>
            <w:tcMar>
              <w:top w:w="60" w:type="dxa"/>
              <w:left w:w="70" w:type="dxa"/>
              <w:bottom w:w="60" w:type="dxa"/>
              <w:right w:w="70" w:type="dxa"/>
            </w:tcMar>
            <w:vAlign w:val="center"/>
          </w:tcPr>
          <w:p w14:paraId="5EC09313"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1CD72A3A"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057BC33F"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77FE08FF" w14:textId="77777777" w:rsidR="0054505D" w:rsidRDefault="0054505D" w:rsidP="000D1EF9">
            <w:pPr>
              <w:spacing w:after="0"/>
            </w:pPr>
            <w:r>
              <w:rPr>
                <w:sz w:val="15"/>
              </w:rPr>
              <w:t xml:space="preserve"> </w:t>
            </w:r>
          </w:p>
        </w:tc>
      </w:tr>
      <w:tr w:rsidR="0054505D" w14:paraId="7142D8ED" w14:textId="77777777" w:rsidTr="000D1EF9">
        <w:trPr>
          <w:cantSplit/>
          <w:trHeight w:val="351"/>
          <w:jc w:val="center"/>
        </w:trPr>
        <w:tc>
          <w:tcPr>
            <w:tcW w:w="454" w:type="dxa"/>
            <w:tcMar>
              <w:top w:w="60" w:type="dxa"/>
              <w:left w:w="70" w:type="dxa"/>
              <w:bottom w:w="60" w:type="dxa"/>
              <w:right w:w="70" w:type="dxa"/>
            </w:tcMar>
            <w:vAlign w:val="center"/>
          </w:tcPr>
          <w:p w14:paraId="5044D9FE" w14:textId="77777777" w:rsidR="0054505D" w:rsidRDefault="0054505D" w:rsidP="000D1EF9">
            <w:pPr>
              <w:spacing w:after="0"/>
              <w:jc w:val="center"/>
            </w:pPr>
            <w:r>
              <w:rPr>
                <w:sz w:val="15"/>
              </w:rPr>
              <w:t>36</w:t>
            </w:r>
          </w:p>
        </w:tc>
        <w:tc>
          <w:tcPr>
            <w:tcW w:w="3628" w:type="dxa"/>
            <w:tcMar>
              <w:top w:w="60" w:type="dxa"/>
              <w:left w:w="70" w:type="dxa"/>
              <w:bottom w:w="60" w:type="dxa"/>
              <w:right w:w="70" w:type="dxa"/>
            </w:tcMar>
            <w:vAlign w:val="center"/>
          </w:tcPr>
          <w:p w14:paraId="7C6BD151"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4F4A0DC8"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66FF8726"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73F0A04E" w14:textId="77777777" w:rsidR="0054505D" w:rsidRDefault="0054505D" w:rsidP="000D1EF9">
            <w:pPr>
              <w:spacing w:after="0"/>
            </w:pPr>
            <w:r>
              <w:rPr>
                <w:sz w:val="15"/>
              </w:rPr>
              <w:t xml:space="preserve"> </w:t>
            </w:r>
          </w:p>
        </w:tc>
      </w:tr>
      <w:tr w:rsidR="0054505D" w14:paraId="7C99912A" w14:textId="77777777" w:rsidTr="000D1EF9">
        <w:trPr>
          <w:cantSplit/>
          <w:trHeight w:val="351"/>
          <w:jc w:val="center"/>
        </w:trPr>
        <w:tc>
          <w:tcPr>
            <w:tcW w:w="454" w:type="dxa"/>
            <w:tcMar>
              <w:top w:w="60" w:type="dxa"/>
              <w:left w:w="70" w:type="dxa"/>
              <w:bottom w:w="60" w:type="dxa"/>
              <w:right w:w="70" w:type="dxa"/>
            </w:tcMar>
            <w:vAlign w:val="center"/>
          </w:tcPr>
          <w:p w14:paraId="2C890166" w14:textId="77777777" w:rsidR="0054505D" w:rsidRDefault="0054505D" w:rsidP="000D1EF9">
            <w:pPr>
              <w:spacing w:after="0"/>
              <w:jc w:val="center"/>
            </w:pPr>
            <w:r>
              <w:rPr>
                <w:sz w:val="15"/>
              </w:rPr>
              <w:t>37</w:t>
            </w:r>
          </w:p>
        </w:tc>
        <w:tc>
          <w:tcPr>
            <w:tcW w:w="3628" w:type="dxa"/>
            <w:tcMar>
              <w:top w:w="60" w:type="dxa"/>
              <w:left w:w="70" w:type="dxa"/>
              <w:bottom w:w="60" w:type="dxa"/>
              <w:right w:w="70" w:type="dxa"/>
            </w:tcMar>
            <w:vAlign w:val="center"/>
          </w:tcPr>
          <w:p w14:paraId="1F075EED"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78D17EC3"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17F908C9"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47D2C9EE" w14:textId="77777777" w:rsidR="0054505D" w:rsidRDefault="0054505D" w:rsidP="000D1EF9">
            <w:pPr>
              <w:spacing w:after="0"/>
            </w:pPr>
            <w:r>
              <w:rPr>
                <w:sz w:val="15"/>
              </w:rPr>
              <w:t xml:space="preserve"> </w:t>
            </w:r>
          </w:p>
        </w:tc>
      </w:tr>
      <w:tr w:rsidR="0054505D" w14:paraId="4984A85A" w14:textId="77777777" w:rsidTr="000D1EF9">
        <w:trPr>
          <w:cantSplit/>
          <w:trHeight w:val="351"/>
          <w:jc w:val="center"/>
        </w:trPr>
        <w:tc>
          <w:tcPr>
            <w:tcW w:w="454" w:type="dxa"/>
            <w:tcMar>
              <w:top w:w="60" w:type="dxa"/>
              <w:left w:w="70" w:type="dxa"/>
              <w:bottom w:w="60" w:type="dxa"/>
              <w:right w:w="70" w:type="dxa"/>
            </w:tcMar>
            <w:vAlign w:val="center"/>
          </w:tcPr>
          <w:p w14:paraId="2A62F311" w14:textId="77777777" w:rsidR="0054505D" w:rsidRDefault="0054505D" w:rsidP="000D1EF9">
            <w:pPr>
              <w:spacing w:after="0"/>
              <w:jc w:val="center"/>
            </w:pPr>
            <w:r>
              <w:rPr>
                <w:sz w:val="15"/>
              </w:rPr>
              <w:t>38</w:t>
            </w:r>
          </w:p>
        </w:tc>
        <w:tc>
          <w:tcPr>
            <w:tcW w:w="3628" w:type="dxa"/>
            <w:tcMar>
              <w:top w:w="60" w:type="dxa"/>
              <w:left w:w="70" w:type="dxa"/>
              <w:bottom w:w="60" w:type="dxa"/>
              <w:right w:w="70" w:type="dxa"/>
            </w:tcMar>
            <w:vAlign w:val="center"/>
          </w:tcPr>
          <w:p w14:paraId="3113A1ED"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5937D744"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4E4A2132"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0CE85EAC" w14:textId="77777777" w:rsidR="0054505D" w:rsidRDefault="0054505D" w:rsidP="000D1EF9">
            <w:pPr>
              <w:spacing w:after="0"/>
            </w:pPr>
            <w:r>
              <w:rPr>
                <w:sz w:val="15"/>
              </w:rPr>
              <w:t xml:space="preserve"> </w:t>
            </w:r>
          </w:p>
        </w:tc>
      </w:tr>
      <w:tr w:rsidR="0054505D" w14:paraId="7FB5E1E9" w14:textId="77777777" w:rsidTr="000D1EF9">
        <w:trPr>
          <w:cantSplit/>
          <w:trHeight w:val="351"/>
          <w:jc w:val="center"/>
        </w:trPr>
        <w:tc>
          <w:tcPr>
            <w:tcW w:w="454" w:type="dxa"/>
            <w:tcMar>
              <w:top w:w="60" w:type="dxa"/>
              <w:left w:w="70" w:type="dxa"/>
              <w:bottom w:w="60" w:type="dxa"/>
              <w:right w:w="70" w:type="dxa"/>
            </w:tcMar>
            <w:vAlign w:val="center"/>
          </w:tcPr>
          <w:p w14:paraId="013B638F" w14:textId="77777777" w:rsidR="0054505D" w:rsidRDefault="0054505D" w:rsidP="000D1EF9">
            <w:pPr>
              <w:spacing w:after="0"/>
              <w:jc w:val="center"/>
            </w:pPr>
            <w:r>
              <w:rPr>
                <w:sz w:val="15"/>
              </w:rPr>
              <w:t>39</w:t>
            </w:r>
          </w:p>
        </w:tc>
        <w:tc>
          <w:tcPr>
            <w:tcW w:w="3628" w:type="dxa"/>
            <w:tcMar>
              <w:top w:w="60" w:type="dxa"/>
              <w:left w:w="70" w:type="dxa"/>
              <w:bottom w:w="60" w:type="dxa"/>
              <w:right w:w="70" w:type="dxa"/>
            </w:tcMar>
            <w:vAlign w:val="center"/>
          </w:tcPr>
          <w:p w14:paraId="5E6716C6"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33E1A21E"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72152553"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3045C57C" w14:textId="77777777" w:rsidR="0054505D" w:rsidRDefault="0054505D" w:rsidP="000D1EF9">
            <w:pPr>
              <w:spacing w:after="0"/>
            </w:pPr>
            <w:r>
              <w:rPr>
                <w:sz w:val="15"/>
              </w:rPr>
              <w:t xml:space="preserve"> </w:t>
            </w:r>
          </w:p>
        </w:tc>
      </w:tr>
      <w:tr w:rsidR="0054505D" w14:paraId="0C5087E9" w14:textId="77777777" w:rsidTr="000D1EF9">
        <w:trPr>
          <w:cantSplit/>
          <w:trHeight w:val="351"/>
          <w:jc w:val="center"/>
        </w:trPr>
        <w:tc>
          <w:tcPr>
            <w:tcW w:w="454" w:type="dxa"/>
            <w:tcMar>
              <w:top w:w="60" w:type="dxa"/>
              <w:left w:w="70" w:type="dxa"/>
              <w:bottom w:w="60" w:type="dxa"/>
              <w:right w:w="70" w:type="dxa"/>
            </w:tcMar>
            <w:vAlign w:val="center"/>
          </w:tcPr>
          <w:p w14:paraId="7FA8ACDD" w14:textId="77777777" w:rsidR="0054505D" w:rsidRDefault="0054505D" w:rsidP="000D1EF9">
            <w:pPr>
              <w:spacing w:after="0"/>
              <w:jc w:val="center"/>
            </w:pPr>
            <w:r>
              <w:rPr>
                <w:sz w:val="15"/>
              </w:rPr>
              <w:t>40</w:t>
            </w:r>
          </w:p>
        </w:tc>
        <w:tc>
          <w:tcPr>
            <w:tcW w:w="3628" w:type="dxa"/>
            <w:tcMar>
              <w:top w:w="60" w:type="dxa"/>
              <w:left w:w="70" w:type="dxa"/>
              <w:bottom w:w="60" w:type="dxa"/>
              <w:right w:w="70" w:type="dxa"/>
            </w:tcMar>
            <w:vAlign w:val="center"/>
          </w:tcPr>
          <w:p w14:paraId="04FC98D8"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69804200"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7870E84B"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1E8C6D79" w14:textId="77777777" w:rsidR="0054505D" w:rsidRDefault="0054505D" w:rsidP="000D1EF9">
            <w:pPr>
              <w:spacing w:after="0"/>
            </w:pPr>
            <w:r>
              <w:rPr>
                <w:sz w:val="15"/>
              </w:rPr>
              <w:t xml:space="preserve"> </w:t>
            </w:r>
          </w:p>
        </w:tc>
      </w:tr>
      <w:tr w:rsidR="0054505D" w14:paraId="04A2359B" w14:textId="77777777" w:rsidTr="000D1EF9">
        <w:trPr>
          <w:cantSplit/>
          <w:trHeight w:val="351"/>
          <w:jc w:val="center"/>
        </w:trPr>
        <w:tc>
          <w:tcPr>
            <w:tcW w:w="454" w:type="dxa"/>
            <w:tcMar>
              <w:top w:w="60" w:type="dxa"/>
              <w:left w:w="70" w:type="dxa"/>
              <w:bottom w:w="60" w:type="dxa"/>
              <w:right w:w="70" w:type="dxa"/>
            </w:tcMar>
            <w:vAlign w:val="center"/>
          </w:tcPr>
          <w:p w14:paraId="087ABE07" w14:textId="77777777" w:rsidR="0054505D" w:rsidRDefault="0054505D" w:rsidP="000D1EF9">
            <w:pPr>
              <w:spacing w:after="0"/>
              <w:jc w:val="center"/>
            </w:pPr>
            <w:r>
              <w:rPr>
                <w:sz w:val="15"/>
              </w:rPr>
              <w:t>41</w:t>
            </w:r>
          </w:p>
        </w:tc>
        <w:tc>
          <w:tcPr>
            <w:tcW w:w="3628" w:type="dxa"/>
            <w:tcMar>
              <w:top w:w="60" w:type="dxa"/>
              <w:left w:w="70" w:type="dxa"/>
              <w:bottom w:w="60" w:type="dxa"/>
              <w:right w:w="70" w:type="dxa"/>
            </w:tcMar>
            <w:vAlign w:val="center"/>
          </w:tcPr>
          <w:p w14:paraId="67D8D7D9"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04DDA0B6"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456B29C7"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3B2E91F5" w14:textId="77777777" w:rsidR="0054505D" w:rsidRDefault="0054505D" w:rsidP="000D1EF9">
            <w:pPr>
              <w:spacing w:after="0"/>
            </w:pPr>
            <w:r>
              <w:rPr>
                <w:sz w:val="15"/>
              </w:rPr>
              <w:t xml:space="preserve"> </w:t>
            </w:r>
          </w:p>
        </w:tc>
      </w:tr>
      <w:tr w:rsidR="0054505D" w14:paraId="50380159" w14:textId="77777777" w:rsidTr="000D1EF9">
        <w:trPr>
          <w:cantSplit/>
          <w:trHeight w:val="351"/>
          <w:jc w:val="center"/>
        </w:trPr>
        <w:tc>
          <w:tcPr>
            <w:tcW w:w="454" w:type="dxa"/>
            <w:tcMar>
              <w:top w:w="60" w:type="dxa"/>
              <w:left w:w="70" w:type="dxa"/>
              <w:bottom w:w="60" w:type="dxa"/>
              <w:right w:w="70" w:type="dxa"/>
            </w:tcMar>
            <w:vAlign w:val="center"/>
          </w:tcPr>
          <w:p w14:paraId="5DEF275D" w14:textId="77777777" w:rsidR="0054505D" w:rsidRDefault="0054505D" w:rsidP="000D1EF9">
            <w:pPr>
              <w:spacing w:after="0"/>
              <w:jc w:val="center"/>
            </w:pPr>
            <w:r>
              <w:rPr>
                <w:sz w:val="15"/>
              </w:rPr>
              <w:t>42</w:t>
            </w:r>
          </w:p>
        </w:tc>
        <w:tc>
          <w:tcPr>
            <w:tcW w:w="3628" w:type="dxa"/>
            <w:tcMar>
              <w:top w:w="60" w:type="dxa"/>
              <w:left w:w="70" w:type="dxa"/>
              <w:bottom w:w="60" w:type="dxa"/>
              <w:right w:w="70" w:type="dxa"/>
            </w:tcMar>
            <w:vAlign w:val="center"/>
          </w:tcPr>
          <w:p w14:paraId="3AC6137F"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5BE6BA83"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3D8E2974"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11D91645" w14:textId="77777777" w:rsidR="0054505D" w:rsidRDefault="0054505D" w:rsidP="000D1EF9">
            <w:pPr>
              <w:spacing w:after="0"/>
            </w:pPr>
            <w:r>
              <w:rPr>
                <w:sz w:val="15"/>
              </w:rPr>
              <w:t xml:space="preserve"> </w:t>
            </w:r>
          </w:p>
        </w:tc>
      </w:tr>
      <w:tr w:rsidR="0054505D" w14:paraId="14AE9EDE" w14:textId="77777777" w:rsidTr="000D1EF9">
        <w:trPr>
          <w:cantSplit/>
          <w:trHeight w:val="351"/>
          <w:jc w:val="center"/>
        </w:trPr>
        <w:tc>
          <w:tcPr>
            <w:tcW w:w="454" w:type="dxa"/>
            <w:tcMar>
              <w:top w:w="60" w:type="dxa"/>
              <w:left w:w="70" w:type="dxa"/>
              <w:bottom w:w="60" w:type="dxa"/>
              <w:right w:w="70" w:type="dxa"/>
            </w:tcMar>
            <w:vAlign w:val="center"/>
          </w:tcPr>
          <w:p w14:paraId="0F989A96" w14:textId="77777777" w:rsidR="0054505D" w:rsidRDefault="0054505D" w:rsidP="000D1EF9">
            <w:pPr>
              <w:spacing w:after="0"/>
              <w:jc w:val="center"/>
            </w:pPr>
            <w:r>
              <w:rPr>
                <w:sz w:val="15"/>
              </w:rPr>
              <w:t>43</w:t>
            </w:r>
          </w:p>
        </w:tc>
        <w:tc>
          <w:tcPr>
            <w:tcW w:w="3628" w:type="dxa"/>
            <w:tcMar>
              <w:top w:w="60" w:type="dxa"/>
              <w:left w:w="70" w:type="dxa"/>
              <w:bottom w:w="60" w:type="dxa"/>
              <w:right w:w="70" w:type="dxa"/>
            </w:tcMar>
            <w:vAlign w:val="center"/>
          </w:tcPr>
          <w:p w14:paraId="6C6F2B81"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7FE4EAD9"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0C1271C2"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3AA2DABF" w14:textId="77777777" w:rsidR="0054505D" w:rsidRDefault="0054505D" w:rsidP="000D1EF9">
            <w:pPr>
              <w:spacing w:after="0"/>
            </w:pPr>
            <w:r>
              <w:rPr>
                <w:sz w:val="15"/>
              </w:rPr>
              <w:t xml:space="preserve"> </w:t>
            </w:r>
          </w:p>
        </w:tc>
      </w:tr>
      <w:tr w:rsidR="0054505D" w14:paraId="74C3077F" w14:textId="77777777" w:rsidTr="000D1EF9">
        <w:trPr>
          <w:cantSplit/>
          <w:trHeight w:val="351"/>
          <w:jc w:val="center"/>
        </w:trPr>
        <w:tc>
          <w:tcPr>
            <w:tcW w:w="454" w:type="dxa"/>
            <w:tcMar>
              <w:top w:w="60" w:type="dxa"/>
              <w:left w:w="70" w:type="dxa"/>
              <w:bottom w:w="60" w:type="dxa"/>
              <w:right w:w="70" w:type="dxa"/>
            </w:tcMar>
            <w:vAlign w:val="center"/>
          </w:tcPr>
          <w:p w14:paraId="0A115716" w14:textId="77777777" w:rsidR="0054505D" w:rsidRDefault="0054505D" w:rsidP="000D1EF9">
            <w:pPr>
              <w:spacing w:after="0"/>
              <w:jc w:val="center"/>
            </w:pPr>
            <w:r>
              <w:rPr>
                <w:sz w:val="15"/>
              </w:rPr>
              <w:t>44</w:t>
            </w:r>
          </w:p>
        </w:tc>
        <w:tc>
          <w:tcPr>
            <w:tcW w:w="3628" w:type="dxa"/>
            <w:tcMar>
              <w:top w:w="60" w:type="dxa"/>
              <w:left w:w="70" w:type="dxa"/>
              <w:bottom w:w="60" w:type="dxa"/>
              <w:right w:w="70" w:type="dxa"/>
            </w:tcMar>
            <w:vAlign w:val="center"/>
          </w:tcPr>
          <w:p w14:paraId="56468F74"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6BFA3246"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78679F29"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3A51F223" w14:textId="77777777" w:rsidR="0054505D" w:rsidRDefault="0054505D" w:rsidP="000D1EF9">
            <w:pPr>
              <w:spacing w:after="0"/>
            </w:pPr>
            <w:r>
              <w:rPr>
                <w:sz w:val="15"/>
              </w:rPr>
              <w:t xml:space="preserve"> </w:t>
            </w:r>
          </w:p>
        </w:tc>
      </w:tr>
      <w:tr w:rsidR="0054505D" w14:paraId="3F5D8283" w14:textId="77777777" w:rsidTr="000D1EF9">
        <w:trPr>
          <w:cantSplit/>
          <w:trHeight w:val="351"/>
          <w:jc w:val="center"/>
        </w:trPr>
        <w:tc>
          <w:tcPr>
            <w:tcW w:w="454" w:type="dxa"/>
            <w:tcMar>
              <w:top w:w="60" w:type="dxa"/>
              <w:left w:w="70" w:type="dxa"/>
              <w:bottom w:w="60" w:type="dxa"/>
              <w:right w:w="70" w:type="dxa"/>
            </w:tcMar>
            <w:vAlign w:val="center"/>
          </w:tcPr>
          <w:p w14:paraId="79038AB8" w14:textId="77777777" w:rsidR="0054505D" w:rsidRDefault="0054505D" w:rsidP="000D1EF9">
            <w:pPr>
              <w:spacing w:after="0"/>
              <w:jc w:val="center"/>
            </w:pPr>
            <w:r>
              <w:rPr>
                <w:sz w:val="15"/>
              </w:rPr>
              <w:t>45</w:t>
            </w:r>
          </w:p>
        </w:tc>
        <w:tc>
          <w:tcPr>
            <w:tcW w:w="3628" w:type="dxa"/>
            <w:tcMar>
              <w:top w:w="60" w:type="dxa"/>
              <w:left w:w="70" w:type="dxa"/>
              <w:bottom w:w="60" w:type="dxa"/>
              <w:right w:w="70" w:type="dxa"/>
            </w:tcMar>
            <w:vAlign w:val="center"/>
          </w:tcPr>
          <w:p w14:paraId="17EDB127"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14B1E5D6"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07CAECDB"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0EED442F" w14:textId="77777777" w:rsidR="0054505D" w:rsidRDefault="0054505D" w:rsidP="000D1EF9">
            <w:pPr>
              <w:spacing w:after="0"/>
            </w:pPr>
            <w:r>
              <w:rPr>
                <w:sz w:val="15"/>
              </w:rPr>
              <w:t xml:space="preserve"> </w:t>
            </w:r>
          </w:p>
        </w:tc>
      </w:tr>
      <w:tr w:rsidR="0054505D" w14:paraId="2FC49711" w14:textId="77777777" w:rsidTr="000D1EF9">
        <w:trPr>
          <w:cantSplit/>
          <w:trHeight w:val="351"/>
          <w:jc w:val="center"/>
        </w:trPr>
        <w:tc>
          <w:tcPr>
            <w:tcW w:w="454" w:type="dxa"/>
            <w:tcMar>
              <w:top w:w="60" w:type="dxa"/>
              <w:left w:w="70" w:type="dxa"/>
              <w:bottom w:w="60" w:type="dxa"/>
              <w:right w:w="70" w:type="dxa"/>
            </w:tcMar>
            <w:vAlign w:val="center"/>
          </w:tcPr>
          <w:p w14:paraId="0164A15A" w14:textId="77777777" w:rsidR="0054505D" w:rsidRDefault="0054505D" w:rsidP="000D1EF9">
            <w:pPr>
              <w:spacing w:after="0"/>
              <w:jc w:val="center"/>
            </w:pPr>
            <w:r>
              <w:rPr>
                <w:sz w:val="15"/>
              </w:rPr>
              <w:t>46</w:t>
            </w:r>
          </w:p>
        </w:tc>
        <w:tc>
          <w:tcPr>
            <w:tcW w:w="3628" w:type="dxa"/>
            <w:tcMar>
              <w:top w:w="60" w:type="dxa"/>
              <w:left w:w="70" w:type="dxa"/>
              <w:bottom w:w="60" w:type="dxa"/>
              <w:right w:w="70" w:type="dxa"/>
            </w:tcMar>
            <w:vAlign w:val="center"/>
          </w:tcPr>
          <w:p w14:paraId="0C8EB14C"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59345B8B"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48A8CBE9"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0EA374CD" w14:textId="77777777" w:rsidR="0054505D" w:rsidRDefault="0054505D" w:rsidP="000D1EF9">
            <w:pPr>
              <w:spacing w:after="0"/>
            </w:pPr>
            <w:r>
              <w:rPr>
                <w:sz w:val="15"/>
              </w:rPr>
              <w:t xml:space="preserve"> </w:t>
            </w:r>
          </w:p>
        </w:tc>
      </w:tr>
      <w:tr w:rsidR="0054505D" w14:paraId="24ECD5BA" w14:textId="77777777" w:rsidTr="000D1EF9">
        <w:trPr>
          <w:cantSplit/>
          <w:trHeight w:val="351"/>
          <w:jc w:val="center"/>
        </w:trPr>
        <w:tc>
          <w:tcPr>
            <w:tcW w:w="454" w:type="dxa"/>
            <w:tcMar>
              <w:top w:w="60" w:type="dxa"/>
              <w:left w:w="70" w:type="dxa"/>
              <w:bottom w:w="60" w:type="dxa"/>
              <w:right w:w="70" w:type="dxa"/>
            </w:tcMar>
            <w:vAlign w:val="center"/>
          </w:tcPr>
          <w:p w14:paraId="23E442AA" w14:textId="77777777" w:rsidR="0054505D" w:rsidRDefault="0054505D" w:rsidP="000D1EF9">
            <w:pPr>
              <w:spacing w:after="0"/>
              <w:jc w:val="center"/>
            </w:pPr>
            <w:r>
              <w:rPr>
                <w:sz w:val="15"/>
              </w:rPr>
              <w:t>47</w:t>
            </w:r>
          </w:p>
        </w:tc>
        <w:tc>
          <w:tcPr>
            <w:tcW w:w="3628" w:type="dxa"/>
            <w:tcMar>
              <w:top w:w="60" w:type="dxa"/>
              <w:left w:w="70" w:type="dxa"/>
              <w:bottom w:w="60" w:type="dxa"/>
              <w:right w:w="70" w:type="dxa"/>
            </w:tcMar>
            <w:vAlign w:val="center"/>
          </w:tcPr>
          <w:p w14:paraId="06DE4549"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1814A69D"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6B488523"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58288115" w14:textId="77777777" w:rsidR="0054505D" w:rsidRDefault="0054505D" w:rsidP="000D1EF9">
            <w:pPr>
              <w:spacing w:after="0"/>
            </w:pPr>
            <w:r>
              <w:rPr>
                <w:sz w:val="15"/>
              </w:rPr>
              <w:t xml:space="preserve"> </w:t>
            </w:r>
          </w:p>
        </w:tc>
      </w:tr>
      <w:tr w:rsidR="0054505D" w14:paraId="1F228211" w14:textId="77777777" w:rsidTr="000D1EF9">
        <w:trPr>
          <w:cantSplit/>
          <w:trHeight w:val="351"/>
          <w:jc w:val="center"/>
        </w:trPr>
        <w:tc>
          <w:tcPr>
            <w:tcW w:w="454" w:type="dxa"/>
            <w:tcMar>
              <w:top w:w="60" w:type="dxa"/>
              <w:left w:w="70" w:type="dxa"/>
              <w:bottom w:w="60" w:type="dxa"/>
              <w:right w:w="70" w:type="dxa"/>
            </w:tcMar>
            <w:vAlign w:val="center"/>
          </w:tcPr>
          <w:p w14:paraId="2CD004E8" w14:textId="77777777" w:rsidR="0054505D" w:rsidRDefault="0054505D" w:rsidP="000D1EF9">
            <w:pPr>
              <w:spacing w:after="0"/>
              <w:jc w:val="center"/>
            </w:pPr>
            <w:r>
              <w:rPr>
                <w:sz w:val="15"/>
              </w:rPr>
              <w:t>48</w:t>
            </w:r>
          </w:p>
        </w:tc>
        <w:tc>
          <w:tcPr>
            <w:tcW w:w="3628" w:type="dxa"/>
            <w:tcMar>
              <w:top w:w="60" w:type="dxa"/>
              <w:left w:w="70" w:type="dxa"/>
              <w:bottom w:w="60" w:type="dxa"/>
              <w:right w:w="70" w:type="dxa"/>
            </w:tcMar>
            <w:vAlign w:val="center"/>
          </w:tcPr>
          <w:p w14:paraId="435904EF"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491F17B2"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48DCDD75"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5C28AA84" w14:textId="77777777" w:rsidR="0054505D" w:rsidRDefault="0054505D" w:rsidP="000D1EF9">
            <w:pPr>
              <w:spacing w:after="0"/>
            </w:pPr>
            <w:r>
              <w:rPr>
                <w:sz w:val="15"/>
              </w:rPr>
              <w:t xml:space="preserve"> </w:t>
            </w:r>
          </w:p>
        </w:tc>
      </w:tr>
      <w:tr w:rsidR="0054505D" w14:paraId="0079F57A" w14:textId="77777777" w:rsidTr="000D1EF9">
        <w:trPr>
          <w:cantSplit/>
          <w:trHeight w:val="351"/>
          <w:jc w:val="center"/>
        </w:trPr>
        <w:tc>
          <w:tcPr>
            <w:tcW w:w="454" w:type="dxa"/>
            <w:tcMar>
              <w:top w:w="60" w:type="dxa"/>
              <w:left w:w="70" w:type="dxa"/>
              <w:bottom w:w="60" w:type="dxa"/>
              <w:right w:w="70" w:type="dxa"/>
            </w:tcMar>
            <w:vAlign w:val="center"/>
          </w:tcPr>
          <w:p w14:paraId="09E4802D" w14:textId="77777777" w:rsidR="0054505D" w:rsidRDefault="0054505D" w:rsidP="000D1EF9">
            <w:pPr>
              <w:spacing w:after="0"/>
              <w:jc w:val="center"/>
            </w:pPr>
            <w:r>
              <w:rPr>
                <w:sz w:val="15"/>
              </w:rPr>
              <w:t>49</w:t>
            </w:r>
          </w:p>
        </w:tc>
        <w:tc>
          <w:tcPr>
            <w:tcW w:w="3628" w:type="dxa"/>
            <w:tcMar>
              <w:top w:w="60" w:type="dxa"/>
              <w:left w:w="70" w:type="dxa"/>
              <w:bottom w:w="60" w:type="dxa"/>
              <w:right w:w="70" w:type="dxa"/>
            </w:tcMar>
            <w:vAlign w:val="center"/>
          </w:tcPr>
          <w:p w14:paraId="1E15E217"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488F587B"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3E425581"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11D70225" w14:textId="77777777" w:rsidR="0054505D" w:rsidRDefault="0054505D" w:rsidP="000D1EF9">
            <w:pPr>
              <w:spacing w:after="0"/>
            </w:pPr>
            <w:r>
              <w:rPr>
                <w:sz w:val="15"/>
              </w:rPr>
              <w:t xml:space="preserve"> </w:t>
            </w:r>
          </w:p>
        </w:tc>
      </w:tr>
      <w:tr w:rsidR="0054505D" w14:paraId="42F3AF1E" w14:textId="77777777" w:rsidTr="000D1EF9">
        <w:trPr>
          <w:cantSplit/>
          <w:trHeight w:val="351"/>
          <w:jc w:val="center"/>
        </w:trPr>
        <w:tc>
          <w:tcPr>
            <w:tcW w:w="454" w:type="dxa"/>
            <w:tcMar>
              <w:top w:w="60" w:type="dxa"/>
              <w:left w:w="70" w:type="dxa"/>
              <w:bottom w:w="60" w:type="dxa"/>
              <w:right w:w="70" w:type="dxa"/>
            </w:tcMar>
            <w:vAlign w:val="center"/>
          </w:tcPr>
          <w:p w14:paraId="61CAE6FD" w14:textId="77777777" w:rsidR="0054505D" w:rsidRDefault="0054505D" w:rsidP="000D1EF9">
            <w:pPr>
              <w:spacing w:after="0"/>
              <w:jc w:val="center"/>
            </w:pPr>
            <w:r>
              <w:rPr>
                <w:sz w:val="15"/>
              </w:rPr>
              <w:t>50</w:t>
            </w:r>
          </w:p>
        </w:tc>
        <w:tc>
          <w:tcPr>
            <w:tcW w:w="3628" w:type="dxa"/>
            <w:tcMar>
              <w:top w:w="60" w:type="dxa"/>
              <w:left w:w="70" w:type="dxa"/>
              <w:bottom w:w="60" w:type="dxa"/>
              <w:right w:w="70" w:type="dxa"/>
            </w:tcMar>
            <w:vAlign w:val="center"/>
          </w:tcPr>
          <w:p w14:paraId="400C756B" w14:textId="77777777" w:rsidR="0054505D" w:rsidRDefault="0054505D" w:rsidP="000D1EF9">
            <w:pPr>
              <w:spacing w:after="0"/>
            </w:pPr>
            <w:r>
              <w:rPr>
                <w:sz w:val="15"/>
              </w:rPr>
              <w:t xml:space="preserve"> </w:t>
            </w:r>
          </w:p>
        </w:tc>
        <w:tc>
          <w:tcPr>
            <w:tcW w:w="1417" w:type="dxa"/>
            <w:tcMar>
              <w:top w:w="60" w:type="dxa"/>
              <w:left w:w="70" w:type="dxa"/>
              <w:bottom w:w="60" w:type="dxa"/>
              <w:right w:w="70" w:type="dxa"/>
            </w:tcMar>
            <w:vAlign w:val="center"/>
          </w:tcPr>
          <w:p w14:paraId="39015254" w14:textId="77777777" w:rsidR="0054505D" w:rsidRDefault="0054505D" w:rsidP="000D1EF9">
            <w:pPr>
              <w:spacing w:after="0"/>
            </w:pPr>
            <w:r>
              <w:rPr>
                <w:sz w:val="15"/>
              </w:rPr>
              <w:t xml:space="preserve"> </w:t>
            </w:r>
          </w:p>
        </w:tc>
        <w:tc>
          <w:tcPr>
            <w:tcW w:w="1871" w:type="dxa"/>
            <w:tcMar>
              <w:top w:w="60" w:type="dxa"/>
              <w:left w:w="70" w:type="dxa"/>
              <w:bottom w:w="60" w:type="dxa"/>
              <w:right w:w="70" w:type="dxa"/>
            </w:tcMar>
            <w:vAlign w:val="center"/>
          </w:tcPr>
          <w:p w14:paraId="02C02CCC" w14:textId="77777777" w:rsidR="0054505D" w:rsidRDefault="0054505D" w:rsidP="000D1EF9">
            <w:pPr>
              <w:spacing w:after="0"/>
            </w:pPr>
            <w:r>
              <w:rPr>
                <w:sz w:val="15"/>
              </w:rPr>
              <w:t xml:space="preserve"> </w:t>
            </w:r>
          </w:p>
        </w:tc>
        <w:tc>
          <w:tcPr>
            <w:tcW w:w="2835" w:type="dxa"/>
            <w:tcMar>
              <w:top w:w="60" w:type="dxa"/>
              <w:left w:w="70" w:type="dxa"/>
              <w:bottom w:w="60" w:type="dxa"/>
              <w:right w:w="70" w:type="dxa"/>
            </w:tcMar>
            <w:vAlign w:val="center"/>
          </w:tcPr>
          <w:p w14:paraId="21833E24" w14:textId="77777777" w:rsidR="0054505D" w:rsidRDefault="0054505D" w:rsidP="000D1EF9">
            <w:pPr>
              <w:spacing w:after="0"/>
            </w:pPr>
            <w:r>
              <w:rPr>
                <w:sz w:val="15"/>
              </w:rPr>
              <w:t xml:space="preserve"> </w:t>
            </w:r>
          </w:p>
        </w:tc>
      </w:tr>
    </w:tbl>
    <w:p w14:paraId="1991D9AF" w14:textId="77777777" w:rsidR="0054505D" w:rsidRDefault="0054505D" w:rsidP="0054505D"/>
    <w:p w14:paraId="561180CC" w14:textId="77777777" w:rsidR="0054505D" w:rsidRDefault="0054505D" w:rsidP="0054505D">
      <w:pPr>
        <w:spacing w:before="80"/>
      </w:pPr>
      <w:r w:rsidRPr="006E2932">
        <w:rPr>
          <w:b/>
          <w:lang w:val="pt-PT"/>
        </w:rPr>
        <w:t xml:space="preserve">Local e data: </w:t>
      </w:r>
      <w:r w:rsidRPr="006E2932">
        <w:rPr>
          <w:lang w:val="pt-PT"/>
        </w:rPr>
        <w:t>________________________________________________________________________________</w:t>
      </w:r>
    </w:p>
    <w:p w14:paraId="5E4993FC" w14:textId="77777777" w:rsidR="0054505D" w:rsidRDefault="0054505D" w:rsidP="004B2CD6">
      <w:pPr>
        <w:jc w:val="both"/>
        <w:rPr>
          <w:color w:val="000000" w:themeColor="text1"/>
          <w:lang w:val="pt-PT"/>
        </w:rPr>
      </w:pPr>
    </w:p>
    <w:p w14:paraId="5E07B0C8" w14:textId="37D0F97C" w:rsidR="00D56AFB" w:rsidRPr="005931D4" w:rsidRDefault="00B80BC3" w:rsidP="004B2CD6">
      <w:pPr>
        <w:keepNext/>
        <w:spacing w:before="40" w:after="40"/>
        <w:jc w:val="both"/>
        <w:rPr>
          <w:color w:val="000000" w:themeColor="text1"/>
          <w:lang w:val="pt-PT"/>
        </w:rPr>
      </w:pPr>
      <w:r w:rsidRPr="005931D4">
        <w:rPr>
          <w:b/>
          <w:color w:val="000000" w:themeColor="text1"/>
          <w:sz w:val="17"/>
          <w:lang w:val="pt-PT"/>
        </w:rPr>
        <w:lastRenderedPageBreak/>
        <w:t>F1</w:t>
      </w:r>
      <w:r w:rsidR="006E2932">
        <w:rPr>
          <w:b/>
          <w:color w:val="000000" w:themeColor="text1"/>
          <w:sz w:val="17"/>
          <w:lang w:val="pt-PT"/>
        </w:rPr>
        <w:t>7</w:t>
      </w:r>
    </w:p>
    <w:p w14:paraId="6815D2D4" w14:textId="77777777" w:rsidR="00D56AFB" w:rsidRPr="005931D4" w:rsidRDefault="00B80BC3" w:rsidP="004B2CD6">
      <w:pPr>
        <w:pStyle w:val="Ttulo1"/>
        <w:jc w:val="both"/>
        <w:rPr>
          <w:color w:val="000000" w:themeColor="text1"/>
          <w:lang w:val="pt-PT"/>
        </w:rPr>
      </w:pPr>
      <w:r w:rsidRPr="005931D4">
        <w:rPr>
          <w:color w:val="000000" w:themeColor="text1"/>
          <w:lang w:val="pt-PT"/>
        </w:rPr>
        <w:t>Designação e aceitação do/a delegado/a da candidatura</w:t>
      </w:r>
    </w:p>
    <w:tbl>
      <w:tblPr>
        <w:tblStyle w:val="TabelacomGrelha"/>
        <w:tblW w:w="9300" w:type="dxa"/>
        <w:tblInd w:w="110" w:type="dxa"/>
        <w:tblLayout w:type="fixed"/>
        <w:tblLook w:val="04A0" w:firstRow="1" w:lastRow="0" w:firstColumn="1" w:lastColumn="0" w:noHBand="0" w:noVBand="1"/>
      </w:tblPr>
      <w:tblGrid>
        <w:gridCol w:w="2200"/>
        <w:gridCol w:w="7100"/>
      </w:tblGrid>
      <w:tr w:rsidR="00CD2577" w:rsidRPr="00CD2577" w14:paraId="70368C48" w14:textId="77777777">
        <w:trPr>
          <w:cantSplit/>
          <w:tblHeader/>
        </w:trPr>
        <w:tc>
          <w:tcPr>
            <w:tcW w:w="2200" w:type="dxa"/>
            <w:shd w:val="clear" w:color="auto" w:fill="E8EEF5"/>
            <w:tcMar>
              <w:top w:w="90" w:type="dxa"/>
              <w:left w:w="110" w:type="dxa"/>
              <w:bottom w:w="90" w:type="dxa"/>
              <w:right w:w="110" w:type="dxa"/>
            </w:tcMar>
            <w:vAlign w:val="center"/>
          </w:tcPr>
          <w:p w14:paraId="2845F79E" w14:textId="77777777" w:rsidR="00D56AFB" w:rsidRPr="00CD2577" w:rsidRDefault="00B80BC3" w:rsidP="004B2CD6">
            <w:pPr>
              <w:spacing w:after="30" w:line="240" w:lineRule="auto"/>
              <w:jc w:val="both"/>
              <w:rPr>
                <w:color w:val="000000" w:themeColor="text1"/>
              </w:rPr>
            </w:pPr>
            <w:proofErr w:type="spellStart"/>
            <w:r w:rsidRPr="00CD2577">
              <w:rPr>
                <w:b/>
                <w:color w:val="000000" w:themeColor="text1"/>
                <w:sz w:val="18"/>
              </w:rPr>
              <w:t>Designação</w:t>
            </w:r>
            <w:proofErr w:type="spellEnd"/>
            <w:r w:rsidRPr="00CD2577">
              <w:rPr>
                <w:b/>
                <w:color w:val="000000" w:themeColor="text1"/>
                <w:sz w:val="18"/>
              </w:rPr>
              <w:t xml:space="preserve"> da </w:t>
            </w:r>
            <w:proofErr w:type="spellStart"/>
            <w:r w:rsidRPr="00CD2577">
              <w:rPr>
                <w:b/>
                <w:color w:val="000000" w:themeColor="text1"/>
                <w:sz w:val="18"/>
              </w:rPr>
              <w:t>candidatura</w:t>
            </w:r>
            <w:proofErr w:type="spellEnd"/>
          </w:p>
        </w:tc>
        <w:tc>
          <w:tcPr>
            <w:tcW w:w="7100" w:type="dxa"/>
            <w:tcMar>
              <w:top w:w="90" w:type="dxa"/>
              <w:left w:w="110" w:type="dxa"/>
              <w:bottom w:w="90" w:type="dxa"/>
              <w:right w:w="110" w:type="dxa"/>
            </w:tcMar>
            <w:vAlign w:val="center"/>
          </w:tcPr>
          <w:p w14:paraId="1F3931C1" w14:textId="1B3E7160" w:rsidR="00D56AFB" w:rsidRPr="00CD2577" w:rsidRDefault="00D56AFB" w:rsidP="004B2CD6">
            <w:pPr>
              <w:spacing w:after="30" w:line="240" w:lineRule="auto"/>
              <w:jc w:val="both"/>
              <w:rPr>
                <w:color w:val="000000" w:themeColor="text1"/>
              </w:rPr>
            </w:pPr>
          </w:p>
        </w:tc>
      </w:tr>
      <w:tr w:rsidR="00CD2577" w:rsidRPr="00CD2577" w14:paraId="13A3B845" w14:textId="77777777" w:rsidTr="001B7EBE">
        <w:trPr>
          <w:cantSplit/>
        </w:trPr>
        <w:tc>
          <w:tcPr>
            <w:tcW w:w="2200" w:type="dxa"/>
            <w:shd w:val="clear" w:color="auto" w:fill="E8EEF5"/>
            <w:tcMar>
              <w:top w:w="90" w:type="dxa"/>
              <w:left w:w="110" w:type="dxa"/>
              <w:bottom w:w="90" w:type="dxa"/>
              <w:right w:w="110" w:type="dxa"/>
            </w:tcMar>
            <w:vAlign w:val="center"/>
          </w:tcPr>
          <w:p w14:paraId="77B097D2" w14:textId="77777777" w:rsidR="00CD2577" w:rsidRPr="00CD2577" w:rsidRDefault="00CD2577" w:rsidP="004B2CD6">
            <w:pPr>
              <w:spacing w:after="30" w:line="240" w:lineRule="auto"/>
              <w:jc w:val="both"/>
              <w:rPr>
                <w:color w:val="000000" w:themeColor="text1"/>
              </w:rPr>
            </w:pPr>
            <w:proofErr w:type="spellStart"/>
            <w:r w:rsidRPr="00CD2577">
              <w:rPr>
                <w:b/>
                <w:color w:val="000000" w:themeColor="text1"/>
                <w:sz w:val="18"/>
              </w:rPr>
              <w:t>Órgão</w:t>
            </w:r>
            <w:proofErr w:type="spellEnd"/>
            <w:r w:rsidRPr="00CD2577">
              <w:rPr>
                <w:b/>
                <w:color w:val="000000" w:themeColor="text1"/>
                <w:sz w:val="18"/>
              </w:rPr>
              <w:t xml:space="preserve">(s) / </w:t>
            </w:r>
            <w:proofErr w:type="spellStart"/>
            <w:r w:rsidRPr="00CD2577">
              <w:rPr>
                <w:b/>
                <w:color w:val="000000" w:themeColor="text1"/>
                <w:sz w:val="18"/>
              </w:rPr>
              <w:t>secção</w:t>
            </w:r>
            <w:proofErr w:type="spellEnd"/>
            <w:r w:rsidRPr="00CD2577">
              <w:rPr>
                <w:b/>
                <w:color w:val="000000" w:themeColor="text1"/>
                <w:sz w:val="18"/>
              </w:rPr>
              <w:t>(</w:t>
            </w:r>
            <w:proofErr w:type="spellStart"/>
            <w:r w:rsidRPr="00CD2577">
              <w:rPr>
                <w:b/>
                <w:color w:val="000000" w:themeColor="text1"/>
                <w:sz w:val="18"/>
              </w:rPr>
              <w:t>ões</w:t>
            </w:r>
            <w:proofErr w:type="spellEnd"/>
            <w:r w:rsidRPr="00CD2577">
              <w:rPr>
                <w:b/>
                <w:color w:val="000000" w:themeColor="text1"/>
                <w:sz w:val="18"/>
              </w:rPr>
              <w:t>)</w:t>
            </w:r>
          </w:p>
        </w:tc>
        <w:tc>
          <w:tcPr>
            <w:tcW w:w="7100" w:type="dxa"/>
            <w:tcMar>
              <w:top w:w="90" w:type="dxa"/>
              <w:left w:w="110" w:type="dxa"/>
              <w:bottom w:w="90" w:type="dxa"/>
              <w:right w:w="110" w:type="dxa"/>
            </w:tcMar>
            <w:vAlign w:val="center"/>
          </w:tcPr>
          <w:p w14:paraId="4CBD4242" w14:textId="0179462F" w:rsidR="00CD2577" w:rsidRPr="00CD2577" w:rsidRDefault="00CD2577" w:rsidP="004B2CD6">
            <w:pPr>
              <w:spacing w:after="30" w:line="240" w:lineRule="auto"/>
              <w:jc w:val="both"/>
              <w:rPr>
                <w:color w:val="000000" w:themeColor="text1"/>
              </w:rPr>
            </w:pPr>
          </w:p>
        </w:tc>
      </w:tr>
      <w:tr w:rsidR="00CD2577" w:rsidRPr="006E2932" w14:paraId="0107FBE7" w14:textId="77777777" w:rsidTr="001B7EBE">
        <w:trPr>
          <w:cantSplit/>
        </w:trPr>
        <w:tc>
          <w:tcPr>
            <w:tcW w:w="2200" w:type="dxa"/>
            <w:shd w:val="clear" w:color="auto" w:fill="E8EEF5"/>
            <w:tcMar>
              <w:top w:w="90" w:type="dxa"/>
              <w:left w:w="110" w:type="dxa"/>
              <w:bottom w:w="90" w:type="dxa"/>
              <w:right w:w="110" w:type="dxa"/>
            </w:tcMar>
            <w:vAlign w:val="center"/>
          </w:tcPr>
          <w:p w14:paraId="0AE0DDD3" w14:textId="77777777" w:rsidR="00CD2577" w:rsidRPr="005931D4" w:rsidRDefault="00CD2577" w:rsidP="004B2CD6">
            <w:pPr>
              <w:spacing w:after="30" w:line="240" w:lineRule="auto"/>
              <w:jc w:val="both"/>
              <w:rPr>
                <w:color w:val="000000" w:themeColor="text1"/>
                <w:lang w:val="pt-PT"/>
              </w:rPr>
            </w:pPr>
            <w:r w:rsidRPr="005931D4">
              <w:rPr>
                <w:b/>
                <w:color w:val="000000" w:themeColor="text1"/>
                <w:sz w:val="18"/>
                <w:lang w:val="pt-PT"/>
              </w:rPr>
              <w:t>Nome completo do/a delegado/a</w:t>
            </w:r>
          </w:p>
        </w:tc>
        <w:tc>
          <w:tcPr>
            <w:tcW w:w="7100" w:type="dxa"/>
            <w:tcMar>
              <w:top w:w="90" w:type="dxa"/>
              <w:left w:w="110" w:type="dxa"/>
              <w:bottom w:w="90" w:type="dxa"/>
              <w:right w:w="110" w:type="dxa"/>
            </w:tcMar>
            <w:vAlign w:val="center"/>
          </w:tcPr>
          <w:p w14:paraId="6FAAA850" w14:textId="24862044" w:rsidR="00CD2577" w:rsidRPr="005931D4" w:rsidRDefault="00CD2577" w:rsidP="004B2CD6">
            <w:pPr>
              <w:spacing w:after="30" w:line="240" w:lineRule="auto"/>
              <w:jc w:val="both"/>
              <w:rPr>
                <w:color w:val="000000" w:themeColor="text1"/>
                <w:lang w:val="pt-PT"/>
              </w:rPr>
            </w:pPr>
          </w:p>
        </w:tc>
      </w:tr>
      <w:tr w:rsidR="00CD2577" w:rsidRPr="00CD2577" w14:paraId="0A3B5816" w14:textId="77777777" w:rsidTr="001B7EBE">
        <w:trPr>
          <w:cantSplit/>
        </w:trPr>
        <w:tc>
          <w:tcPr>
            <w:tcW w:w="2200" w:type="dxa"/>
            <w:shd w:val="clear" w:color="auto" w:fill="E8EEF5"/>
            <w:tcMar>
              <w:top w:w="90" w:type="dxa"/>
              <w:left w:w="110" w:type="dxa"/>
              <w:bottom w:w="90" w:type="dxa"/>
              <w:right w:w="110" w:type="dxa"/>
            </w:tcMar>
            <w:vAlign w:val="center"/>
          </w:tcPr>
          <w:p w14:paraId="2A57838B" w14:textId="77777777" w:rsidR="00CD2577" w:rsidRPr="00CD2577" w:rsidRDefault="00CD2577" w:rsidP="004B2CD6">
            <w:pPr>
              <w:spacing w:after="30" w:line="240" w:lineRule="auto"/>
              <w:jc w:val="both"/>
              <w:rPr>
                <w:color w:val="000000" w:themeColor="text1"/>
              </w:rPr>
            </w:pPr>
            <w:proofErr w:type="gramStart"/>
            <w:r w:rsidRPr="00CD2577">
              <w:rPr>
                <w:b/>
                <w:color w:val="000000" w:themeColor="text1"/>
                <w:sz w:val="18"/>
              </w:rPr>
              <w:t>N.º</w:t>
            </w:r>
            <w:proofErr w:type="gramEnd"/>
            <w:r w:rsidRPr="00CD2577">
              <w:rPr>
                <w:b/>
                <w:color w:val="000000" w:themeColor="text1"/>
                <w:sz w:val="18"/>
              </w:rPr>
              <w:t xml:space="preserve"> de </w:t>
            </w:r>
            <w:proofErr w:type="spellStart"/>
            <w:r w:rsidRPr="00CD2577">
              <w:rPr>
                <w:b/>
                <w:color w:val="000000" w:themeColor="text1"/>
                <w:sz w:val="18"/>
              </w:rPr>
              <w:t>membro</w:t>
            </w:r>
            <w:proofErr w:type="spellEnd"/>
          </w:p>
        </w:tc>
        <w:tc>
          <w:tcPr>
            <w:tcW w:w="7100" w:type="dxa"/>
            <w:tcMar>
              <w:top w:w="90" w:type="dxa"/>
              <w:left w:w="110" w:type="dxa"/>
              <w:bottom w:w="90" w:type="dxa"/>
              <w:right w:w="110" w:type="dxa"/>
            </w:tcMar>
            <w:vAlign w:val="center"/>
          </w:tcPr>
          <w:p w14:paraId="7A5E2EEE" w14:textId="4890841B" w:rsidR="00CD2577" w:rsidRPr="00CD2577" w:rsidRDefault="00CD2577" w:rsidP="004B2CD6">
            <w:pPr>
              <w:spacing w:after="30" w:line="240" w:lineRule="auto"/>
              <w:jc w:val="both"/>
              <w:rPr>
                <w:color w:val="000000" w:themeColor="text1"/>
              </w:rPr>
            </w:pPr>
          </w:p>
        </w:tc>
      </w:tr>
      <w:tr w:rsidR="00CD2577" w:rsidRPr="00CD2577" w14:paraId="2033DAC3" w14:textId="77777777" w:rsidTr="001B7EBE">
        <w:trPr>
          <w:cantSplit/>
        </w:trPr>
        <w:tc>
          <w:tcPr>
            <w:tcW w:w="2200" w:type="dxa"/>
            <w:shd w:val="clear" w:color="auto" w:fill="E8EEF5"/>
            <w:tcMar>
              <w:top w:w="90" w:type="dxa"/>
              <w:left w:w="110" w:type="dxa"/>
              <w:bottom w:w="90" w:type="dxa"/>
              <w:right w:w="110" w:type="dxa"/>
            </w:tcMar>
            <w:vAlign w:val="center"/>
          </w:tcPr>
          <w:p w14:paraId="21AF0A34" w14:textId="77777777" w:rsidR="00CD2577" w:rsidRPr="00CD2577" w:rsidRDefault="00CD2577" w:rsidP="004B2CD6">
            <w:pPr>
              <w:spacing w:after="30" w:line="240" w:lineRule="auto"/>
              <w:jc w:val="both"/>
              <w:rPr>
                <w:color w:val="000000" w:themeColor="text1"/>
              </w:rPr>
            </w:pPr>
            <w:r w:rsidRPr="00CD2577">
              <w:rPr>
                <w:b/>
                <w:color w:val="000000" w:themeColor="text1"/>
                <w:sz w:val="18"/>
              </w:rPr>
              <w:t>Secção regional</w:t>
            </w:r>
          </w:p>
        </w:tc>
        <w:tc>
          <w:tcPr>
            <w:tcW w:w="7100" w:type="dxa"/>
            <w:tcMar>
              <w:top w:w="90" w:type="dxa"/>
              <w:left w:w="110" w:type="dxa"/>
              <w:bottom w:w="90" w:type="dxa"/>
              <w:right w:w="110" w:type="dxa"/>
            </w:tcMar>
            <w:vAlign w:val="center"/>
          </w:tcPr>
          <w:p w14:paraId="532727EF" w14:textId="6B28D603" w:rsidR="00CD2577" w:rsidRPr="00CD2577" w:rsidRDefault="00CD2577" w:rsidP="004B2CD6">
            <w:pPr>
              <w:spacing w:after="30" w:line="240" w:lineRule="auto"/>
              <w:jc w:val="both"/>
              <w:rPr>
                <w:color w:val="000000" w:themeColor="text1"/>
              </w:rPr>
            </w:pPr>
          </w:p>
        </w:tc>
      </w:tr>
      <w:tr w:rsidR="00CD2577" w:rsidRPr="00CD2577" w14:paraId="698085B5" w14:textId="77777777" w:rsidTr="001B7EBE">
        <w:trPr>
          <w:cantSplit/>
        </w:trPr>
        <w:tc>
          <w:tcPr>
            <w:tcW w:w="2200" w:type="dxa"/>
            <w:shd w:val="clear" w:color="auto" w:fill="E8EEF5"/>
            <w:tcMar>
              <w:top w:w="90" w:type="dxa"/>
              <w:left w:w="110" w:type="dxa"/>
              <w:bottom w:w="90" w:type="dxa"/>
              <w:right w:w="110" w:type="dxa"/>
            </w:tcMar>
            <w:vAlign w:val="center"/>
          </w:tcPr>
          <w:p w14:paraId="005C23A4" w14:textId="77777777" w:rsidR="00CD2577" w:rsidRPr="00CD2577" w:rsidRDefault="00CD2577" w:rsidP="004B2CD6">
            <w:pPr>
              <w:spacing w:after="30" w:line="240" w:lineRule="auto"/>
              <w:jc w:val="both"/>
              <w:rPr>
                <w:color w:val="000000" w:themeColor="text1"/>
              </w:rPr>
            </w:pPr>
            <w:r w:rsidRPr="00CD2577">
              <w:rPr>
                <w:b/>
                <w:color w:val="000000" w:themeColor="text1"/>
                <w:sz w:val="18"/>
              </w:rPr>
              <w:t>Morada postal</w:t>
            </w:r>
          </w:p>
        </w:tc>
        <w:tc>
          <w:tcPr>
            <w:tcW w:w="7100" w:type="dxa"/>
            <w:tcMar>
              <w:top w:w="90" w:type="dxa"/>
              <w:left w:w="110" w:type="dxa"/>
              <w:bottom w:w="90" w:type="dxa"/>
              <w:right w:w="110" w:type="dxa"/>
            </w:tcMar>
            <w:vAlign w:val="center"/>
          </w:tcPr>
          <w:p w14:paraId="69CFF1EA" w14:textId="18A71D4A" w:rsidR="00CD2577" w:rsidRPr="00CD2577" w:rsidRDefault="00CD2577" w:rsidP="004B2CD6">
            <w:pPr>
              <w:spacing w:after="30" w:line="240" w:lineRule="auto"/>
              <w:jc w:val="both"/>
              <w:rPr>
                <w:color w:val="000000" w:themeColor="text1"/>
              </w:rPr>
            </w:pPr>
          </w:p>
        </w:tc>
      </w:tr>
      <w:tr w:rsidR="00CD2577" w:rsidRPr="00CD2577" w14:paraId="4E217B5C" w14:textId="77777777" w:rsidTr="001B7EBE">
        <w:trPr>
          <w:cantSplit/>
        </w:trPr>
        <w:tc>
          <w:tcPr>
            <w:tcW w:w="2200" w:type="dxa"/>
            <w:shd w:val="clear" w:color="auto" w:fill="E8EEF5"/>
            <w:tcMar>
              <w:top w:w="90" w:type="dxa"/>
              <w:left w:w="110" w:type="dxa"/>
              <w:bottom w:w="90" w:type="dxa"/>
              <w:right w:w="110" w:type="dxa"/>
            </w:tcMar>
            <w:vAlign w:val="center"/>
          </w:tcPr>
          <w:p w14:paraId="029667F8" w14:textId="77777777" w:rsidR="00CD2577" w:rsidRPr="00CD2577" w:rsidRDefault="00CD2577" w:rsidP="004B2CD6">
            <w:pPr>
              <w:spacing w:after="30" w:line="240" w:lineRule="auto"/>
              <w:jc w:val="both"/>
              <w:rPr>
                <w:color w:val="000000" w:themeColor="text1"/>
              </w:rPr>
            </w:pPr>
            <w:r w:rsidRPr="00CD2577">
              <w:rPr>
                <w:b/>
                <w:color w:val="000000" w:themeColor="text1"/>
                <w:sz w:val="18"/>
              </w:rPr>
              <w:t>Telefone</w:t>
            </w:r>
          </w:p>
        </w:tc>
        <w:tc>
          <w:tcPr>
            <w:tcW w:w="7100" w:type="dxa"/>
            <w:tcMar>
              <w:top w:w="90" w:type="dxa"/>
              <w:left w:w="110" w:type="dxa"/>
              <w:bottom w:w="90" w:type="dxa"/>
              <w:right w:w="110" w:type="dxa"/>
            </w:tcMar>
            <w:vAlign w:val="center"/>
          </w:tcPr>
          <w:p w14:paraId="5F1F4831" w14:textId="5E1B5E72" w:rsidR="00CD2577" w:rsidRPr="00CD2577" w:rsidRDefault="00CD2577" w:rsidP="004B2CD6">
            <w:pPr>
              <w:spacing w:after="30" w:line="240" w:lineRule="auto"/>
              <w:jc w:val="both"/>
              <w:rPr>
                <w:color w:val="000000" w:themeColor="text1"/>
              </w:rPr>
            </w:pPr>
          </w:p>
        </w:tc>
      </w:tr>
      <w:tr w:rsidR="00CD2577" w:rsidRPr="00CD2577" w14:paraId="079E137C" w14:textId="77777777" w:rsidTr="001B7EBE">
        <w:trPr>
          <w:cantSplit/>
        </w:trPr>
        <w:tc>
          <w:tcPr>
            <w:tcW w:w="2200" w:type="dxa"/>
            <w:shd w:val="clear" w:color="auto" w:fill="E8EEF5"/>
            <w:tcMar>
              <w:top w:w="90" w:type="dxa"/>
              <w:left w:w="110" w:type="dxa"/>
              <w:bottom w:w="90" w:type="dxa"/>
              <w:right w:w="110" w:type="dxa"/>
            </w:tcMar>
            <w:vAlign w:val="center"/>
          </w:tcPr>
          <w:p w14:paraId="7586570E" w14:textId="77777777" w:rsidR="00CD2577" w:rsidRPr="00CD2577" w:rsidRDefault="00CD2577" w:rsidP="004B2CD6">
            <w:pPr>
              <w:spacing w:after="30" w:line="240" w:lineRule="auto"/>
              <w:jc w:val="both"/>
              <w:rPr>
                <w:color w:val="000000" w:themeColor="text1"/>
              </w:rPr>
            </w:pPr>
            <w:proofErr w:type="spellStart"/>
            <w:r w:rsidRPr="00CD2577">
              <w:rPr>
                <w:b/>
                <w:color w:val="000000" w:themeColor="text1"/>
                <w:sz w:val="18"/>
              </w:rPr>
              <w:t>Correio</w:t>
            </w:r>
            <w:proofErr w:type="spellEnd"/>
            <w:r w:rsidRPr="00CD2577">
              <w:rPr>
                <w:b/>
                <w:color w:val="000000" w:themeColor="text1"/>
                <w:sz w:val="18"/>
              </w:rPr>
              <w:t xml:space="preserve"> </w:t>
            </w:r>
            <w:proofErr w:type="spellStart"/>
            <w:r w:rsidRPr="00CD2577">
              <w:rPr>
                <w:b/>
                <w:color w:val="000000" w:themeColor="text1"/>
                <w:sz w:val="18"/>
              </w:rPr>
              <w:t>eletrónico</w:t>
            </w:r>
            <w:proofErr w:type="spellEnd"/>
          </w:p>
        </w:tc>
        <w:tc>
          <w:tcPr>
            <w:tcW w:w="7100" w:type="dxa"/>
            <w:tcMar>
              <w:top w:w="90" w:type="dxa"/>
              <w:left w:w="110" w:type="dxa"/>
              <w:bottom w:w="90" w:type="dxa"/>
              <w:right w:w="110" w:type="dxa"/>
            </w:tcMar>
            <w:vAlign w:val="center"/>
          </w:tcPr>
          <w:p w14:paraId="3DC69DBC" w14:textId="5B032EF4" w:rsidR="00CD2577" w:rsidRPr="00CD2577" w:rsidRDefault="00CD2577" w:rsidP="004B2CD6">
            <w:pPr>
              <w:spacing w:after="30" w:line="240" w:lineRule="auto"/>
              <w:jc w:val="both"/>
              <w:rPr>
                <w:color w:val="000000" w:themeColor="text1"/>
              </w:rPr>
            </w:pPr>
          </w:p>
        </w:tc>
      </w:tr>
    </w:tbl>
    <w:p w14:paraId="565E3BE2" w14:textId="77777777" w:rsidR="00D56AFB" w:rsidRPr="00CD2577" w:rsidRDefault="00D56AFB" w:rsidP="004B2CD6">
      <w:pPr>
        <w:spacing w:after="20"/>
        <w:jc w:val="both"/>
        <w:rPr>
          <w:color w:val="000000" w:themeColor="text1"/>
        </w:rPr>
      </w:pPr>
    </w:p>
    <w:p w14:paraId="782C4402" w14:textId="77777777" w:rsidR="00D56AFB" w:rsidRPr="003F202F" w:rsidRDefault="00B80BC3" w:rsidP="004B2CD6">
      <w:pPr>
        <w:spacing w:before="120" w:after="160"/>
        <w:jc w:val="both"/>
        <w:rPr>
          <w:color w:val="000000" w:themeColor="text1"/>
          <w:lang w:val="pt-PT"/>
        </w:rPr>
      </w:pPr>
      <w:r w:rsidRPr="003F202F">
        <w:rPr>
          <w:color w:val="000000" w:themeColor="text1"/>
          <w:lang w:val="pt-PT"/>
        </w:rPr>
        <w:t>Declaro aceitar a designação como delegado/a da candidatura acima identificada, com poderes para a representar na comissão ou comissões eleitorais competentes e para praticar os atos previstos no Regulamento Eleitoral, incluindo receber notificações, suprir irregularidades, indicar substituições e apresentar reclamações.</w:t>
      </w:r>
    </w:p>
    <w:p w14:paraId="553A0B0B" w14:textId="77777777" w:rsidR="00D56AFB" w:rsidRPr="003F202F" w:rsidRDefault="00B80BC3" w:rsidP="004B2CD6">
      <w:pPr>
        <w:spacing w:after="160"/>
        <w:jc w:val="both"/>
        <w:rPr>
          <w:color w:val="000000" w:themeColor="text1"/>
          <w:lang w:val="pt-PT"/>
        </w:rPr>
      </w:pPr>
      <w:r w:rsidRPr="003F202F">
        <w:rPr>
          <w:color w:val="000000" w:themeColor="text1"/>
          <w:lang w:val="pt-PT"/>
        </w:rPr>
        <w:t xml:space="preserve">Declaro, sob compromisso de honra, que sou membro efetivo da Ordem dos Arquitectos, com inscrição em vigor e no pleno exercício dos meus direitos, e que não sou candidato/a </w:t>
      </w:r>
      <w:proofErr w:type="spellStart"/>
      <w:r w:rsidRPr="003F202F">
        <w:rPr>
          <w:color w:val="000000" w:themeColor="text1"/>
          <w:lang w:val="pt-PT"/>
        </w:rPr>
        <w:t>a</w:t>
      </w:r>
      <w:proofErr w:type="spellEnd"/>
      <w:r w:rsidRPr="003F202F">
        <w:rPr>
          <w:color w:val="000000" w:themeColor="text1"/>
          <w:lang w:val="pt-PT"/>
        </w:rPr>
        <w:t xml:space="preserve"> qualquer órgão nacional ou regional da Ordem.</w:t>
      </w:r>
    </w:p>
    <w:tbl>
      <w:tblPr>
        <w:tblStyle w:val="TabelacomGrelha"/>
        <w:tblW w:w="9300" w:type="dxa"/>
        <w:tblInd w:w="110" w:type="dxa"/>
        <w:tblLayout w:type="fixed"/>
        <w:tblLook w:val="04A0" w:firstRow="1" w:lastRow="0" w:firstColumn="1" w:lastColumn="0" w:noHBand="0" w:noVBand="1"/>
      </w:tblPr>
      <w:tblGrid>
        <w:gridCol w:w="2200"/>
        <w:gridCol w:w="7100"/>
      </w:tblGrid>
      <w:tr w:rsidR="00CD2577" w:rsidRPr="00CD2577" w14:paraId="7A717B9E" w14:textId="77777777">
        <w:trPr>
          <w:cantSplit/>
          <w:tblHeader/>
        </w:trPr>
        <w:tc>
          <w:tcPr>
            <w:tcW w:w="2200" w:type="dxa"/>
            <w:shd w:val="clear" w:color="auto" w:fill="E8EEF5"/>
            <w:tcMar>
              <w:top w:w="90" w:type="dxa"/>
              <w:left w:w="110" w:type="dxa"/>
              <w:bottom w:w="90" w:type="dxa"/>
              <w:right w:w="110" w:type="dxa"/>
            </w:tcMar>
            <w:vAlign w:val="center"/>
          </w:tcPr>
          <w:p w14:paraId="2EC68AAD" w14:textId="77777777" w:rsidR="00D56AFB" w:rsidRPr="00CD2577" w:rsidRDefault="00B80BC3" w:rsidP="004B2CD6">
            <w:pPr>
              <w:spacing w:after="30" w:line="240" w:lineRule="auto"/>
              <w:jc w:val="both"/>
              <w:rPr>
                <w:color w:val="000000" w:themeColor="text1"/>
              </w:rPr>
            </w:pPr>
            <w:r w:rsidRPr="00CD2577">
              <w:rPr>
                <w:b/>
                <w:color w:val="000000" w:themeColor="text1"/>
                <w:sz w:val="18"/>
              </w:rPr>
              <w:t>Local e data</w:t>
            </w:r>
          </w:p>
        </w:tc>
        <w:tc>
          <w:tcPr>
            <w:tcW w:w="7100" w:type="dxa"/>
            <w:tcMar>
              <w:top w:w="90" w:type="dxa"/>
              <w:left w:w="110" w:type="dxa"/>
              <w:bottom w:w="90" w:type="dxa"/>
              <w:right w:w="110" w:type="dxa"/>
            </w:tcMar>
            <w:vAlign w:val="center"/>
          </w:tcPr>
          <w:p w14:paraId="11C2D4FC" w14:textId="3F61A802" w:rsidR="00D56AFB" w:rsidRPr="00CD2577" w:rsidRDefault="00D56AFB" w:rsidP="004B2CD6">
            <w:pPr>
              <w:spacing w:after="30" w:line="240" w:lineRule="auto"/>
              <w:jc w:val="both"/>
              <w:rPr>
                <w:color w:val="000000" w:themeColor="text1"/>
              </w:rPr>
            </w:pPr>
          </w:p>
        </w:tc>
      </w:tr>
      <w:tr w:rsidR="00D56AFB" w:rsidRPr="006E2932" w14:paraId="2AD5D46A" w14:textId="77777777">
        <w:trPr>
          <w:cantSplit/>
        </w:trPr>
        <w:tc>
          <w:tcPr>
            <w:tcW w:w="2200" w:type="dxa"/>
            <w:shd w:val="clear" w:color="auto" w:fill="E8EEF5"/>
            <w:tcMar>
              <w:top w:w="90" w:type="dxa"/>
              <w:left w:w="110" w:type="dxa"/>
              <w:bottom w:w="90" w:type="dxa"/>
              <w:right w:w="110" w:type="dxa"/>
            </w:tcMar>
            <w:vAlign w:val="center"/>
          </w:tcPr>
          <w:p w14:paraId="6EA065D0" w14:textId="77777777" w:rsidR="00D56AFB" w:rsidRPr="003F202F" w:rsidRDefault="00B80BC3" w:rsidP="004B2CD6">
            <w:pPr>
              <w:spacing w:after="30" w:line="240" w:lineRule="auto"/>
              <w:jc w:val="both"/>
              <w:rPr>
                <w:color w:val="000000" w:themeColor="text1"/>
                <w:lang w:val="pt-PT"/>
              </w:rPr>
            </w:pPr>
            <w:r w:rsidRPr="003F202F">
              <w:rPr>
                <w:b/>
                <w:color w:val="000000" w:themeColor="text1"/>
                <w:sz w:val="18"/>
                <w:lang w:val="pt-PT"/>
              </w:rPr>
              <w:t>Assinatura do/a delegado/a</w:t>
            </w:r>
          </w:p>
        </w:tc>
        <w:tc>
          <w:tcPr>
            <w:tcW w:w="7100" w:type="dxa"/>
            <w:tcMar>
              <w:top w:w="90" w:type="dxa"/>
              <w:left w:w="110" w:type="dxa"/>
              <w:bottom w:w="90" w:type="dxa"/>
              <w:right w:w="110" w:type="dxa"/>
            </w:tcMar>
            <w:vAlign w:val="center"/>
          </w:tcPr>
          <w:p w14:paraId="1A6EE1B6" w14:textId="77777777" w:rsidR="00D56AFB" w:rsidRPr="003F202F" w:rsidRDefault="00B80BC3" w:rsidP="004B2CD6">
            <w:pPr>
              <w:spacing w:after="30" w:line="240" w:lineRule="auto"/>
              <w:jc w:val="both"/>
              <w:rPr>
                <w:color w:val="000000" w:themeColor="text1"/>
                <w:lang w:val="pt-PT"/>
              </w:rPr>
            </w:pPr>
            <w:r w:rsidRPr="003F202F">
              <w:rPr>
                <w:color w:val="000000" w:themeColor="text1"/>
                <w:sz w:val="19"/>
                <w:lang w:val="pt-PT"/>
              </w:rPr>
              <w:t>Assinar manualmente ou apor assinatura eletrónica válida</w:t>
            </w:r>
          </w:p>
        </w:tc>
      </w:tr>
    </w:tbl>
    <w:p w14:paraId="6842C36B" w14:textId="77777777" w:rsidR="00D56AFB" w:rsidRPr="003F202F" w:rsidRDefault="00D56AFB" w:rsidP="004B2CD6">
      <w:pPr>
        <w:spacing w:after="20"/>
        <w:jc w:val="both"/>
        <w:rPr>
          <w:color w:val="000000" w:themeColor="text1"/>
          <w:lang w:val="pt-PT"/>
        </w:rPr>
      </w:pPr>
    </w:p>
    <w:tbl>
      <w:tblPr>
        <w:tblStyle w:val="TabelacomGrelha"/>
        <w:tblW w:w="9300" w:type="dxa"/>
        <w:tblInd w:w="110" w:type="dxa"/>
        <w:tblLayout w:type="fixed"/>
        <w:tblLook w:val="04A0" w:firstRow="1" w:lastRow="0" w:firstColumn="1" w:lastColumn="0" w:noHBand="0" w:noVBand="1"/>
      </w:tblPr>
      <w:tblGrid>
        <w:gridCol w:w="9300"/>
      </w:tblGrid>
      <w:tr w:rsidR="00D56AFB" w:rsidRPr="006E2932" w14:paraId="62ED3D45" w14:textId="77777777">
        <w:trPr>
          <w:tblHeader/>
        </w:trPr>
        <w:tc>
          <w:tcPr>
            <w:tcW w:w="9300" w:type="dxa"/>
            <w:shd w:val="clear" w:color="auto" w:fill="F4F6F9"/>
            <w:tcMar>
              <w:top w:w="90" w:type="dxa"/>
              <w:left w:w="110" w:type="dxa"/>
              <w:bottom w:w="90" w:type="dxa"/>
              <w:right w:w="110" w:type="dxa"/>
            </w:tcMar>
            <w:vAlign w:val="center"/>
          </w:tcPr>
          <w:p w14:paraId="644FC2B3" w14:textId="77777777" w:rsidR="00D56AFB" w:rsidRPr="003F202F" w:rsidRDefault="00B80BC3" w:rsidP="004B2CD6">
            <w:pPr>
              <w:spacing w:after="30" w:line="240" w:lineRule="auto"/>
              <w:jc w:val="both"/>
              <w:rPr>
                <w:color w:val="000000" w:themeColor="text1"/>
                <w:lang w:val="pt-PT"/>
              </w:rPr>
            </w:pPr>
            <w:r w:rsidRPr="003F202F">
              <w:rPr>
                <w:b/>
                <w:color w:val="000000" w:themeColor="text1"/>
                <w:sz w:val="18"/>
                <w:lang w:val="pt-PT"/>
              </w:rPr>
              <w:t xml:space="preserve">Nota: </w:t>
            </w:r>
            <w:r w:rsidRPr="003F202F">
              <w:rPr>
                <w:color w:val="000000" w:themeColor="text1"/>
                <w:sz w:val="18"/>
                <w:lang w:val="pt-PT"/>
              </w:rPr>
              <w:t>O/a delegado/a pode delegar por escrito os seus poderes em representantes presentes em cada local onde funcione uma assembleia de voto.</w:t>
            </w:r>
          </w:p>
        </w:tc>
      </w:tr>
    </w:tbl>
    <w:p w14:paraId="42545DA7" w14:textId="77777777" w:rsidR="00D56AFB" w:rsidRPr="003F202F" w:rsidRDefault="00D56AFB" w:rsidP="004B2CD6">
      <w:pPr>
        <w:spacing w:after="20"/>
        <w:jc w:val="both"/>
        <w:rPr>
          <w:color w:val="000000" w:themeColor="text1"/>
          <w:lang w:val="pt-PT"/>
        </w:rPr>
      </w:pPr>
    </w:p>
    <w:p w14:paraId="3999A47D" w14:textId="77777777" w:rsidR="00D56AFB" w:rsidRPr="003F202F" w:rsidRDefault="00B80BC3" w:rsidP="004B2CD6">
      <w:pPr>
        <w:jc w:val="both"/>
        <w:rPr>
          <w:color w:val="000000" w:themeColor="text1"/>
          <w:lang w:val="pt-PT"/>
        </w:rPr>
      </w:pPr>
      <w:r w:rsidRPr="003F202F">
        <w:rPr>
          <w:color w:val="000000" w:themeColor="text1"/>
          <w:lang w:val="pt-PT"/>
        </w:rPr>
        <w:br w:type="page"/>
      </w:r>
    </w:p>
    <w:p w14:paraId="56481A90" w14:textId="7EA5F1DD" w:rsidR="00D56AFB" w:rsidRPr="003F202F" w:rsidRDefault="00B80BC3" w:rsidP="004B2CD6">
      <w:pPr>
        <w:keepNext/>
        <w:spacing w:before="40" w:after="40"/>
        <w:jc w:val="both"/>
        <w:rPr>
          <w:color w:val="000000" w:themeColor="text1"/>
          <w:lang w:val="pt-PT"/>
        </w:rPr>
      </w:pPr>
      <w:r w:rsidRPr="003F202F">
        <w:rPr>
          <w:b/>
          <w:color w:val="000000" w:themeColor="text1"/>
          <w:sz w:val="17"/>
          <w:lang w:val="pt-PT"/>
        </w:rPr>
        <w:lastRenderedPageBreak/>
        <w:t>F1</w:t>
      </w:r>
      <w:r w:rsidR="006E2932">
        <w:rPr>
          <w:b/>
          <w:color w:val="000000" w:themeColor="text1"/>
          <w:sz w:val="17"/>
          <w:lang w:val="pt-PT"/>
        </w:rPr>
        <w:t>8</w:t>
      </w:r>
    </w:p>
    <w:p w14:paraId="272FE746" w14:textId="512938B2" w:rsidR="00D56AFB" w:rsidRPr="003F202F" w:rsidRDefault="00CB54FC" w:rsidP="004B2CD6">
      <w:pPr>
        <w:pStyle w:val="Ttulo1"/>
        <w:jc w:val="both"/>
        <w:rPr>
          <w:color w:val="000000" w:themeColor="text1"/>
          <w:lang w:val="pt-PT"/>
        </w:rPr>
      </w:pPr>
      <w:r w:rsidRPr="003F202F">
        <w:rPr>
          <w:color w:val="000000" w:themeColor="text1"/>
          <w:lang w:val="pt-PT"/>
        </w:rPr>
        <w:t>Lista final de apresentação da candidatura</w:t>
      </w:r>
    </w:p>
    <w:tbl>
      <w:tblPr>
        <w:tblStyle w:val="TabelacomGrelha"/>
        <w:tblW w:w="9300" w:type="dxa"/>
        <w:tblInd w:w="110" w:type="dxa"/>
        <w:tblLayout w:type="fixed"/>
        <w:tblLook w:val="04A0" w:firstRow="1" w:lastRow="0" w:firstColumn="1" w:lastColumn="0" w:noHBand="0" w:noVBand="1"/>
      </w:tblPr>
      <w:tblGrid>
        <w:gridCol w:w="550"/>
        <w:gridCol w:w="1718"/>
        <w:gridCol w:w="4882"/>
        <w:gridCol w:w="2150"/>
      </w:tblGrid>
      <w:tr w:rsidR="00CD2577" w:rsidRPr="00CD2577" w14:paraId="6CBFF138" w14:textId="77777777" w:rsidTr="00CD2577">
        <w:trPr>
          <w:tblHeader/>
        </w:trPr>
        <w:tc>
          <w:tcPr>
            <w:tcW w:w="550" w:type="dxa"/>
            <w:shd w:val="clear" w:color="auto" w:fill="17365D"/>
            <w:tcMar>
              <w:top w:w="90" w:type="dxa"/>
              <w:left w:w="110" w:type="dxa"/>
              <w:bottom w:w="90" w:type="dxa"/>
              <w:right w:w="110" w:type="dxa"/>
            </w:tcMar>
            <w:vAlign w:val="center"/>
          </w:tcPr>
          <w:p w14:paraId="73C81D8D"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6"/>
              </w:rPr>
              <w:t>✓</w:t>
            </w:r>
          </w:p>
        </w:tc>
        <w:tc>
          <w:tcPr>
            <w:tcW w:w="1718" w:type="dxa"/>
            <w:shd w:val="clear" w:color="auto" w:fill="17365D"/>
            <w:tcMar>
              <w:top w:w="90" w:type="dxa"/>
              <w:left w:w="110" w:type="dxa"/>
              <w:bottom w:w="90" w:type="dxa"/>
              <w:right w:w="110" w:type="dxa"/>
            </w:tcMar>
            <w:vAlign w:val="center"/>
          </w:tcPr>
          <w:p w14:paraId="5F22A21B"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6"/>
              </w:rPr>
              <w:t>Verificação</w:t>
            </w:r>
          </w:p>
        </w:tc>
        <w:tc>
          <w:tcPr>
            <w:tcW w:w="4882" w:type="dxa"/>
            <w:shd w:val="clear" w:color="auto" w:fill="17365D"/>
            <w:tcMar>
              <w:top w:w="90" w:type="dxa"/>
              <w:left w:w="110" w:type="dxa"/>
              <w:bottom w:w="90" w:type="dxa"/>
              <w:right w:w="110" w:type="dxa"/>
            </w:tcMar>
            <w:vAlign w:val="center"/>
          </w:tcPr>
          <w:p w14:paraId="4EB1D7A0"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6"/>
              </w:rPr>
              <w:t>Critério</w:t>
            </w:r>
          </w:p>
        </w:tc>
        <w:tc>
          <w:tcPr>
            <w:tcW w:w="2150" w:type="dxa"/>
            <w:shd w:val="clear" w:color="auto" w:fill="17365D"/>
            <w:tcMar>
              <w:top w:w="90" w:type="dxa"/>
              <w:left w:w="110" w:type="dxa"/>
              <w:bottom w:w="90" w:type="dxa"/>
              <w:right w:w="110" w:type="dxa"/>
            </w:tcMar>
            <w:vAlign w:val="center"/>
          </w:tcPr>
          <w:p w14:paraId="17A9EB98" w14:textId="77777777" w:rsidR="00D56AFB" w:rsidRPr="00CD2577" w:rsidRDefault="00B80BC3" w:rsidP="004B2CD6">
            <w:pPr>
              <w:spacing w:after="30" w:line="240" w:lineRule="auto"/>
              <w:jc w:val="both"/>
              <w:rPr>
                <w:color w:val="FFFFFF" w:themeColor="background1"/>
              </w:rPr>
            </w:pPr>
            <w:r w:rsidRPr="00CD2577">
              <w:rPr>
                <w:b/>
                <w:color w:val="FFFFFF" w:themeColor="background1"/>
                <w:sz w:val="16"/>
              </w:rPr>
              <w:t>Observações</w:t>
            </w:r>
          </w:p>
        </w:tc>
      </w:tr>
      <w:tr w:rsidR="00CD2577" w:rsidRPr="006E2932" w14:paraId="6541476A" w14:textId="77777777" w:rsidTr="00CD2577">
        <w:trPr>
          <w:cantSplit/>
        </w:trPr>
        <w:tc>
          <w:tcPr>
            <w:tcW w:w="550" w:type="dxa"/>
            <w:tcMar>
              <w:top w:w="90" w:type="dxa"/>
              <w:left w:w="110" w:type="dxa"/>
              <w:bottom w:w="90" w:type="dxa"/>
              <w:right w:w="110" w:type="dxa"/>
            </w:tcMar>
            <w:vAlign w:val="center"/>
          </w:tcPr>
          <w:p w14:paraId="1A95EABB" w14:textId="77777777" w:rsidR="00D56AFB" w:rsidRPr="00CD2577" w:rsidRDefault="00B80BC3" w:rsidP="004B2CD6">
            <w:pPr>
              <w:spacing w:after="30" w:line="240" w:lineRule="auto"/>
              <w:jc w:val="both"/>
              <w:rPr>
                <w:color w:val="000000" w:themeColor="text1"/>
              </w:rPr>
            </w:pPr>
            <w:r w:rsidRPr="00CD2577">
              <w:rPr>
                <w:color w:val="000000" w:themeColor="text1"/>
                <w:sz w:val="22"/>
              </w:rPr>
              <w:t>☐</w:t>
            </w:r>
          </w:p>
        </w:tc>
        <w:tc>
          <w:tcPr>
            <w:tcW w:w="1718" w:type="dxa"/>
            <w:tcMar>
              <w:top w:w="90" w:type="dxa"/>
              <w:left w:w="110" w:type="dxa"/>
              <w:bottom w:w="90" w:type="dxa"/>
              <w:right w:w="110" w:type="dxa"/>
            </w:tcMar>
            <w:vAlign w:val="center"/>
          </w:tcPr>
          <w:p w14:paraId="045AC54E" w14:textId="6547A7A6" w:rsidR="00D56AFB" w:rsidRPr="00CD2577" w:rsidRDefault="00CD2577" w:rsidP="004B2CD6">
            <w:pPr>
              <w:spacing w:after="30" w:line="240" w:lineRule="auto"/>
              <w:jc w:val="both"/>
              <w:rPr>
                <w:color w:val="000000" w:themeColor="text1"/>
              </w:rPr>
            </w:pPr>
            <w:proofErr w:type="spellStart"/>
            <w:r>
              <w:rPr>
                <w:b/>
                <w:color w:val="000000" w:themeColor="text1"/>
                <w:sz w:val="16"/>
              </w:rPr>
              <w:t>Envio</w:t>
            </w:r>
            <w:proofErr w:type="spellEnd"/>
          </w:p>
        </w:tc>
        <w:tc>
          <w:tcPr>
            <w:tcW w:w="4882" w:type="dxa"/>
            <w:tcMar>
              <w:top w:w="90" w:type="dxa"/>
              <w:left w:w="110" w:type="dxa"/>
              <w:bottom w:w="90" w:type="dxa"/>
              <w:right w:w="110" w:type="dxa"/>
            </w:tcMar>
            <w:vAlign w:val="center"/>
          </w:tcPr>
          <w:p w14:paraId="294FEBBF" w14:textId="77777777" w:rsidR="00D56AFB" w:rsidRPr="003F202F" w:rsidRDefault="00B80BC3" w:rsidP="004B2CD6">
            <w:pPr>
              <w:spacing w:after="30" w:line="240" w:lineRule="auto"/>
              <w:jc w:val="both"/>
              <w:rPr>
                <w:color w:val="000000" w:themeColor="text1"/>
                <w:lang w:val="pt-PT"/>
              </w:rPr>
            </w:pPr>
            <w:r w:rsidRPr="003F202F">
              <w:rPr>
                <w:color w:val="000000" w:themeColor="text1"/>
                <w:sz w:val="16"/>
                <w:lang w:val="pt-PT"/>
              </w:rPr>
              <w:t>A candidatura está dirigida ao/à Presidente da Mesa da Assembleia Geral e/ou ao/à Presidente da Mesa da Assembleia Regional competente.</w:t>
            </w:r>
          </w:p>
        </w:tc>
        <w:tc>
          <w:tcPr>
            <w:tcW w:w="2150" w:type="dxa"/>
            <w:tcMar>
              <w:top w:w="90" w:type="dxa"/>
              <w:left w:w="110" w:type="dxa"/>
              <w:bottom w:w="90" w:type="dxa"/>
              <w:right w:w="110" w:type="dxa"/>
            </w:tcMar>
            <w:vAlign w:val="center"/>
          </w:tcPr>
          <w:p w14:paraId="7A13D0E1" w14:textId="77777777" w:rsidR="00D56AFB" w:rsidRPr="003F202F" w:rsidRDefault="00B80BC3" w:rsidP="004B2CD6">
            <w:pPr>
              <w:spacing w:after="30" w:line="240" w:lineRule="auto"/>
              <w:jc w:val="both"/>
              <w:rPr>
                <w:color w:val="000000" w:themeColor="text1"/>
                <w:lang w:val="pt-PT"/>
              </w:rPr>
            </w:pPr>
            <w:r w:rsidRPr="003F202F">
              <w:rPr>
                <w:color w:val="000000" w:themeColor="text1"/>
                <w:lang w:val="pt-PT"/>
              </w:rPr>
              <w:t xml:space="preserve"> </w:t>
            </w:r>
          </w:p>
        </w:tc>
      </w:tr>
      <w:tr w:rsidR="00CD2577" w:rsidRPr="006E2932" w14:paraId="27A2B6C6" w14:textId="77777777" w:rsidTr="00CD2577">
        <w:trPr>
          <w:cantSplit/>
        </w:trPr>
        <w:tc>
          <w:tcPr>
            <w:tcW w:w="550" w:type="dxa"/>
            <w:tcMar>
              <w:top w:w="90" w:type="dxa"/>
              <w:left w:w="110" w:type="dxa"/>
              <w:bottom w:w="90" w:type="dxa"/>
              <w:right w:w="110" w:type="dxa"/>
            </w:tcMar>
            <w:vAlign w:val="center"/>
          </w:tcPr>
          <w:p w14:paraId="145D9B22" w14:textId="77777777" w:rsidR="00D56AFB" w:rsidRPr="00CD2577" w:rsidRDefault="00B80BC3" w:rsidP="004B2CD6">
            <w:pPr>
              <w:spacing w:after="30" w:line="240" w:lineRule="auto"/>
              <w:jc w:val="both"/>
              <w:rPr>
                <w:color w:val="000000" w:themeColor="text1"/>
              </w:rPr>
            </w:pPr>
            <w:r w:rsidRPr="00CD2577">
              <w:rPr>
                <w:color w:val="000000" w:themeColor="text1"/>
                <w:sz w:val="22"/>
              </w:rPr>
              <w:t>☐</w:t>
            </w:r>
          </w:p>
        </w:tc>
        <w:tc>
          <w:tcPr>
            <w:tcW w:w="1718" w:type="dxa"/>
            <w:tcMar>
              <w:top w:w="90" w:type="dxa"/>
              <w:left w:w="110" w:type="dxa"/>
              <w:bottom w:w="90" w:type="dxa"/>
              <w:right w:w="110" w:type="dxa"/>
            </w:tcMar>
            <w:vAlign w:val="center"/>
          </w:tcPr>
          <w:p w14:paraId="661510DC" w14:textId="77777777" w:rsidR="00D56AFB" w:rsidRPr="00CD2577" w:rsidRDefault="00B80BC3" w:rsidP="004B2CD6">
            <w:pPr>
              <w:spacing w:after="30" w:line="240" w:lineRule="auto"/>
              <w:jc w:val="both"/>
              <w:rPr>
                <w:color w:val="000000" w:themeColor="text1"/>
              </w:rPr>
            </w:pPr>
            <w:r w:rsidRPr="00CD2577">
              <w:rPr>
                <w:b/>
                <w:color w:val="000000" w:themeColor="text1"/>
                <w:sz w:val="16"/>
              </w:rPr>
              <w:t>Prazo</w:t>
            </w:r>
          </w:p>
        </w:tc>
        <w:tc>
          <w:tcPr>
            <w:tcW w:w="4882" w:type="dxa"/>
            <w:tcMar>
              <w:top w:w="90" w:type="dxa"/>
              <w:left w:w="110" w:type="dxa"/>
              <w:bottom w:w="90" w:type="dxa"/>
              <w:right w:w="110" w:type="dxa"/>
            </w:tcMar>
            <w:vAlign w:val="center"/>
          </w:tcPr>
          <w:p w14:paraId="5134B9E3" w14:textId="77777777" w:rsidR="00D56AFB" w:rsidRPr="003F202F" w:rsidRDefault="00B80BC3" w:rsidP="004B2CD6">
            <w:pPr>
              <w:spacing w:after="30" w:line="240" w:lineRule="auto"/>
              <w:jc w:val="both"/>
              <w:rPr>
                <w:color w:val="000000" w:themeColor="text1"/>
                <w:lang w:val="pt-PT"/>
              </w:rPr>
            </w:pPr>
            <w:r w:rsidRPr="003F202F">
              <w:rPr>
                <w:color w:val="000000" w:themeColor="text1"/>
                <w:sz w:val="16"/>
                <w:lang w:val="pt-PT"/>
              </w:rPr>
              <w:t>A entrega será efetuada até ao prazo e horário previstos na convocatória.</w:t>
            </w:r>
          </w:p>
        </w:tc>
        <w:tc>
          <w:tcPr>
            <w:tcW w:w="2150" w:type="dxa"/>
            <w:tcMar>
              <w:top w:w="90" w:type="dxa"/>
              <w:left w:w="110" w:type="dxa"/>
              <w:bottom w:w="90" w:type="dxa"/>
              <w:right w:w="110" w:type="dxa"/>
            </w:tcMar>
            <w:vAlign w:val="center"/>
          </w:tcPr>
          <w:p w14:paraId="6ECC1DDE" w14:textId="77777777" w:rsidR="00D56AFB" w:rsidRPr="003F202F" w:rsidRDefault="00B80BC3" w:rsidP="004B2CD6">
            <w:pPr>
              <w:spacing w:after="30" w:line="240" w:lineRule="auto"/>
              <w:jc w:val="both"/>
              <w:rPr>
                <w:color w:val="000000" w:themeColor="text1"/>
                <w:lang w:val="pt-PT"/>
              </w:rPr>
            </w:pPr>
            <w:r w:rsidRPr="003F202F">
              <w:rPr>
                <w:color w:val="000000" w:themeColor="text1"/>
                <w:lang w:val="pt-PT"/>
              </w:rPr>
              <w:t xml:space="preserve"> </w:t>
            </w:r>
          </w:p>
        </w:tc>
      </w:tr>
      <w:tr w:rsidR="00CD2577" w:rsidRPr="006E2932" w14:paraId="4E04F802" w14:textId="77777777" w:rsidTr="00CD2577">
        <w:trPr>
          <w:cantSplit/>
        </w:trPr>
        <w:tc>
          <w:tcPr>
            <w:tcW w:w="550" w:type="dxa"/>
            <w:tcMar>
              <w:top w:w="90" w:type="dxa"/>
              <w:left w:w="110" w:type="dxa"/>
              <w:bottom w:w="90" w:type="dxa"/>
              <w:right w:w="110" w:type="dxa"/>
            </w:tcMar>
            <w:vAlign w:val="center"/>
          </w:tcPr>
          <w:p w14:paraId="284A9DC7" w14:textId="77777777" w:rsidR="00D56AFB" w:rsidRPr="00CD2577" w:rsidRDefault="00B80BC3" w:rsidP="004B2CD6">
            <w:pPr>
              <w:spacing w:after="30" w:line="240" w:lineRule="auto"/>
              <w:jc w:val="both"/>
              <w:rPr>
                <w:color w:val="000000" w:themeColor="text1"/>
              </w:rPr>
            </w:pPr>
            <w:r w:rsidRPr="00CD2577">
              <w:rPr>
                <w:color w:val="000000" w:themeColor="text1"/>
                <w:sz w:val="22"/>
              </w:rPr>
              <w:t>☐</w:t>
            </w:r>
          </w:p>
        </w:tc>
        <w:tc>
          <w:tcPr>
            <w:tcW w:w="1718" w:type="dxa"/>
            <w:tcMar>
              <w:top w:w="90" w:type="dxa"/>
              <w:left w:w="110" w:type="dxa"/>
              <w:bottom w:w="90" w:type="dxa"/>
              <w:right w:w="110" w:type="dxa"/>
            </w:tcMar>
            <w:vAlign w:val="center"/>
          </w:tcPr>
          <w:p w14:paraId="51939895" w14:textId="77777777" w:rsidR="00D56AFB" w:rsidRPr="00CD2577" w:rsidRDefault="00B80BC3" w:rsidP="004B2CD6">
            <w:pPr>
              <w:spacing w:after="30" w:line="240" w:lineRule="auto"/>
              <w:jc w:val="both"/>
              <w:rPr>
                <w:color w:val="000000" w:themeColor="text1"/>
              </w:rPr>
            </w:pPr>
            <w:r w:rsidRPr="00CD2577">
              <w:rPr>
                <w:b/>
                <w:color w:val="000000" w:themeColor="text1"/>
                <w:sz w:val="16"/>
              </w:rPr>
              <w:t>Individualização</w:t>
            </w:r>
          </w:p>
        </w:tc>
        <w:tc>
          <w:tcPr>
            <w:tcW w:w="4882" w:type="dxa"/>
            <w:tcMar>
              <w:top w:w="90" w:type="dxa"/>
              <w:left w:w="110" w:type="dxa"/>
              <w:bottom w:w="90" w:type="dxa"/>
              <w:right w:w="110" w:type="dxa"/>
            </w:tcMar>
            <w:vAlign w:val="center"/>
          </w:tcPr>
          <w:p w14:paraId="26517C4C" w14:textId="77777777" w:rsidR="00D56AFB" w:rsidRPr="003F202F" w:rsidRDefault="00B80BC3" w:rsidP="004B2CD6">
            <w:pPr>
              <w:spacing w:after="30" w:line="240" w:lineRule="auto"/>
              <w:jc w:val="both"/>
              <w:rPr>
                <w:color w:val="000000" w:themeColor="text1"/>
                <w:lang w:val="pt-PT"/>
              </w:rPr>
            </w:pPr>
            <w:r w:rsidRPr="003F202F">
              <w:rPr>
                <w:color w:val="000000" w:themeColor="text1"/>
                <w:sz w:val="16"/>
                <w:lang w:val="pt-PT"/>
              </w:rPr>
              <w:t>Existe uma lista de candidatos autónoma para cada órgão.</w:t>
            </w:r>
          </w:p>
        </w:tc>
        <w:tc>
          <w:tcPr>
            <w:tcW w:w="2150" w:type="dxa"/>
            <w:tcMar>
              <w:top w:w="90" w:type="dxa"/>
              <w:left w:w="110" w:type="dxa"/>
              <w:bottom w:w="90" w:type="dxa"/>
              <w:right w:w="110" w:type="dxa"/>
            </w:tcMar>
            <w:vAlign w:val="center"/>
          </w:tcPr>
          <w:p w14:paraId="1F1A463B" w14:textId="77777777" w:rsidR="00D56AFB" w:rsidRPr="003F202F" w:rsidRDefault="00B80BC3" w:rsidP="004B2CD6">
            <w:pPr>
              <w:spacing w:after="30" w:line="240" w:lineRule="auto"/>
              <w:jc w:val="both"/>
              <w:rPr>
                <w:color w:val="000000" w:themeColor="text1"/>
                <w:lang w:val="pt-PT"/>
              </w:rPr>
            </w:pPr>
            <w:r w:rsidRPr="003F202F">
              <w:rPr>
                <w:color w:val="000000" w:themeColor="text1"/>
                <w:lang w:val="pt-PT"/>
              </w:rPr>
              <w:t xml:space="preserve"> </w:t>
            </w:r>
          </w:p>
        </w:tc>
      </w:tr>
      <w:tr w:rsidR="00CD2577" w:rsidRPr="006E2932" w14:paraId="31545DD6" w14:textId="77777777" w:rsidTr="00CD2577">
        <w:trPr>
          <w:cantSplit/>
        </w:trPr>
        <w:tc>
          <w:tcPr>
            <w:tcW w:w="550" w:type="dxa"/>
            <w:tcMar>
              <w:top w:w="90" w:type="dxa"/>
              <w:left w:w="110" w:type="dxa"/>
              <w:bottom w:w="90" w:type="dxa"/>
              <w:right w:w="110" w:type="dxa"/>
            </w:tcMar>
            <w:vAlign w:val="center"/>
          </w:tcPr>
          <w:p w14:paraId="2FAB55DF" w14:textId="77777777" w:rsidR="00D56AFB" w:rsidRPr="00CD2577" w:rsidRDefault="00B80BC3" w:rsidP="004B2CD6">
            <w:pPr>
              <w:spacing w:after="30" w:line="240" w:lineRule="auto"/>
              <w:jc w:val="both"/>
              <w:rPr>
                <w:color w:val="000000" w:themeColor="text1"/>
              </w:rPr>
            </w:pPr>
            <w:r w:rsidRPr="00CD2577">
              <w:rPr>
                <w:color w:val="000000" w:themeColor="text1"/>
                <w:sz w:val="22"/>
              </w:rPr>
              <w:t>☐</w:t>
            </w:r>
          </w:p>
        </w:tc>
        <w:tc>
          <w:tcPr>
            <w:tcW w:w="1718" w:type="dxa"/>
            <w:tcMar>
              <w:top w:w="90" w:type="dxa"/>
              <w:left w:w="110" w:type="dxa"/>
              <w:bottom w:w="90" w:type="dxa"/>
              <w:right w:w="110" w:type="dxa"/>
            </w:tcMar>
            <w:vAlign w:val="center"/>
          </w:tcPr>
          <w:p w14:paraId="5B0A0A20" w14:textId="77777777" w:rsidR="00D56AFB" w:rsidRPr="00CD2577" w:rsidRDefault="00B80BC3" w:rsidP="004B2CD6">
            <w:pPr>
              <w:spacing w:after="30" w:line="240" w:lineRule="auto"/>
              <w:jc w:val="both"/>
              <w:rPr>
                <w:color w:val="000000" w:themeColor="text1"/>
              </w:rPr>
            </w:pPr>
            <w:r w:rsidRPr="00CD2577">
              <w:rPr>
                <w:b/>
                <w:color w:val="000000" w:themeColor="text1"/>
                <w:sz w:val="16"/>
              </w:rPr>
              <w:t>Composição</w:t>
            </w:r>
          </w:p>
        </w:tc>
        <w:tc>
          <w:tcPr>
            <w:tcW w:w="4882" w:type="dxa"/>
            <w:tcMar>
              <w:top w:w="90" w:type="dxa"/>
              <w:left w:w="110" w:type="dxa"/>
              <w:bottom w:w="90" w:type="dxa"/>
              <w:right w:w="110" w:type="dxa"/>
            </w:tcMar>
            <w:vAlign w:val="center"/>
          </w:tcPr>
          <w:p w14:paraId="2B335DB8" w14:textId="77777777" w:rsidR="00D56AFB" w:rsidRPr="003F202F" w:rsidRDefault="00B80BC3" w:rsidP="004B2CD6">
            <w:pPr>
              <w:spacing w:after="30" w:line="240" w:lineRule="auto"/>
              <w:jc w:val="both"/>
              <w:rPr>
                <w:color w:val="000000" w:themeColor="text1"/>
                <w:lang w:val="pt-PT"/>
              </w:rPr>
            </w:pPr>
            <w:r w:rsidRPr="003F202F">
              <w:rPr>
                <w:color w:val="000000" w:themeColor="text1"/>
                <w:sz w:val="16"/>
                <w:lang w:val="pt-PT"/>
              </w:rPr>
              <w:t>Cada lista tem o número e as categorias de candidatos exigidos.</w:t>
            </w:r>
          </w:p>
        </w:tc>
        <w:tc>
          <w:tcPr>
            <w:tcW w:w="2150" w:type="dxa"/>
            <w:tcMar>
              <w:top w:w="90" w:type="dxa"/>
              <w:left w:w="110" w:type="dxa"/>
              <w:bottom w:w="90" w:type="dxa"/>
              <w:right w:w="110" w:type="dxa"/>
            </w:tcMar>
            <w:vAlign w:val="center"/>
          </w:tcPr>
          <w:p w14:paraId="6C9F2B7D" w14:textId="77777777" w:rsidR="00D56AFB" w:rsidRPr="003F202F" w:rsidRDefault="00B80BC3" w:rsidP="004B2CD6">
            <w:pPr>
              <w:spacing w:after="30" w:line="240" w:lineRule="auto"/>
              <w:jc w:val="both"/>
              <w:rPr>
                <w:color w:val="000000" w:themeColor="text1"/>
                <w:lang w:val="pt-PT"/>
              </w:rPr>
            </w:pPr>
            <w:r w:rsidRPr="003F202F">
              <w:rPr>
                <w:color w:val="000000" w:themeColor="text1"/>
                <w:lang w:val="pt-PT"/>
              </w:rPr>
              <w:t xml:space="preserve"> </w:t>
            </w:r>
          </w:p>
        </w:tc>
      </w:tr>
      <w:tr w:rsidR="00CD2577" w:rsidRPr="006E2932" w14:paraId="17E26155" w14:textId="77777777" w:rsidTr="00CD2577">
        <w:trPr>
          <w:cantSplit/>
        </w:trPr>
        <w:tc>
          <w:tcPr>
            <w:tcW w:w="550" w:type="dxa"/>
            <w:tcMar>
              <w:top w:w="90" w:type="dxa"/>
              <w:left w:w="110" w:type="dxa"/>
              <w:bottom w:w="90" w:type="dxa"/>
              <w:right w:w="110" w:type="dxa"/>
            </w:tcMar>
            <w:vAlign w:val="center"/>
          </w:tcPr>
          <w:p w14:paraId="0CA0A526" w14:textId="77777777" w:rsidR="00D56AFB" w:rsidRPr="00CD2577" w:rsidRDefault="00B80BC3" w:rsidP="004B2CD6">
            <w:pPr>
              <w:spacing w:after="30" w:line="240" w:lineRule="auto"/>
              <w:jc w:val="both"/>
              <w:rPr>
                <w:color w:val="000000" w:themeColor="text1"/>
              </w:rPr>
            </w:pPr>
            <w:r w:rsidRPr="00CD2577">
              <w:rPr>
                <w:color w:val="000000" w:themeColor="text1"/>
                <w:sz w:val="22"/>
              </w:rPr>
              <w:t>☐</w:t>
            </w:r>
          </w:p>
        </w:tc>
        <w:tc>
          <w:tcPr>
            <w:tcW w:w="1718" w:type="dxa"/>
            <w:tcMar>
              <w:top w:w="90" w:type="dxa"/>
              <w:left w:w="110" w:type="dxa"/>
              <w:bottom w:w="90" w:type="dxa"/>
              <w:right w:w="110" w:type="dxa"/>
            </w:tcMar>
            <w:vAlign w:val="center"/>
          </w:tcPr>
          <w:p w14:paraId="09EC6472" w14:textId="77777777" w:rsidR="00D56AFB" w:rsidRPr="00CD2577" w:rsidRDefault="00B80BC3" w:rsidP="004B2CD6">
            <w:pPr>
              <w:spacing w:after="30" w:line="240" w:lineRule="auto"/>
              <w:jc w:val="both"/>
              <w:rPr>
                <w:color w:val="000000" w:themeColor="text1"/>
              </w:rPr>
            </w:pPr>
            <w:r w:rsidRPr="00CD2577">
              <w:rPr>
                <w:b/>
                <w:color w:val="000000" w:themeColor="text1"/>
                <w:sz w:val="16"/>
              </w:rPr>
              <w:t>Paridade</w:t>
            </w:r>
          </w:p>
        </w:tc>
        <w:tc>
          <w:tcPr>
            <w:tcW w:w="4882" w:type="dxa"/>
            <w:tcMar>
              <w:top w:w="90" w:type="dxa"/>
              <w:left w:w="110" w:type="dxa"/>
              <w:bottom w:w="90" w:type="dxa"/>
              <w:right w:w="110" w:type="dxa"/>
            </w:tcMar>
            <w:vAlign w:val="center"/>
          </w:tcPr>
          <w:p w14:paraId="4CD62163" w14:textId="77777777" w:rsidR="00D56AFB" w:rsidRPr="003F202F" w:rsidRDefault="00B80BC3" w:rsidP="004B2CD6">
            <w:pPr>
              <w:spacing w:after="30" w:line="240" w:lineRule="auto"/>
              <w:jc w:val="both"/>
              <w:rPr>
                <w:color w:val="000000" w:themeColor="text1"/>
                <w:lang w:val="pt-PT"/>
              </w:rPr>
            </w:pPr>
            <w:r w:rsidRPr="003F202F">
              <w:rPr>
                <w:color w:val="000000" w:themeColor="text1"/>
                <w:sz w:val="16"/>
                <w:lang w:val="pt-PT"/>
              </w:rPr>
              <w:t>A composição foi verificada à luz da representação equilibrada entre mulheres e homens.</w:t>
            </w:r>
          </w:p>
        </w:tc>
        <w:tc>
          <w:tcPr>
            <w:tcW w:w="2150" w:type="dxa"/>
            <w:tcMar>
              <w:top w:w="90" w:type="dxa"/>
              <w:left w:w="110" w:type="dxa"/>
              <w:bottom w:w="90" w:type="dxa"/>
              <w:right w:w="110" w:type="dxa"/>
            </w:tcMar>
            <w:vAlign w:val="center"/>
          </w:tcPr>
          <w:p w14:paraId="4DCBA0BD" w14:textId="77777777" w:rsidR="00D56AFB" w:rsidRPr="003F202F" w:rsidRDefault="00B80BC3" w:rsidP="004B2CD6">
            <w:pPr>
              <w:spacing w:after="30" w:line="240" w:lineRule="auto"/>
              <w:jc w:val="both"/>
              <w:rPr>
                <w:color w:val="000000" w:themeColor="text1"/>
                <w:lang w:val="pt-PT"/>
              </w:rPr>
            </w:pPr>
            <w:r w:rsidRPr="003F202F">
              <w:rPr>
                <w:color w:val="000000" w:themeColor="text1"/>
                <w:lang w:val="pt-PT"/>
              </w:rPr>
              <w:t xml:space="preserve"> </w:t>
            </w:r>
          </w:p>
        </w:tc>
      </w:tr>
      <w:tr w:rsidR="00CD2577" w:rsidRPr="006E2932" w14:paraId="48176F7F" w14:textId="77777777" w:rsidTr="00CD2577">
        <w:trPr>
          <w:cantSplit/>
        </w:trPr>
        <w:tc>
          <w:tcPr>
            <w:tcW w:w="550" w:type="dxa"/>
            <w:tcMar>
              <w:top w:w="90" w:type="dxa"/>
              <w:left w:w="110" w:type="dxa"/>
              <w:bottom w:w="90" w:type="dxa"/>
              <w:right w:w="110" w:type="dxa"/>
            </w:tcMar>
            <w:vAlign w:val="center"/>
          </w:tcPr>
          <w:p w14:paraId="62BCB838" w14:textId="77777777" w:rsidR="00D56AFB" w:rsidRPr="00CD2577" w:rsidRDefault="00B80BC3" w:rsidP="004B2CD6">
            <w:pPr>
              <w:spacing w:after="30" w:line="240" w:lineRule="auto"/>
              <w:jc w:val="both"/>
              <w:rPr>
                <w:color w:val="000000" w:themeColor="text1"/>
              </w:rPr>
            </w:pPr>
            <w:r w:rsidRPr="00CD2577">
              <w:rPr>
                <w:color w:val="000000" w:themeColor="text1"/>
                <w:sz w:val="22"/>
              </w:rPr>
              <w:t>☐</w:t>
            </w:r>
          </w:p>
        </w:tc>
        <w:tc>
          <w:tcPr>
            <w:tcW w:w="1718" w:type="dxa"/>
            <w:tcMar>
              <w:top w:w="90" w:type="dxa"/>
              <w:left w:w="110" w:type="dxa"/>
              <w:bottom w:w="90" w:type="dxa"/>
              <w:right w:w="110" w:type="dxa"/>
            </w:tcMar>
            <w:vAlign w:val="center"/>
          </w:tcPr>
          <w:p w14:paraId="7CF41AFA" w14:textId="77777777" w:rsidR="00D56AFB" w:rsidRPr="00CD2577" w:rsidRDefault="00B80BC3" w:rsidP="004B2CD6">
            <w:pPr>
              <w:spacing w:after="30" w:line="240" w:lineRule="auto"/>
              <w:jc w:val="both"/>
              <w:rPr>
                <w:color w:val="000000" w:themeColor="text1"/>
              </w:rPr>
            </w:pPr>
            <w:r w:rsidRPr="00CD2577">
              <w:rPr>
                <w:b/>
                <w:color w:val="000000" w:themeColor="text1"/>
                <w:sz w:val="16"/>
              </w:rPr>
              <w:t>Aceitação</w:t>
            </w:r>
          </w:p>
        </w:tc>
        <w:tc>
          <w:tcPr>
            <w:tcW w:w="4882" w:type="dxa"/>
            <w:tcMar>
              <w:top w:w="90" w:type="dxa"/>
              <w:left w:w="110" w:type="dxa"/>
              <w:bottom w:w="90" w:type="dxa"/>
              <w:right w:w="110" w:type="dxa"/>
            </w:tcMar>
            <w:vAlign w:val="center"/>
          </w:tcPr>
          <w:p w14:paraId="3BBBD278" w14:textId="77777777" w:rsidR="00D56AFB" w:rsidRPr="003F202F" w:rsidRDefault="00B80BC3" w:rsidP="004B2CD6">
            <w:pPr>
              <w:spacing w:after="30" w:line="240" w:lineRule="auto"/>
              <w:jc w:val="both"/>
              <w:rPr>
                <w:color w:val="000000" w:themeColor="text1"/>
                <w:lang w:val="pt-PT"/>
              </w:rPr>
            </w:pPr>
            <w:r w:rsidRPr="003F202F">
              <w:rPr>
                <w:color w:val="000000" w:themeColor="text1"/>
                <w:sz w:val="16"/>
                <w:lang w:val="pt-PT"/>
              </w:rPr>
              <w:t>Existe declaração individual assinada por cada candidato.</w:t>
            </w:r>
          </w:p>
        </w:tc>
        <w:tc>
          <w:tcPr>
            <w:tcW w:w="2150" w:type="dxa"/>
            <w:tcMar>
              <w:top w:w="90" w:type="dxa"/>
              <w:left w:w="110" w:type="dxa"/>
              <w:bottom w:w="90" w:type="dxa"/>
              <w:right w:w="110" w:type="dxa"/>
            </w:tcMar>
            <w:vAlign w:val="center"/>
          </w:tcPr>
          <w:p w14:paraId="2F8623C8" w14:textId="77777777" w:rsidR="00D56AFB" w:rsidRPr="003F202F" w:rsidRDefault="00B80BC3" w:rsidP="004B2CD6">
            <w:pPr>
              <w:spacing w:after="30" w:line="240" w:lineRule="auto"/>
              <w:jc w:val="both"/>
              <w:rPr>
                <w:color w:val="000000" w:themeColor="text1"/>
                <w:lang w:val="pt-PT"/>
              </w:rPr>
            </w:pPr>
            <w:r w:rsidRPr="003F202F">
              <w:rPr>
                <w:color w:val="000000" w:themeColor="text1"/>
                <w:lang w:val="pt-PT"/>
              </w:rPr>
              <w:t xml:space="preserve"> </w:t>
            </w:r>
          </w:p>
        </w:tc>
      </w:tr>
      <w:tr w:rsidR="00CD2577" w:rsidRPr="006E2932" w14:paraId="74D4D30B" w14:textId="77777777" w:rsidTr="00CD2577">
        <w:trPr>
          <w:cantSplit/>
        </w:trPr>
        <w:tc>
          <w:tcPr>
            <w:tcW w:w="550" w:type="dxa"/>
            <w:tcMar>
              <w:top w:w="90" w:type="dxa"/>
              <w:left w:w="110" w:type="dxa"/>
              <w:bottom w:w="90" w:type="dxa"/>
              <w:right w:w="110" w:type="dxa"/>
            </w:tcMar>
            <w:vAlign w:val="center"/>
          </w:tcPr>
          <w:p w14:paraId="461D2BAF" w14:textId="77777777" w:rsidR="00D56AFB" w:rsidRPr="00CD2577" w:rsidRDefault="00B80BC3" w:rsidP="004B2CD6">
            <w:pPr>
              <w:spacing w:after="30" w:line="240" w:lineRule="auto"/>
              <w:jc w:val="both"/>
              <w:rPr>
                <w:color w:val="000000" w:themeColor="text1"/>
              </w:rPr>
            </w:pPr>
            <w:r w:rsidRPr="00CD2577">
              <w:rPr>
                <w:color w:val="000000" w:themeColor="text1"/>
                <w:sz w:val="22"/>
              </w:rPr>
              <w:t>☐</w:t>
            </w:r>
          </w:p>
        </w:tc>
        <w:tc>
          <w:tcPr>
            <w:tcW w:w="1718" w:type="dxa"/>
            <w:tcMar>
              <w:top w:w="90" w:type="dxa"/>
              <w:left w:w="110" w:type="dxa"/>
              <w:bottom w:w="90" w:type="dxa"/>
              <w:right w:w="110" w:type="dxa"/>
            </w:tcMar>
            <w:vAlign w:val="center"/>
          </w:tcPr>
          <w:p w14:paraId="6821BC87" w14:textId="77777777" w:rsidR="00D56AFB" w:rsidRPr="00CD2577" w:rsidRDefault="00B80BC3" w:rsidP="004B2CD6">
            <w:pPr>
              <w:spacing w:after="30" w:line="240" w:lineRule="auto"/>
              <w:jc w:val="both"/>
              <w:rPr>
                <w:color w:val="000000" w:themeColor="text1"/>
              </w:rPr>
            </w:pPr>
            <w:r w:rsidRPr="00CD2577">
              <w:rPr>
                <w:b/>
                <w:color w:val="000000" w:themeColor="text1"/>
                <w:sz w:val="16"/>
              </w:rPr>
              <w:t>Incompatibilidades</w:t>
            </w:r>
          </w:p>
        </w:tc>
        <w:tc>
          <w:tcPr>
            <w:tcW w:w="4882" w:type="dxa"/>
            <w:tcMar>
              <w:top w:w="90" w:type="dxa"/>
              <w:left w:w="110" w:type="dxa"/>
              <w:bottom w:w="90" w:type="dxa"/>
              <w:right w:w="110" w:type="dxa"/>
            </w:tcMar>
            <w:vAlign w:val="center"/>
          </w:tcPr>
          <w:p w14:paraId="714A6CB8" w14:textId="77777777" w:rsidR="00D56AFB" w:rsidRPr="003F202F" w:rsidRDefault="00B80BC3" w:rsidP="004B2CD6">
            <w:pPr>
              <w:spacing w:after="30" w:line="240" w:lineRule="auto"/>
              <w:jc w:val="both"/>
              <w:rPr>
                <w:color w:val="000000" w:themeColor="text1"/>
                <w:lang w:val="pt-PT"/>
              </w:rPr>
            </w:pPr>
            <w:r w:rsidRPr="003F202F">
              <w:rPr>
                <w:color w:val="000000" w:themeColor="text1"/>
                <w:sz w:val="16"/>
                <w:lang w:val="pt-PT"/>
              </w:rPr>
              <w:t>As declarações aplicáveis incluem compromisso de honra sobre incompatibilidades.</w:t>
            </w:r>
          </w:p>
        </w:tc>
        <w:tc>
          <w:tcPr>
            <w:tcW w:w="2150" w:type="dxa"/>
            <w:tcMar>
              <w:top w:w="90" w:type="dxa"/>
              <w:left w:w="110" w:type="dxa"/>
              <w:bottom w:w="90" w:type="dxa"/>
              <w:right w:w="110" w:type="dxa"/>
            </w:tcMar>
            <w:vAlign w:val="center"/>
          </w:tcPr>
          <w:p w14:paraId="4F39BB57" w14:textId="77777777" w:rsidR="00D56AFB" w:rsidRPr="003F202F" w:rsidRDefault="00B80BC3" w:rsidP="004B2CD6">
            <w:pPr>
              <w:spacing w:after="30" w:line="240" w:lineRule="auto"/>
              <w:jc w:val="both"/>
              <w:rPr>
                <w:color w:val="000000" w:themeColor="text1"/>
                <w:lang w:val="pt-PT"/>
              </w:rPr>
            </w:pPr>
            <w:r w:rsidRPr="003F202F">
              <w:rPr>
                <w:color w:val="000000" w:themeColor="text1"/>
                <w:lang w:val="pt-PT"/>
              </w:rPr>
              <w:t xml:space="preserve"> </w:t>
            </w:r>
          </w:p>
        </w:tc>
      </w:tr>
      <w:tr w:rsidR="00CD2577" w:rsidRPr="006E2932" w14:paraId="0F9C97CC" w14:textId="77777777" w:rsidTr="00CD2577">
        <w:trPr>
          <w:cantSplit/>
        </w:trPr>
        <w:tc>
          <w:tcPr>
            <w:tcW w:w="550" w:type="dxa"/>
            <w:tcMar>
              <w:top w:w="90" w:type="dxa"/>
              <w:left w:w="110" w:type="dxa"/>
              <w:bottom w:w="90" w:type="dxa"/>
              <w:right w:w="110" w:type="dxa"/>
            </w:tcMar>
            <w:vAlign w:val="center"/>
          </w:tcPr>
          <w:p w14:paraId="23B1300E" w14:textId="77777777" w:rsidR="00D56AFB" w:rsidRPr="00CD2577" w:rsidRDefault="00B80BC3" w:rsidP="004B2CD6">
            <w:pPr>
              <w:spacing w:after="30" w:line="240" w:lineRule="auto"/>
              <w:jc w:val="both"/>
              <w:rPr>
                <w:color w:val="000000" w:themeColor="text1"/>
              </w:rPr>
            </w:pPr>
            <w:r w:rsidRPr="00CD2577">
              <w:rPr>
                <w:color w:val="000000" w:themeColor="text1"/>
                <w:sz w:val="22"/>
              </w:rPr>
              <w:t>☐</w:t>
            </w:r>
          </w:p>
        </w:tc>
        <w:tc>
          <w:tcPr>
            <w:tcW w:w="1718" w:type="dxa"/>
            <w:tcMar>
              <w:top w:w="90" w:type="dxa"/>
              <w:left w:w="110" w:type="dxa"/>
              <w:bottom w:w="90" w:type="dxa"/>
              <w:right w:w="110" w:type="dxa"/>
            </w:tcMar>
            <w:vAlign w:val="center"/>
          </w:tcPr>
          <w:p w14:paraId="5F8D4181" w14:textId="77777777" w:rsidR="00D56AFB" w:rsidRPr="00CD2577" w:rsidRDefault="00B80BC3" w:rsidP="004B2CD6">
            <w:pPr>
              <w:spacing w:after="30" w:line="240" w:lineRule="auto"/>
              <w:jc w:val="both"/>
              <w:rPr>
                <w:color w:val="000000" w:themeColor="text1"/>
              </w:rPr>
            </w:pPr>
            <w:r w:rsidRPr="00CD2577">
              <w:rPr>
                <w:b/>
                <w:color w:val="000000" w:themeColor="text1"/>
                <w:sz w:val="16"/>
              </w:rPr>
              <w:t>Não membros</w:t>
            </w:r>
          </w:p>
        </w:tc>
        <w:tc>
          <w:tcPr>
            <w:tcW w:w="4882" w:type="dxa"/>
            <w:tcMar>
              <w:top w:w="90" w:type="dxa"/>
              <w:left w:w="110" w:type="dxa"/>
              <w:bottom w:w="90" w:type="dxa"/>
              <w:right w:w="110" w:type="dxa"/>
            </w:tcMar>
            <w:vAlign w:val="center"/>
          </w:tcPr>
          <w:p w14:paraId="4916E973" w14:textId="77777777" w:rsidR="00D56AFB" w:rsidRPr="003F202F" w:rsidRDefault="00B80BC3" w:rsidP="004B2CD6">
            <w:pPr>
              <w:spacing w:after="30" w:line="240" w:lineRule="auto"/>
              <w:jc w:val="both"/>
              <w:rPr>
                <w:color w:val="000000" w:themeColor="text1"/>
                <w:lang w:val="pt-PT"/>
              </w:rPr>
            </w:pPr>
            <w:r w:rsidRPr="003F202F">
              <w:rPr>
                <w:color w:val="000000" w:themeColor="text1"/>
                <w:sz w:val="16"/>
                <w:lang w:val="pt-PT"/>
              </w:rPr>
              <w:t>Os candidatos não membros estão apenas nas categorias legalmente admitidas e juntam a documentação exigida.</w:t>
            </w:r>
          </w:p>
        </w:tc>
        <w:tc>
          <w:tcPr>
            <w:tcW w:w="2150" w:type="dxa"/>
            <w:tcMar>
              <w:top w:w="90" w:type="dxa"/>
              <w:left w:w="110" w:type="dxa"/>
              <w:bottom w:w="90" w:type="dxa"/>
              <w:right w:w="110" w:type="dxa"/>
            </w:tcMar>
            <w:vAlign w:val="center"/>
          </w:tcPr>
          <w:p w14:paraId="0F06B6B9" w14:textId="77777777" w:rsidR="00D56AFB" w:rsidRPr="003F202F" w:rsidRDefault="00B80BC3" w:rsidP="004B2CD6">
            <w:pPr>
              <w:spacing w:after="30" w:line="240" w:lineRule="auto"/>
              <w:jc w:val="both"/>
              <w:rPr>
                <w:color w:val="000000" w:themeColor="text1"/>
                <w:lang w:val="pt-PT"/>
              </w:rPr>
            </w:pPr>
            <w:r w:rsidRPr="003F202F">
              <w:rPr>
                <w:color w:val="000000" w:themeColor="text1"/>
                <w:lang w:val="pt-PT"/>
              </w:rPr>
              <w:t xml:space="preserve"> </w:t>
            </w:r>
          </w:p>
        </w:tc>
      </w:tr>
      <w:tr w:rsidR="00CD2577" w:rsidRPr="006E2932" w14:paraId="76FD7983" w14:textId="77777777" w:rsidTr="00CD2577">
        <w:trPr>
          <w:cantSplit/>
        </w:trPr>
        <w:tc>
          <w:tcPr>
            <w:tcW w:w="550" w:type="dxa"/>
            <w:tcMar>
              <w:top w:w="90" w:type="dxa"/>
              <w:left w:w="110" w:type="dxa"/>
              <w:bottom w:w="90" w:type="dxa"/>
              <w:right w:w="110" w:type="dxa"/>
            </w:tcMar>
            <w:vAlign w:val="center"/>
          </w:tcPr>
          <w:p w14:paraId="0578369E" w14:textId="77777777" w:rsidR="00D56AFB" w:rsidRPr="00CD2577" w:rsidRDefault="00B80BC3" w:rsidP="004B2CD6">
            <w:pPr>
              <w:spacing w:after="30" w:line="240" w:lineRule="auto"/>
              <w:jc w:val="both"/>
              <w:rPr>
                <w:color w:val="000000" w:themeColor="text1"/>
              </w:rPr>
            </w:pPr>
            <w:r w:rsidRPr="00CD2577">
              <w:rPr>
                <w:color w:val="000000" w:themeColor="text1"/>
                <w:sz w:val="22"/>
              </w:rPr>
              <w:t>☐</w:t>
            </w:r>
          </w:p>
        </w:tc>
        <w:tc>
          <w:tcPr>
            <w:tcW w:w="1718" w:type="dxa"/>
            <w:tcMar>
              <w:top w:w="90" w:type="dxa"/>
              <w:left w:w="110" w:type="dxa"/>
              <w:bottom w:w="90" w:type="dxa"/>
              <w:right w:w="110" w:type="dxa"/>
            </w:tcMar>
            <w:vAlign w:val="center"/>
          </w:tcPr>
          <w:p w14:paraId="6FD40624" w14:textId="77777777" w:rsidR="00D56AFB" w:rsidRPr="00CD2577" w:rsidRDefault="00B80BC3" w:rsidP="004B2CD6">
            <w:pPr>
              <w:spacing w:after="30" w:line="240" w:lineRule="auto"/>
              <w:jc w:val="both"/>
              <w:rPr>
                <w:color w:val="000000" w:themeColor="text1"/>
              </w:rPr>
            </w:pPr>
            <w:r w:rsidRPr="00CD2577">
              <w:rPr>
                <w:b/>
                <w:color w:val="000000" w:themeColor="text1"/>
                <w:sz w:val="16"/>
              </w:rPr>
              <w:t>Subscritores</w:t>
            </w:r>
          </w:p>
        </w:tc>
        <w:tc>
          <w:tcPr>
            <w:tcW w:w="4882" w:type="dxa"/>
            <w:tcMar>
              <w:top w:w="90" w:type="dxa"/>
              <w:left w:w="110" w:type="dxa"/>
              <w:bottom w:w="90" w:type="dxa"/>
              <w:right w:w="110" w:type="dxa"/>
            </w:tcMar>
            <w:vAlign w:val="center"/>
          </w:tcPr>
          <w:p w14:paraId="33FC7C81" w14:textId="77777777" w:rsidR="00D56AFB" w:rsidRPr="003F202F" w:rsidRDefault="00B80BC3" w:rsidP="004B2CD6">
            <w:pPr>
              <w:spacing w:after="30" w:line="240" w:lineRule="auto"/>
              <w:jc w:val="both"/>
              <w:rPr>
                <w:color w:val="000000" w:themeColor="text1"/>
                <w:lang w:val="pt-PT"/>
              </w:rPr>
            </w:pPr>
            <w:r w:rsidRPr="003F202F">
              <w:rPr>
                <w:color w:val="000000" w:themeColor="text1"/>
                <w:sz w:val="16"/>
                <w:lang w:val="pt-PT"/>
              </w:rPr>
              <w:t>O número mínimo foi confirmado; todos estão identificados e não integram a lista subscrita.</w:t>
            </w:r>
          </w:p>
        </w:tc>
        <w:tc>
          <w:tcPr>
            <w:tcW w:w="2150" w:type="dxa"/>
            <w:tcMar>
              <w:top w:w="90" w:type="dxa"/>
              <w:left w:w="110" w:type="dxa"/>
              <w:bottom w:w="90" w:type="dxa"/>
              <w:right w:w="110" w:type="dxa"/>
            </w:tcMar>
            <w:vAlign w:val="center"/>
          </w:tcPr>
          <w:p w14:paraId="78412A37" w14:textId="77777777" w:rsidR="00D56AFB" w:rsidRPr="003F202F" w:rsidRDefault="00B80BC3" w:rsidP="004B2CD6">
            <w:pPr>
              <w:spacing w:after="30" w:line="240" w:lineRule="auto"/>
              <w:jc w:val="both"/>
              <w:rPr>
                <w:color w:val="000000" w:themeColor="text1"/>
                <w:lang w:val="pt-PT"/>
              </w:rPr>
            </w:pPr>
            <w:r w:rsidRPr="003F202F">
              <w:rPr>
                <w:color w:val="000000" w:themeColor="text1"/>
                <w:lang w:val="pt-PT"/>
              </w:rPr>
              <w:t xml:space="preserve"> </w:t>
            </w:r>
          </w:p>
        </w:tc>
      </w:tr>
      <w:tr w:rsidR="00CD2577" w:rsidRPr="006E2932" w14:paraId="05259BF1" w14:textId="77777777" w:rsidTr="00CD2577">
        <w:trPr>
          <w:cantSplit/>
        </w:trPr>
        <w:tc>
          <w:tcPr>
            <w:tcW w:w="550" w:type="dxa"/>
            <w:tcMar>
              <w:top w:w="90" w:type="dxa"/>
              <w:left w:w="110" w:type="dxa"/>
              <w:bottom w:w="90" w:type="dxa"/>
              <w:right w:w="110" w:type="dxa"/>
            </w:tcMar>
            <w:vAlign w:val="center"/>
          </w:tcPr>
          <w:p w14:paraId="752B8841" w14:textId="77777777" w:rsidR="00D56AFB" w:rsidRPr="00CD2577" w:rsidRDefault="00B80BC3" w:rsidP="004B2CD6">
            <w:pPr>
              <w:spacing w:after="30" w:line="240" w:lineRule="auto"/>
              <w:jc w:val="both"/>
              <w:rPr>
                <w:color w:val="000000" w:themeColor="text1"/>
              </w:rPr>
            </w:pPr>
            <w:r w:rsidRPr="00CD2577">
              <w:rPr>
                <w:color w:val="000000" w:themeColor="text1"/>
                <w:sz w:val="22"/>
              </w:rPr>
              <w:t>☐</w:t>
            </w:r>
          </w:p>
        </w:tc>
        <w:tc>
          <w:tcPr>
            <w:tcW w:w="1718" w:type="dxa"/>
            <w:tcMar>
              <w:top w:w="90" w:type="dxa"/>
              <w:left w:w="110" w:type="dxa"/>
              <w:bottom w:w="90" w:type="dxa"/>
              <w:right w:w="110" w:type="dxa"/>
            </w:tcMar>
            <w:vAlign w:val="center"/>
          </w:tcPr>
          <w:p w14:paraId="22171496" w14:textId="77777777" w:rsidR="00D56AFB" w:rsidRPr="00CD2577" w:rsidRDefault="00B80BC3" w:rsidP="004B2CD6">
            <w:pPr>
              <w:spacing w:after="30" w:line="240" w:lineRule="auto"/>
              <w:jc w:val="both"/>
              <w:rPr>
                <w:color w:val="000000" w:themeColor="text1"/>
              </w:rPr>
            </w:pPr>
            <w:r w:rsidRPr="00CD2577">
              <w:rPr>
                <w:b/>
                <w:color w:val="000000" w:themeColor="text1"/>
                <w:sz w:val="16"/>
              </w:rPr>
              <w:t>Delegado</w:t>
            </w:r>
          </w:p>
        </w:tc>
        <w:tc>
          <w:tcPr>
            <w:tcW w:w="4882" w:type="dxa"/>
            <w:tcMar>
              <w:top w:w="90" w:type="dxa"/>
              <w:left w:w="110" w:type="dxa"/>
              <w:bottom w:w="90" w:type="dxa"/>
              <w:right w:w="110" w:type="dxa"/>
            </w:tcMar>
            <w:vAlign w:val="center"/>
          </w:tcPr>
          <w:p w14:paraId="6A7D726A" w14:textId="77777777" w:rsidR="00D56AFB" w:rsidRPr="003F202F" w:rsidRDefault="00B80BC3" w:rsidP="004B2CD6">
            <w:pPr>
              <w:spacing w:after="30" w:line="240" w:lineRule="auto"/>
              <w:jc w:val="both"/>
              <w:rPr>
                <w:color w:val="000000" w:themeColor="text1"/>
                <w:lang w:val="pt-PT"/>
              </w:rPr>
            </w:pPr>
            <w:r w:rsidRPr="003F202F">
              <w:rPr>
                <w:color w:val="000000" w:themeColor="text1"/>
                <w:sz w:val="16"/>
                <w:lang w:val="pt-PT"/>
              </w:rPr>
              <w:t>O delegado está identificado, aceita a designação, fornece contactos diretos e não é candidato.</w:t>
            </w:r>
          </w:p>
        </w:tc>
        <w:tc>
          <w:tcPr>
            <w:tcW w:w="2150" w:type="dxa"/>
            <w:tcMar>
              <w:top w:w="90" w:type="dxa"/>
              <w:left w:w="110" w:type="dxa"/>
              <w:bottom w:w="90" w:type="dxa"/>
              <w:right w:w="110" w:type="dxa"/>
            </w:tcMar>
            <w:vAlign w:val="center"/>
          </w:tcPr>
          <w:p w14:paraId="699B47FD" w14:textId="77777777" w:rsidR="00D56AFB" w:rsidRPr="003F202F" w:rsidRDefault="00B80BC3" w:rsidP="004B2CD6">
            <w:pPr>
              <w:spacing w:after="30" w:line="240" w:lineRule="auto"/>
              <w:jc w:val="both"/>
              <w:rPr>
                <w:color w:val="000000" w:themeColor="text1"/>
                <w:lang w:val="pt-PT"/>
              </w:rPr>
            </w:pPr>
            <w:r w:rsidRPr="003F202F">
              <w:rPr>
                <w:color w:val="000000" w:themeColor="text1"/>
                <w:lang w:val="pt-PT"/>
              </w:rPr>
              <w:t xml:space="preserve"> </w:t>
            </w:r>
          </w:p>
        </w:tc>
      </w:tr>
      <w:tr w:rsidR="00CD2577" w:rsidRPr="006E2932" w14:paraId="42C41C4A" w14:textId="77777777" w:rsidTr="00CD2577">
        <w:trPr>
          <w:cantSplit/>
        </w:trPr>
        <w:tc>
          <w:tcPr>
            <w:tcW w:w="550" w:type="dxa"/>
            <w:tcMar>
              <w:top w:w="90" w:type="dxa"/>
              <w:left w:w="110" w:type="dxa"/>
              <w:bottom w:w="90" w:type="dxa"/>
              <w:right w:w="110" w:type="dxa"/>
            </w:tcMar>
            <w:vAlign w:val="center"/>
          </w:tcPr>
          <w:p w14:paraId="0EDC16AA" w14:textId="77777777" w:rsidR="00D56AFB" w:rsidRPr="00CD2577" w:rsidRDefault="00B80BC3" w:rsidP="004B2CD6">
            <w:pPr>
              <w:spacing w:after="30" w:line="240" w:lineRule="auto"/>
              <w:jc w:val="both"/>
              <w:rPr>
                <w:color w:val="000000" w:themeColor="text1"/>
              </w:rPr>
            </w:pPr>
            <w:r w:rsidRPr="00CD2577">
              <w:rPr>
                <w:color w:val="000000" w:themeColor="text1"/>
                <w:sz w:val="22"/>
              </w:rPr>
              <w:t>☐</w:t>
            </w:r>
          </w:p>
        </w:tc>
        <w:tc>
          <w:tcPr>
            <w:tcW w:w="1718" w:type="dxa"/>
            <w:tcMar>
              <w:top w:w="90" w:type="dxa"/>
              <w:left w:w="110" w:type="dxa"/>
              <w:bottom w:w="90" w:type="dxa"/>
              <w:right w:w="110" w:type="dxa"/>
            </w:tcMar>
            <w:vAlign w:val="center"/>
          </w:tcPr>
          <w:p w14:paraId="2C5E2E62" w14:textId="77777777" w:rsidR="00D56AFB" w:rsidRPr="00CD2577" w:rsidRDefault="00B80BC3" w:rsidP="004B2CD6">
            <w:pPr>
              <w:spacing w:after="30" w:line="240" w:lineRule="auto"/>
              <w:jc w:val="both"/>
              <w:rPr>
                <w:color w:val="000000" w:themeColor="text1"/>
              </w:rPr>
            </w:pPr>
            <w:r w:rsidRPr="00CD2577">
              <w:rPr>
                <w:b/>
                <w:color w:val="000000" w:themeColor="text1"/>
                <w:sz w:val="16"/>
              </w:rPr>
              <w:t>Programa</w:t>
            </w:r>
          </w:p>
        </w:tc>
        <w:tc>
          <w:tcPr>
            <w:tcW w:w="4882" w:type="dxa"/>
            <w:tcMar>
              <w:top w:w="90" w:type="dxa"/>
              <w:left w:w="110" w:type="dxa"/>
              <w:bottom w:w="90" w:type="dxa"/>
              <w:right w:w="110" w:type="dxa"/>
            </w:tcMar>
            <w:vAlign w:val="center"/>
          </w:tcPr>
          <w:p w14:paraId="3426290A" w14:textId="77777777" w:rsidR="00D56AFB" w:rsidRPr="003F202F" w:rsidRDefault="00B80BC3" w:rsidP="004B2CD6">
            <w:pPr>
              <w:spacing w:after="30" w:line="240" w:lineRule="auto"/>
              <w:jc w:val="both"/>
              <w:rPr>
                <w:color w:val="000000" w:themeColor="text1"/>
                <w:lang w:val="pt-PT"/>
              </w:rPr>
            </w:pPr>
            <w:r w:rsidRPr="003F202F">
              <w:rPr>
                <w:color w:val="000000" w:themeColor="text1"/>
                <w:sz w:val="16"/>
                <w:lang w:val="pt-PT"/>
              </w:rPr>
              <w:t>O programa acompanha a candidatura.</w:t>
            </w:r>
          </w:p>
        </w:tc>
        <w:tc>
          <w:tcPr>
            <w:tcW w:w="2150" w:type="dxa"/>
            <w:tcMar>
              <w:top w:w="90" w:type="dxa"/>
              <w:left w:w="110" w:type="dxa"/>
              <w:bottom w:w="90" w:type="dxa"/>
              <w:right w:w="110" w:type="dxa"/>
            </w:tcMar>
            <w:vAlign w:val="center"/>
          </w:tcPr>
          <w:p w14:paraId="37012A64" w14:textId="77777777" w:rsidR="00D56AFB" w:rsidRPr="003F202F" w:rsidRDefault="00B80BC3" w:rsidP="004B2CD6">
            <w:pPr>
              <w:spacing w:after="30" w:line="240" w:lineRule="auto"/>
              <w:jc w:val="both"/>
              <w:rPr>
                <w:color w:val="000000" w:themeColor="text1"/>
                <w:lang w:val="pt-PT"/>
              </w:rPr>
            </w:pPr>
            <w:r w:rsidRPr="003F202F">
              <w:rPr>
                <w:color w:val="000000" w:themeColor="text1"/>
                <w:lang w:val="pt-PT"/>
              </w:rPr>
              <w:t xml:space="preserve"> </w:t>
            </w:r>
          </w:p>
        </w:tc>
      </w:tr>
      <w:tr w:rsidR="00CD2577" w:rsidRPr="006E2932" w14:paraId="14D848AC" w14:textId="77777777" w:rsidTr="00CD2577">
        <w:trPr>
          <w:cantSplit/>
        </w:trPr>
        <w:tc>
          <w:tcPr>
            <w:tcW w:w="550" w:type="dxa"/>
            <w:tcMar>
              <w:top w:w="90" w:type="dxa"/>
              <w:left w:w="110" w:type="dxa"/>
              <w:bottom w:w="90" w:type="dxa"/>
              <w:right w:w="110" w:type="dxa"/>
            </w:tcMar>
            <w:vAlign w:val="center"/>
          </w:tcPr>
          <w:p w14:paraId="787E142D" w14:textId="77777777" w:rsidR="00D56AFB" w:rsidRPr="00CD2577" w:rsidRDefault="00B80BC3" w:rsidP="004B2CD6">
            <w:pPr>
              <w:spacing w:after="30" w:line="240" w:lineRule="auto"/>
              <w:jc w:val="both"/>
              <w:rPr>
                <w:color w:val="000000" w:themeColor="text1"/>
              </w:rPr>
            </w:pPr>
            <w:r w:rsidRPr="00CD2577">
              <w:rPr>
                <w:color w:val="000000" w:themeColor="text1"/>
                <w:sz w:val="22"/>
              </w:rPr>
              <w:t>☐</w:t>
            </w:r>
          </w:p>
        </w:tc>
        <w:tc>
          <w:tcPr>
            <w:tcW w:w="1718" w:type="dxa"/>
            <w:tcMar>
              <w:top w:w="90" w:type="dxa"/>
              <w:left w:w="110" w:type="dxa"/>
              <w:bottom w:w="90" w:type="dxa"/>
              <w:right w:w="110" w:type="dxa"/>
            </w:tcMar>
            <w:vAlign w:val="center"/>
          </w:tcPr>
          <w:p w14:paraId="17D905A0" w14:textId="77777777" w:rsidR="00D56AFB" w:rsidRPr="00CD2577" w:rsidRDefault="00B80BC3" w:rsidP="004B2CD6">
            <w:pPr>
              <w:spacing w:after="30" w:line="240" w:lineRule="auto"/>
              <w:jc w:val="both"/>
              <w:rPr>
                <w:color w:val="000000" w:themeColor="text1"/>
              </w:rPr>
            </w:pPr>
            <w:r w:rsidRPr="00CD2577">
              <w:rPr>
                <w:b/>
                <w:color w:val="000000" w:themeColor="text1"/>
                <w:sz w:val="16"/>
              </w:rPr>
              <w:t>Assinaturas</w:t>
            </w:r>
          </w:p>
        </w:tc>
        <w:tc>
          <w:tcPr>
            <w:tcW w:w="4882" w:type="dxa"/>
            <w:tcMar>
              <w:top w:w="90" w:type="dxa"/>
              <w:left w:w="110" w:type="dxa"/>
              <w:bottom w:w="90" w:type="dxa"/>
              <w:right w:w="110" w:type="dxa"/>
            </w:tcMar>
            <w:vAlign w:val="center"/>
          </w:tcPr>
          <w:p w14:paraId="7BB98797" w14:textId="77777777" w:rsidR="00D56AFB" w:rsidRPr="003F202F" w:rsidRDefault="00B80BC3" w:rsidP="004B2CD6">
            <w:pPr>
              <w:spacing w:after="30" w:line="240" w:lineRule="auto"/>
              <w:jc w:val="both"/>
              <w:rPr>
                <w:color w:val="000000" w:themeColor="text1"/>
                <w:lang w:val="pt-PT"/>
              </w:rPr>
            </w:pPr>
            <w:r w:rsidRPr="003F202F">
              <w:rPr>
                <w:color w:val="000000" w:themeColor="text1"/>
                <w:sz w:val="16"/>
                <w:lang w:val="pt-PT"/>
              </w:rPr>
              <w:t>Todas as assinaturas necessárias foram apostas.</w:t>
            </w:r>
          </w:p>
        </w:tc>
        <w:tc>
          <w:tcPr>
            <w:tcW w:w="2150" w:type="dxa"/>
            <w:tcMar>
              <w:top w:w="90" w:type="dxa"/>
              <w:left w:w="110" w:type="dxa"/>
              <w:bottom w:w="90" w:type="dxa"/>
              <w:right w:w="110" w:type="dxa"/>
            </w:tcMar>
            <w:vAlign w:val="center"/>
          </w:tcPr>
          <w:p w14:paraId="17939C1A" w14:textId="77777777" w:rsidR="00D56AFB" w:rsidRPr="003F202F" w:rsidRDefault="00B80BC3" w:rsidP="004B2CD6">
            <w:pPr>
              <w:spacing w:after="30" w:line="240" w:lineRule="auto"/>
              <w:jc w:val="both"/>
              <w:rPr>
                <w:color w:val="000000" w:themeColor="text1"/>
                <w:lang w:val="pt-PT"/>
              </w:rPr>
            </w:pPr>
            <w:r w:rsidRPr="003F202F">
              <w:rPr>
                <w:color w:val="000000" w:themeColor="text1"/>
                <w:lang w:val="pt-PT"/>
              </w:rPr>
              <w:t xml:space="preserve"> </w:t>
            </w:r>
          </w:p>
        </w:tc>
      </w:tr>
      <w:tr w:rsidR="00CD2577" w:rsidRPr="006E2932" w14:paraId="649224CF" w14:textId="77777777" w:rsidTr="00CD2577">
        <w:trPr>
          <w:cantSplit/>
        </w:trPr>
        <w:tc>
          <w:tcPr>
            <w:tcW w:w="550" w:type="dxa"/>
            <w:tcMar>
              <w:top w:w="90" w:type="dxa"/>
              <w:left w:w="110" w:type="dxa"/>
              <w:bottom w:w="90" w:type="dxa"/>
              <w:right w:w="110" w:type="dxa"/>
            </w:tcMar>
            <w:vAlign w:val="center"/>
          </w:tcPr>
          <w:p w14:paraId="48689CF1" w14:textId="77777777" w:rsidR="00D56AFB" w:rsidRPr="00CD2577" w:rsidRDefault="00B80BC3" w:rsidP="004B2CD6">
            <w:pPr>
              <w:spacing w:after="30" w:line="240" w:lineRule="auto"/>
              <w:jc w:val="both"/>
              <w:rPr>
                <w:color w:val="000000" w:themeColor="text1"/>
              </w:rPr>
            </w:pPr>
            <w:r w:rsidRPr="00CD2577">
              <w:rPr>
                <w:color w:val="000000" w:themeColor="text1"/>
                <w:sz w:val="22"/>
              </w:rPr>
              <w:t>☐</w:t>
            </w:r>
          </w:p>
        </w:tc>
        <w:tc>
          <w:tcPr>
            <w:tcW w:w="1718" w:type="dxa"/>
            <w:tcMar>
              <w:top w:w="90" w:type="dxa"/>
              <w:left w:w="110" w:type="dxa"/>
              <w:bottom w:w="90" w:type="dxa"/>
              <w:right w:w="110" w:type="dxa"/>
            </w:tcMar>
            <w:vAlign w:val="center"/>
          </w:tcPr>
          <w:p w14:paraId="705994B4" w14:textId="77777777" w:rsidR="00D56AFB" w:rsidRPr="00CD2577" w:rsidRDefault="00B80BC3" w:rsidP="004B2CD6">
            <w:pPr>
              <w:spacing w:after="30" w:line="240" w:lineRule="auto"/>
              <w:jc w:val="both"/>
              <w:rPr>
                <w:color w:val="000000" w:themeColor="text1"/>
              </w:rPr>
            </w:pPr>
            <w:r w:rsidRPr="00CD2577">
              <w:rPr>
                <w:b/>
                <w:color w:val="000000" w:themeColor="text1"/>
                <w:sz w:val="16"/>
              </w:rPr>
              <w:t>Organização</w:t>
            </w:r>
          </w:p>
        </w:tc>
        <w:tc>
          <w:tcPr>
            <w:tcW w:w="4882" w:type="dxa"/>
            <w:tcMar>
              <w:top w:w="90" w:type="dxa"/>
              <w:left w:w="110" w:type="dxa"/>
              <w:bottom w:w="90" w:type="dxa"/>
              <w:right w:w="110" w:type="dxa"/>
            </w:tcMar>
            <w:vAlign w:val="center"/>
          </w:tcPr>
          <w:p w14:paraId="37AA9E59" w14:textId="77777777" w:rsidR="00D56AFB" w:rsidRPr="003F202F" w:rsidRDefault="00B80BC3" w:rsidP="004B2CD6">
            <w:pPr>
              <w:spacing w:after="30" w:line="240" w:lineRule="auto"/>
              <w:jc w:val="both"/>
              <w:rPr>
                <w:color w:val="000000" w:themeColor="text1"/>
                <w:lang w:val="pt-PT"/>
              </w:rPr>
            </w:pPr>
            <w:r w:rsidRPr="003F202F">
              <w:rPr>
                <w:color w:val="000000" w:themeColor="text1"/>
                <w:sz w:val="16"/>
                <w:lang w:val="pt-PT"/>
              </w:rPr>
              <w:t>As páginas estão numeradas e os anexos identificados.</w:t>
            </w:r>
          </w:p>
        </w:tc>
        <w:tc>
          <w:tcPr>
            <w:tcW w:w="2150" w:type="dxa"/>
            <w:tcMar>
              <w:top w:w="90" w:type="dxa"/>
              <w:left w:w="110" w:type="dxa"/>
              <w:bottom w:w="90" w:type="dxa"/>
              <w:right w:w="110" w:type="dxa"/>
            </w:tcMar>
            <w:vAlign w:val="center"/>
          </w:tcPr>
          <w:p w14:paraId="278997D2" w14:textId="77777777" w:rsidR="00D56AFB" w:rsidRPr="003F202F" w:rsidRDefault="00B80BC3" w:rsidP="004B2CD6">
            <w:pPr>
              <w:spacing w:after="30" w:line="240" w:lineRule="auto"/>
              <w:jc w:val="both"/>
              <w:rPr>
                <w:color w:val="000000" w:themeColor="text1"/>
                <w:lang w:val="pt-PT"/>
              </w:rPr>
            </w:pPr>
            <w:r w:rsidRPr="003F202F">
              <w:rPr>
                <w:color w:val="000000" w:themeColor="text1"/>
                <w:lang w:val="pt-PT"/>
              </w:rPr>
              <w:t xml:space="preserve"> </w:t>
            </w:r>
          </w:p>
        </w:tc>
      </w:tr>
      <w:tr w:rsidR="00CD2577" w:rsidRPr="00CD2577" w14:paraId="50661EBD" w14:textId="77777777" w:rsidTr="00CD2577">
        <w:trPr>
          <w:cantSplit/>
          <w:tblHeader/>
        </w:trPr>
        <w:tc>
          <w:tcPr>
            <w:tcW w:w="2268" w:type="dxa"/>
            <w:gridSpan w:val="2"/>
            <w:shd w:val="clear" w:color="auto" w:fill="E8EEF5"/>
            <w:tcMar>
              <w:top w:w="90" w:type="dxa"/>
              <w:left w:w="110" w:type="dxa"/>
              <w:bottom w:w="90" w:type="dxa"/>
              <w:right w:w="110" w:type="dxa"/>
            </w:tcMar>
            <w:vAlign w:val="center"/>
          </w:tcPr>
          <w:p w14:paraId="559B0B04" w14:textId="77777777" w:rsidR="00D56AFB" w:rsidRPr="00CD2577" w:rsidRDefault="00B80BC3" w:rsidP="004B2CD6">
            <w:pPr>
              <w:spacing w:after="30" w:line="240" w:lineRule="auto"/>
              <w:jc w:val="both"/>
              <w:rPr>
                <w:color w:val="000000" w:themeColor="text1"/>
              </w:rPr>
            </w:pPr>
            <w:proofErr w:type="spellStart"/>
            <w:r w:rsidRPr="00CD2577">
              <w:rPr>
                <w:b/>
                <w:color w:val="000000" w:themeColor="text1"/>
                <w:sz w:val="18"/>
              </w:rPr>
              <w:t>Número</w:t>
            </w:r>
            <w:proofErr w:type="spellEnd"/>
            <w:r w:rsidRPr="00CD2577">
              <w:rPr>
                <w:b/>
                <w:color w:val="000000" w:themeColor="text1"/>
                <w:sz w:val="18"/>
              </w:rPr>
              <w:t xml:space="preserve"> total de </w:t>
            </w:r>
            <w:proofErr w:type="spellStart"/>
            <w:r w:rsidRPr="00CD2577">
              <w:rPr>
                <w:b/>
                <w:color w:val="000000" w:themeColor="text1"/>
                <w:sz w:val="18"/>
              </w:rPr>
              <w:t>páginas</w:t>
            </w:r>
            <w:proofErr w:type="spellEnd"/>
          </w:p>
        </w:tc>
        <w:tc>
          <w:tcPr>
            <w:tcW w:w="7032" w:type="dxa"/>
            <w:gridSpan w:val="2"/>
            <w:tcMar>
              <w:top w:w="90" w:type="dxa"/>
              <w:left w:w="110" w:type="dxa"/>
              <w:bottom w:w="90" w:type="dxa"/>
              <w:right w:w="110" w:type="dxa"/>
            </w:tcMar>
            <w:vAlign w:val="center"/>
          </w:tcPr>
          <w:p w14:paraId="38026EEC" w14:textId="17420B13" w:rsidR="00D56AFB" w:rsidRPr="00CD2577" w:rsidRDefault="00D56AFB" w:rsidP="004B2CD6">
            <w:pPr>
              <w:spacing w:after="30" w:line="240" w:lineRule="auto"/>
              <w:jc w:val="both"/>
              <w:rPr>
                <w:color w:val="000000" w:themeColor="text1"/>
              </w:rPr>
            </w:pPr>
          </w:p>
        </w:tc>
      </w:tr>
      <w:tr w:rsidR="00CD2577" w:rsidRPr="00CD2577" w14:paraId="22E9EF67" w14:textId="77777777" w:rsidTr="00CD2577">
        <w:trPr>
          <w:cantSplit/>
        </w:trPr>
        <w:tc>
          <w:tcPr>
            <w:tcW w:w="2268" w:type="dxa"/>
            <w:gridSpan w:val="2"/>
            <w:shd w:val="clear" w:color="auto" w:fill="E8EEF5"/>
            <w:tcMar>
              <w:top w:w="90" w:type="dxa"/>
              <w:left w:w="110" w:type="dxa"/>
              <w:bottom w:w="90" w:type="dxa"/>
              <w:right w:w="110" w:type="dxa"/>
            </w:tcMar>
            <w:vAlign w:val="center"/>
          </w:tcPr>
          <w:p w14:paraId="78B60BAD" w14:textId="77777777" w:rsidR="00D56AFB" w:rsidRPr="00CD2577" w:rsidRDefault="00B80BC3" w:rsidP="004B2CD6">
            <w:pPr>
              <w:spacing w:after="30" w:line="240" w:lineRule="auto"/>
              <w:jc w:val="both"/>
              <w:rPr>
                <w:color w:val="000000" w:themeColor="text1"/>
              </w:rPr>
            </w:pPr>
            <w:proofErr w:type="spellStart"/>
            <w:r w:rsidRPr="00CD2577">
              <w:rPr>
                <w:b/>
                <w:color w:val="000000" w:themeColor="text1"/>
                <w:sz w:val="18"/>
              </w:rPr>
              <w:t>Número</w:t>
            </w:r>
            <w:proofErr w:type="spellEnd"/>
            <w:r w:rsidRPr="00CD2577">
              <w:rPr>
                <w:b/>
                <w:color w:val="000000" w:themeColor="text1"/>
                <w:sz w:val="18"/>
              </w:rPr>
              <w:t xml:space="preserve"> total de </w:t>
            </w:r>
            <w:proofErr w:type="spellStart"/>
            <w:r w:rsidRPr="00CD2577">
              <w:rPr>
                <w:b/>
                <w:color w:val="000000" w:themeColor="text1"/>
                <w:sz w:val="18"/>
              </w:rPr>
              <w:t>documentos</w:t>
            </w:r>
            <w:proofErr w:type="spellEnd"/>
          </w:p>
        </w:tc>
        <w:tc>
          <w:tcPr>
            <w:tcW w:w="7032" w:type="dxa"/>
            <w:gridSpan w:val="2"/>
            <w:tcMar>
              <w:top w:w="90" w:type="dxa"/>
              <w:left w:w="110" w:type="dxa"/>
              <w:bottom w:w="90" w:type="dxa"/>
              <w:right w:w="110" w:type="dxa"/>
            </w:tcMar>
            <w:vAlign w:val="center"/>
          </w:tcPr>
          <w:p w14:paraId="7AEAF5F0" w14:textId="5BAF88FB" w:rsidR="00D56AFB" w:rsidRPr="00CD2577" w:rsidRDefault="00D56AFB" w:rsidP="004B2CD6">
            <w:pPr>
              <w:spacing w:after="30" w:line="240" w:lineRule="auto"/>
              <w:jc w:val="both"/>
              <w:rPr>
                <w:color w:val="000000" w:themeColor="text1"/>
              </w:rPr>
            </w:pPr>
          </w:p>
        </w:tc>
      </w:tr>
      <w:tr w:rsidR="00CD2577" w:rsidRPr="00CD2577" w14:paraId="1BBA071D" w14:textId="77777777" w:rsidTr="00CD2577">
        <w:trPr>
          <w:cantSplit/>
        </w:trPr>
        <w:tc>
          <w:tcPr>
            <w:tcW w:w="2268" w:type="dxa"/>
            <w:gridSpan w:val="2"/>
            <w:shd w:val="clear" w:color="auto" w:fill="E8EEF5"/>
            <w:tcMar>
              <w:top w:w="90" w:type="dxa"/>
              <w:left w:w="110" w:type="dxa"/>
              <w:bottom w:w="90" w:type="dxa"/>
              <w:right w:w="110" w:type="dxa"/>
            </w:tcMar>
            <w:vAlign w:val="center"/>
          </w:tcPr>
          <w:p w14:paraId="0391F599" w14:textId="77777777" w:rsidR="00D56AFB" w:rsidRPr="00CD2577" w:rsidRDefault="00B80BC3" w:rsidP="004B2CD6">
            <w:pPr>
              <w:spacing w:after="30" w:line="240" w:lineRule="auto"/>
              <w:jc w:val="both"/>
              <w:rPr>
                <w:color w:val="000000" w:themeColor="text1"/>
              </w:rPr>
            </w:pPr>
            <w:r w:rsidRPr="00CD2577">
              <w:rPr>
                <w:b/>
                <w:color w:val="000000" w:themeColor="text1"/>
                <w:sz w:val="18"/>
              </w:rPr>
              <w:t>Local e data</w:t>
            </w:r>
          </w:p>
        </w:tc>
        <w:tc>
          <w:tcPr>
            <w:tcW w:w="7032" w:type="dxa"/>
            <w:gridSpan w:val="2"/>
            <w:tcMar>
              <w:top w:w="90" w:type="dxa"/>
              <w:left w:w="110" w:type="dxa"/>
              <w:bottom w:w="90" w:type="dxa"/>
              <w:right w:w="110" w:type="dxa"/>
            </w:tcMar>
            <w:vAlign w:val="center"/>
          </w:tcPr>
          <w:p w14:paraId="1187A462" w14:textId="7826DE0C" w:rsidR="00D56AFB" w:rsidRPr="00CD2577" w:rsidRDefault="00D56AFB" w:rsidP="004B2CD6">
            <w:pPr>
              <w:spacing w:after="30" w:line="240" w:lineRule="auto"/>
              <w:jc w:val="both"/>
              <w:rPr>
                <w:color w:val="000000" w:themeColor="text1"/>
              </w:rPr>
            </w:pPr>
          </w:p>
        </w:tc>
      </w:tr>
      <w:tr w:rsidR="00CD2577" w:rsidRPr="006E2932" w14:paraId="011DBA63" w14:textId="77777777" w:rsidTr="00CD2577">
        <w:trPr>
          <w:cantSplit/>
        </w:trPr>
        <w:tc>
          <w:tcPr>
            <w:tcW w:w="2268" w:type="dxa"/>
            <w:gridSpan w:val="2"/>
            <w:shd w:val="clear" w:color="auto" w:fill="E8EEF5"/>
            <w:tcMar>
              <w:top w:w="90" w:type="dxa"/>
              <w:left w:w="110" w:type="dxa"/>
              <w:bottom w:w="90" w:type="dxa"/>
              <w:right w:w="110" w:type="dxa"/>
            </w:tcMar>
            <w:vAlign w:val="center"/>
          </w:tcPr>
          <w:p w14:paraId="4AAFB043" w14:textId="77777777" w:rsidR="00D56AFB" w:rsidRPr="003F202F" w:rsidRDefault="00B80BC3" w:rsidP="004B2CD6">
            <w:pPr>
              <w:spacing w:after="30" w:line="240" w:lineRule="auto"/>
              <w:jc w:val="both"/>
              <w:rPr>
                <w:color w:val="000000" w:themeColor="text1"/>
                <w:lang w:val="pt-PT"/>
              </w:rPr>
            </w:pPr>
            <w:r w:rsidRPr="003F202F">
              <w:rPr>
                <w:b/>
                <w:color w:val="000000" w:themeColor="text1"/>
                <w:sz w:val="18"/>
                <w:lang w:val="pt-PT"/>
              </w:rPr>
              <w:t>Assinatura do/a delegado/a</w:t>
            </w:r>
          </w:p>
        </w:tc>
        <w:tc>
          <w:tcPr>
            <w:tcW w:w="7032" w:type="dxa"/>
            <w:gridSpan w:val="2"/>
            <w:tcMar>
              <w:top w:w="90" w:type="dxa"/>
              <w:left w:w="110" w:type="dxa"/>
              <w:bottom w:w="90" w:type="dxa"/>
              <w:right w:w="110" w:type="dxa"/>
            </w:tcMar>
            <w:vAlign w:val="center"/>
          </w:tcPr>
          <w:p w14:paraId="5109D42E" w14:textId="77777777" w:rsidR="00D56AFB" w:rsidRPr="003F202F" w:rsidRDefault="00B80BC3" w:rsidP="004B2CD6">
            <w:pPr>
              <w:spacing w:after="30" w:line="240" w:lineRule="auto"/>
              <w:jc w:val="both"/>
              <w:rPr>
                <w:color w:val="000000" w:themeColor="text1"/>
                <w:lang w:val="pt-PT"/>
              </w:rPr>
            </w:pPr>
            <w:r w:rsidRPr="003F202F">
              <w:rPr>
                <w:color w:val="000000" w:themeColor="text1"/>
                <w:sz w:val="19"/>
                <w:lang w:val="pt-PT"/>
              </w:rPr>
              <w:t>Assinar manualmente ou apor assinatura eletrónica válida</w:t>
            </w:r>
          </w:p>
        </w:tc>
      </w:tr>
    </w:tbl>
    <w:p w14:paraId="6C841AFD" w14:textId="77777777" w:rsidR="00D56AFB" w:rsidRPr="003F202F" w:rsidRDefault="00D56AFB" w:rsidP="004B2CD6">
      <w:pPr>
        <w:spacing w:after="20"/>
        <w:jc w:val="both"/>
        <w:rPr>
          <w:color w:val="000000" w:themeColor="text1"/>
          <w:lang w:val="pt-PT"/>
        </w:rPr>
      </w:pPr>
    </w:p>
    <w:tbl>
      <w:tblPr>
        <w:tblStyle w:val="TabelacomGrelha"/>
        <w:tblW w:w="9300" w:type="dxa"/>
        <w:tblInd w:w="110" w:type="dxa"/>
        <w:tblLayout w:type="fixed"/>
        <w:tblLook w:val="04A0" w:firstRow="1" w:lastRow="0" w:firstColumn="1" w:lastColumn="0" w:noHBand="0" w:noVBand="1"/>
      </w:tblPr>
      <w:tblGrid>
        <w:gridCol w:w="9300"/>
      </w:tblGrid>
      <w:tr w:rsidR="00D56AFB" w:rsidRPr="006E2932" w14:paraId="2A7915CB" w14:textId="77777777">
        <w:trPr>
          <w:tblHeader/>
        </w:trPr>
        <w:tc>
          <w:tcPr>
            <w:tcW w:w="9300" w:type="dxa"/>
            <w:shd w:val="clear" w:color="auto" w:fill="F4F6F9"/>
            <w:tcMar>
              <w:top w:w="90" w:type="dxa"/>
              <w:left w:w="110" w:type="dxa"/>
              <w:bottom w:w="90" w:type="dxa"/>
              <w:right w:w="110" w:type="dxa"/>
            </w:tcMar>
            <w:vAlign w:val="center"/>
          </w:tcPr>
          <w:p w14:paraId="230C5080" w14:textId="77777777" w:rsidR="00D56AFB" w:rsidRPr="003F202F" w:rsidRDefault="00B80BC3" w:rsidP="004B2CD6">
            <w:pPr>
              <w:spacing w:after="30" w:line="240" w:lineRule="auto"/>
              <w:jc w:val="both"/>
              <w:rPr>
                <w:color w:val="000000" w:themeColor="text1"/>
                <w:lang w:val="pt-PT"/>
              </w:rPr>
            </w:pPr>
            <w:r w:rsidRPr="003F202F">
              <w:rPr>
                <w:b/>
                <w:color w:val="000000" w:themeColor="text1"/>
                <w:sz w:val="18"/>
                <w:lang w:val="pt-PT"/>
              </w:rPr>
              <w:t xml:space="preserve">Nota: </w:t>
            </w:r>
            <w:r w:rsidRPr="003F202F">
              <w:rPr>
                <w:color w:val="000000" w:themeColor="text1"/>
                <w:sz w:val="18"/>
                <w:lang w:val="pt-PT"/>
              </w:rPr>
              <w:t>Conservar o recibo emitido pela OA, com data, hora e discriminação dos documentos entregues.</w:t>
            </w:r>
          </w:p>
        </w:tc>
      </w:tr>
    </w:tbl>
    <w:p w14:paraId="0245D7AE" w14:textId="77777777" w:rsidR="00D56AFB" w:rsidRPr="003F202F" w:rsidRDefault="00D56AFB" w:rsidP="004B2CD6">
      <w:pPr>
        <w:spacing w:after="20"/>
        <w:jc w:val="both"/>
        <w:rPr>
          <w:color w:val="000000" w:themeColor="text1"/>
          <w:lang w:val="pt-PT"/>
        </w:rPr>
      </w:pPr>
    </w:p>
    <w:p w14:paraId="4C6FD3E6" w14:textId="77777777" w:rsidR="00D56AFB" w:rsidRPr="003F202F" w:rsidRDefault="00B80BC3" w:rsidP="004B2CD6">
      <w:pPr>
        <w:jc w:val="both"/>
        <w:rPr>
          <w:color w:val="000000" w:themeColor="text1"/>
          <w:lang w:val="pt-PT"/>
        </w:rPr>
      </w:pPr>
      <w:r w:rsidRPr="003F202F">
        <w:rPr>
          <w:color w:val="000000" w:themeColor="text1"/>
          <w:lang w:val="pt-PT"/>
        </w:rPr>
        <w:br w:type="page"/>
      </w:r>
    </w:p>
    <w:p w14:paraId="79210668" w14:textId="77777777" w:rsidR="00D56AFB" w:rsidRPr="003F202F" w:rsidRDefault="00B80BC3" w:rsidP="004B2CD6">
      <w:pPr>
        <w:keepNext/>
        <w:spacing w:before="40" w:after="40"/>
        <w:jc w:val="both"/>
        <w:rPr>
          <w:color w:val="000000" w:themeColor="text1"/>
          <w:lang w:val="pt-PT"/>
        </w:rPr>
      </w:pPr>
      <w:r w:rsidRPr="003F202F">
        <w:rPr>
          <w:b/>
          <w:color w:val="000000" w:themeColor="text1"/>
          <w:sz w:val="17"/>
          <w:lang w:val="pt-PT"/>
        </w:rPr>
        <w:lastRenderedPageBreak/>
        <w:t>REFERÊNCIAS</w:t>
      </w:r>
    </w:p>
    <w:p w14:paraId="02FFAB30" w14:textId="77777777" w:rsidR="00D56AFB" w:rsidRPr="003F202F" w:rsidRDefault="00B80BC3" w:rsidP="004B2CD6">
      <w:pPr>
        <w:pStyle w:val="Ttulo1"/>
        <w:jc w:val="both"/>
        <w:rPr>
          <w:color w:val="000000" w:themeColor="text1"/>
          <w:lang w:val="pt-PT"/>
        </w:rPr>
      </w:pPr>
      <w:r w:rsidRPr="003F202F">
        <w:rPr>
          <w:color w:val="000000" w:themeColor="text1"/>
          <w:lang w:val="pt-PT"/>
        </w:rPr>
        <w:t>Enquadramento normativo e notas finais</w:t>
      </w:r>
    </w:p>
    <w:p w14:paraId="2556F707" w14:textId="77777777" w:rsidR="00D56AFB" w:rsidRPr="003F202F" w:rsidRDefault="00B80BC3" w:rsidP="004B2CD6">
      <w:pPr>
        <w:pStyle w:val="Listacommarcas"/>
        <w:jc w:val="both"/>
        <w:rPr>
          <w:color w:val="000000" w:themeColor="text1"/>
          <w:lang w:val="pt-PT"/>
        </w:rPr>
      </w:pPr>
      <w:r w:rsidRPr="003F202F">
        <w:rPr>
          <w:color w:val="000000" w:themeColor="text1"/>
          <w:lang w:val="pt-PT"/>
        </w:rPr>
        <w:t>Estatuto da Ordem dos Arquitectos, na redação resultante da Lei n.º 12/2024, de 19 de janeiro.</w:t>
      </w:r>
    </w:p>
    <w:p w14:paraId="144F8FEE" w14:textId="77777777" w:rsidR="00D56AFB" w:rsidRPr="003F202F" w:rsidRDefault="00B80BC3" w:rsidP="004B2CD6">
      <w:pPr>
        <w:pStyle w:val="Listacommarcas"/>
        <w:jc w:val="both"/>
        <w:rPr>
          <w:color w:val="000000" w:themeColor="text1"/>
          <w:lang w:val="pt-PT"/>
        </w:rPr>
      </w:pPr>
      <w:r w:rsidRPr="003F202F">
        <w:rPr>
          <w:color w:val="000000" w:themeColor="text1"/>
          <w:lang w:val="pt-PT"/>
        </w:rPr>
        <w:t>Regulamento da Eleição dos Órgãos e Realização de Referendos Internos da Ordem dos Arquitectos, republicado pelo Regulamento n.º 453/2026, de 29 de abril.</w:t>
      </w:r>
    </w:p>
    <w:p w14:paraId="4B515369" w14:textId="77777777" w:rsidR="00D56AFB" w:rsidRPr="003F202F" w:rsidRDefault="00B80BC3" w:rsidP="004B2CD6">
      <w:pPr>
        <w:pStyle w:val="Listacommarcas"/>
        <w:jc w:val="both"/>
        <w:rPr>
          <w:color w:val="000000" w:themeColor="text1"/>
          <w:lang w:val="pt-PT"/>
        </w:rPr>
      </w:pPr>
      <w:r w:rsidRPr="003F202F">
        <w:rPr>
          <w:color w:val="000000" w:themeColor="text1"/>
          <w:lang w:val="pt-PT"/>
        </w:rPr>
        <w:t>Convocatória da Assembleia Geral Ordinária para eleição dos órgãos nacionais, mandato 2027–2029.</w:t>
      </w:r>
    </w:p>
    <w:p w14:paraId="09F9B498" w14:textId="77777777" w:rsidR="00D56AFB" w:rsidRPr="003F202F" w:rsidRDefault="00B80BC3" w:rsidP="004B2CD6">
      <w:pPr>
        <w:pStyle w:val="Listacommarcas"/>
        <w:jc w:val="both"/>
        <w:rPr>
          <w:color w:val="000000" w:themeColor="text1"/>
          <w:lang w:val="pt-PT"/>
        </w:rPr>
      </w:pPr>
      <w:r w:rsidRPr="003F202F">
        <w:rPr>
          <w:color w:val="000000" w:themeColor="text1"/>
          <w:lang w:val="pt-PT"/>
        </w:rPr>
        <w:t>Convocatórias das Assembleias Regionais Ordinárias para eleição dos órgãos regionais, mandato 2027–2029.</w:t>
      </w:r>
    </w:p>
    <w:tbl>
      <w:tblPr>
        <w:tblStyle w:val="TabelacomGrelha"/>
        <w:tblW w:w="9300" w:type="dxa"/>
        <w:tblInd w:w="110" w:type="dxa"/>
        <w:tblLayout w:type="fixed"/>
        <w:tblLook w:val="04A0" w:firstRow="1" w:lastRow="0" w:firstColumn="1" w:lastColumn="0" w:noHBand="0" w:noVBand="1"/>
      </w:tblPr>
      <w:tblGrid>
        <w:gridCol w:w="9300"/>
      </w:tblGrid>
      <w:tr w:rsidR="00D56AFB" w:rsidRPr="006E2932" w14:paraId="38A5A6FB" w14:textId="77777777">
        <w:trPr>
          <w:tblHeader/>
        </w:trPr>
        <w:tc>
          <w:tcPr>
            <w:tcW w:w="9300" w:type="dxa"/>
            <w:shd w:val="clear" w:color="auto" w:fill="F4F6F9"/>
            <w:tcMar>
              <w:top w:w="90" w:type="dxa"/>
              <w:left w:w="110" w:type="dxa"/>
              <w:bottom w:w="90" w:type="dxa"/>
              <w:right w:w="110" w:type="dxa"/>
            </w:tcMar>
            <w:vAlign w:val="center"/>
          </w:tcPr>
          <w:p w14:paraId="4B91EFB4" w14:textId="77777777" w:rsidR="00D56AFB" w:rsidRPr="003F202F" w:rsidRDefault="00B80BC3" w:rsidP="004B2CD6">
            <w:pPr>
              <w:spacing w:after="30" w:line="240" w:lineRule="auto"/>
              <w:jc w:val="both"/>
              <w:rPr>
                <w:color w:val="000000" w:themeColor="text1"/>
                <w:lang w:val="pt-PT"/>
              </w:rPr>
            </w:pPr>
            <w:r w:rsidRPr="003F202F">
              <w:rPr>
                <w:b/>
                <w:color w:val="000000" w:themeColor="text1"/>
                <w:sz w:val="18"/>
                <w:lang w:val="pt-PT"/>
              </w:rPr>
              <w:t xml:space="preserve">Advertência: </w:t>
            </w:r>
            <w:r w:rsidRPr="003F202F">
              <w:rPr>
                <w:color w:val="000000" w:themeColor="text1"/>
                <w:sz w:val="18"/>
                <w:lang w:val="pt-PT"/>
              </w:rPr>
              <w:t>Estes formulários têm natureza auxiliar e facultativa. Em caso de divergência, prevalecem o Estatuto, o Regulamento Eleitoral, a convocatória e as deliberações das comissões eleitorais competentes.</w:t>
            </w:r>
          </w:p>
        </w:tc>
      </w:tr>
    </w:tbl>
    <w:p w14:paraId="4603B5D0" w14:textId="77777777" w:rsidR="00D56AFB" w:rsidRPr="003F202F" w:rsidRDefault="00D56AFB" w:rsidP="004B2CD6">
      <w:pPr>
        <w:spacing w:after="20"/>
        <w:jc w:val="both"/>
        <w:rPr>
          <w:color w:val="000000" w:themeColor="text1"/>
          <w:lang w:val="pt-PT"/>
        </w:rPr>
      </w:pPr>
    </w:p>
    <w:tbl>
      <w:tblPr>
        <w:tblStyle w:val="TabelacomGrelha"/>
        <w:tblW w:w="9300" w:type="dxa"/>
        <w:tblInd w:w="110" w:type="dxa"/>
        <w:tblLayout w:type="fixed"/>
        <w:tblLook w:val="04A0" w:firstRow="1" w:lastRow="0" w:firstColumn="1" w:lastColumn="0" w:noHBand="0" w:noVBand="1"/>
      </w:tblPr>
      <w:tblGrid>
        <w:gridCol w:w="2200"/>
        <w:gridCol w:w="7100"/>
      </w:tblGrid>
      <w:tr w:rsidR="00CD2577" w:rsidRPr="00CD2577" w14:paraId="349B2B8F" w14:textId="77777777">
        <w:trPr>
          <w:cantSplit/>
          <w:tblHeader/>
        </w:trPr>
        <w:tc>
          <w:tcPr>
            <w:tcW w:w="2200" w:type="dxa"/>
            <w:shd w:val="clear" w:color="auto" w:fill="E8EEF5"/>
            <w:tcMar>
              <w:top w:w="90" w:type="dxa"/>
              <w:left w:w="110" w:type="dxa"/>
              <w:bottom w:w="90" w:type="dxa"/>
              <w:right w:w="110" w:type="dxa"/>
            </w:tcMar>
            <w:vAlign w:val="center"/>
          </w:tcPr>
          <w:p w14:paraId="1762C31C" w14:textId="77777777" w:rsidR="00D56AFB" w:rsidRPr="00CD2577" w:rsidRDefault="00B80BC3" w:rsidP="004B2CD6">
            <w:pPr>
              <w:spacing w:after="30" w:line="240" w:lineRule="auto"/>
              <w:jc w:val="both"/>
              <w:rPr>
                <w:color w:val="000000" w:themeColor="text1"/>
              </w:rPr>
            </w:pPr>
            <w:r w:rsidRPr="00CD2577">
              <w:rPr>
                <w:b/>
                <w:color w:val="000000" w:themeColor="text1"/>
                <w:sz w:val="18"/>
              </w:rPr>
              <w:t xml:space="preserve">Data da </w:t>
            </w:r>
            <w:proofErr w:type="spellStart"/>
            <w:r w:rsidRPr="00CD2577">
              <w:rPr>
                <w:b/>
                <w:color w:val="000000" w:themeColor="text1"/>
                <w:sz w:val="18"/>
              </w:rPr>
              <w:t>versão</w:t>
            </w:r>
            <w:proofErr w:type="spellEnd"/>
          </w:p>
        </w:tc>
        <w:tc>
          <w:tcPr>
            <w:tcW w:w="7100" w:type="dxa"/>
            <w:tcMar>
              <w:top w:w="90" w:type="dxa"/>
              <w:left w:w="110" w:type="dxa"/>
              <w:bottom w:w="90" w:type="dxa"/>
              <w:right w:w="110" w:type="dxa"/>
            </w:tcMar>
            <w:vAlign w:val="center"/>
          </w:tcPr>
          <w:p w14:paraId="42E3B4C8" w14:textId="69D6BD08" w:rsidR="00D56AFB" w:rsidRPr="00CD2577" w:rsidRDefault="0039600D" w:rsidP="004B2CD6">
            <w:pPr>
              <w:spacing w:after="30" w:line="240" w:lineRule="auto"/>
              <w:jc w:val="both"/>
              <w:rPr>
                <w:color w:val="000000" w:themeColor="text1"/>
              </w:rPr>
            </w:pPr>
            <w:r>
              <w:rPr>
                <w:color w:val="000000" w:themeColor="text1"/>
                <w:sz w:val="19"/>
              </w:rPr>
              <w:t>04 de agosto</w:t>
            </w:r>
            <w:r w:rsidR="00B80BC3" w:rsidRPr="00CD2577">
              <w:rPr>
                <w:color w:val="000000" w:themeColor="text1"/>
                <w:sz w:val="19"/>
              </w:rPr>
              <w:t xml:space="preserve"> de 2026</w:t>
            </w:r>
          </w:p>
        </w:tc>
      </w:tr>
      <w:tr w:rsidR="00D56AFB" w:rsidRPr="00CD2577" w14:paraId="1CEFC67B" w14:textId="77777777">
        <w:trPr>
          <w:cantSplit/>
        </w:trPr>
        <w:tc>
          <w:tcPr>
            <w:tcW w:w="2200" w:type="dxa"/>
            <w:shd w:val="clear" w:color="auto" w:fill="E8EEF5"/>
            <w:tcMar>
              <w:top w:w="90" w:type="dxa"/>
              <w:left w:w="110" w:type="dxa"/>
              <w:bottom w:w="90" w:type="dxa"/>
              <w:right w:w="110" w:type="dxa"/>
            </w:tcMar>
            <w:vAlign w:val="center"/>
          </w:tcPr>
          <w:p w14:paraId="3FE2CAB1" w14:textId="77777777" w:rsidR="00D56AFB" w:rsidRPr="00CD2577" w:rsidRDefault="00B80BC3" w:rsidP="004B2CD6">
            <w:pPr>
              <w:spacing w:after="30" w:line="240" w:lineRule="auto"/>
              <w:jc w:val="both"/>
              <w:rPr>
                <w:color w:val="000000" w:themeColor="text1"/>
              </w:rPr>
            </w:pPr>
            <w:r w:rsidRPr="00CD2577">
              <w:rPr>
                <w:b/>
                <w:color w:val="000000" w:themeColor="text1"/>
                <w:sz w:val="18"/>
              </w:rPr>
              <w:t>Formato</w:t>
            </w:r>
          </w:p>
        </w:tc>
        <w:tc>
          <w:tcPr>
            <w:tcW w:w="7100" w:type="dxa"/>
            <w:tcMar>
              <w:top w:w="90" w:type="dxa"/>
              <w:left w:w="110" w:type="dxa"/>
              <w:bottom w:w="90" w:type="dxa"/>
              <w:right w:w="110" w:type="dxa"/>
            </w:tcMar>
            <w:vAlign w:val="center"/>
          </w:tcPr>
          <w:p w14:paraId="7A86B58C" w14:textId="77777777" w:rsidR="00D56AFB" w:rsidRPr="00CD2577" w:rsidRDefault="00B80BC3" w:rsidP="004B2CD6">
            <w:pPr>
              <w:spacing w:after="30" w:line="240" w:lineRule="auto"/>
              <w:jc w:val="both"/>
              <w:rPr>
                <w:color w:val="000000" w:themeColor="text1"/>
              </w:rPr>
            </w:pPr>
            <w:r w:rsidRPr="00CD2577">
              <w:rPr>
                <w:color w:val="000000" w:themeColor="text1"/>
                <w:sz w:val="19"/>
              </w:rPr>
              <w:t>Documento Word editável (.docx)</w:t>
            </w:r>
          </w:p>
        </w:tc>
      </w:tr>
    </w:tbl>
    <w:p w14:paraId="359E1182" w14:textId="77777777" w:rsidR="00D56AFB" w:rsidRPr="00CD2577" w:rsidRDefault="00D56AFB" w:rsidP="004B2CD6">
      <w:pPr>
        <w:spacing w:after="20"/>
        <w:jc w:val="both"/>
        <w:rPr>
          <w:color w:val="000000" w:themeColor="text1"/>
        </w:rPr>
      </w:pPr>
    </w:p>
    <w:p w14:paraId="0EC78E50" w14:textId="77777777" w:rsidR="004B2CD6" w:rsidRPr="00CD2577" w:rsidRDefault="004B2CD6">
      <w:pPr>
        <w:spacing w:after="20"/>
        <w:jc w:val="both"/>
        <w:rPr>
          <w:color w:val="000000" w:themeColor="text1"/>
        </w:rPr>
      </w:pPr>
    </w:p>
    <w:sectPr w:rsidR="004B2CD6" w:rsidRPr="00CD2577">
      <w:headerReference w:type="default" r:id="rId8"/>
      <w:footerReference w:type="default" r:id="rId9"/>
      <w:pgSz w:w="11906" w:h="16838"/>
      <w:pgMar w:top="1020" w:right="1020" w:bottom="964" w:left="1020"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ACF55" w14:textId="77777777" w:rsidR="004339A8" w:rsidRDefault="004339A8">
      <w:pPr>
        <w:spacing w:after="0" w:line="240" w:lineRule="auto"/>
      </w:pPr>
      <w:r>
        <w:separator/>
      </w:r>
    </w:p>
  </w:endnote>
  <w:endnote w:type="continuationSeparator" w:id="0">
    <w:p w14:paraId="7628281B" w14:textId="77777777" w:rsidR="004339A8" w:rsidRDefault="00433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59936" w14:textId="77777777" w:rsidR="00D56AFB" w:rsidRDefault="00B80BC3">
    <w:pPr>
      <w:pStyle w:val="Rodap"/>
      <w:jc w:val="center"/>
    </w:pPr>
    <w:proofErr w:type="spellStart"/>
    <w:r>
      <w:rPr>
        <w:color w:val="666666"/>
        <w:sz w:val="16"/>
      </w:rPr>
      <w:t>Formulários</w:t>
    </w:r>
    <w:proofErr w:type="spellEnd"/>
    <w:r>
      <w:rPr>
        <w:color w:val="666666"/>
        <w:sz w:val="16"/>
      </w:rPr>
      <w:t xml:space="preserve"> de </w:t>
    </w:r>
    <w:proofErr w:type="spellStart"/>
    <w:proofErr w:type="gramStart"/>
    <w:r>
      <w:rPr>
        <w:color w:val="666666"/>
        <w:sz w:val="16"/>
      </w:rPr>
      <w:t>candidatura</w:t>
    </w:r>
    <w:proofErr w:type="spellEnd"/>
    <w:r>
      <w:rPr>
        <w:color w:val="666666"/>
        <w:sz w:val="16"/>
      </w:rPr>
      <w:t xml:space="preserve">  •</w:t>
    </w:r>
    <w:proofErr w:type="gramEnd"/>
    <w:r>
      <w:rPr>
        <w:color w:val="666666"/>
        <w:sz w:val="16"/>
      </w:rPr>
      <w:t xml:space="preserve">  Mandato 2027–</w:t>
    </w:r>
    <w:proofErr w:type="gramStart"/>
    <w:r>
      <w:rPr>
        <w:color w:val="666666"/>
        <w:sz w:val="16"/>
      </w:rPr>
      <w:t>2029  •</w:t>
    </w:r>
    <w:proofErr w:type="gramEnd"/>
    <w:r>
      <w:rPr>
        <w:color w:val="666666"/>
        <w:sz w:val="16"/>
      </w:rPr>
      <w:t xml:space="preserve">  Página </w:t>
    </w:r>
    <w:r>
      <w:fldChar w:fldCharType="begin"/>
    </w:r>
    <w:r>
      <w:instrText>PAGE</w:instrText>
    </w:r>
    <w:r>
      <w:fldChar w:fldCharType="separate"/>
    </w:r>
    <w:r w:rsidR="00CD257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07118" w14:textId="77777777" w:rsidR="004339A8" w:rsidRDefault="004339A8">
      <w:pPr>
        <w:spacing w:after="0" w:line="240" w:lineRule="auto"/>
      </w:pPr>
      <w:r>
        <w:separator/>
      </w:r>
    </w:p>
  </w:footnote>
  <w:footnote w:type="continuationSeparator" w:id="0">
    <w:p w14:paraId="166A785A" w14:textId="77777777" w:rsidR="004339A8" w:rsidRDefault="004339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5F8A3" w14:textId="77777777" w:rsidR="00D56AFB" w:rsidRPr="003F202F" w:rsidRDefault="00B80BC3">
    <w:pPr>
      <w:pStyle w:val="Cabealho"/>
      <w:spacing w:line="259" w:lineRule="auto"/>
      <w:jc w:val="right"/>
      <w:rPr>
        <w:lang w:val="pt-PT"/>
      </w:rPr>
    </w:pPr>
    <w:r w:rsidRPr="003F202F">
      <w:rPr>
        <w:b/>
        <w:color w:val="666666"/>
        <w:sz w:val="16"/>
        <w:lang w:val="pt-PT"/>
      </w:rPr>
      <w:t xml:space="preserve">ORDEM DOS </w:t>
    </w:r>
    <w:proofErr w:type="gramStart"/>
    <w:r w:rsidRPr="003F202F">
      <w:rPr>
        <w:b/>
        <w:color w:val="666666"/>
        <w:sz w:val="16"/>
        <w:lang w:val="pt-PT"/>
      </w:rPr>
      <w:t>ARQUITECTOS  |</w:t>
    </w:r>
    <w:proofErr w:type="gramEnd"/>
    <w:r w:rsidRPr="003F202F">
      <w:rPr>
        <w:b/>
        <w:color w:val="666666"/>
        <w:sz w:val="16"/>
        <w:lang w:val="pt-PT"/>
      </w:rPr>
      <w:t xml:space="preserve">  PROCESSO ELEITORAL 2027–2029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mmarc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mmarc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mmarcas"/>
      <w:lvlText w:val=""/>
      <w:lvlJc w:val="left"/>
      <w:pPr>
        <w:tabs>
          <w:tab w:val="num" w:pos="360"/>
        </w:tabs>
        <w:ind w:left="360" w:hanging="360"/>
      </w:pPr>
      <w:rPr>
        <w:rFonts w:ascii="Symbol" w:hAnsi="Symbol" w:hint="default"/>
      </w:rPr>
    </w:lvl>
  </w:abstractNum>
  <w:num w:numId="1" w16cid:durableId="1719548182">
    <w:abstractNumId w:val="8"/>
  </w:num>
  <w:num w:numId="2" w16cid:durableId="2085058123">
    <w:abstractNumId w:val="6"/>
  </w:num>
  <w:num w:numId="3" w16cid:durableId="1007362674">
    <w:abstractNumId w:val="5"/>
  </w:num>
  <w:num w:numId="4" w16cid:durableId="220794800">
    <w:abstractNumId w:val="4"/>
  </w:num>
  <w:num w:numId="5" w16cid:durableId="172769698">
    <w:abstractNumId w:val="7"/>
  </w:num>
  <w:num w:numId="6" w16cid:durableId="1140225384">
    <w:abstractNumId w:val="3"/>
  </w:num>
  <w:num w:numId="7" w16cid:durableId="962465667">
    <w:abstractNumId w:val="2"/>
  </w:num>
  <w:num w:numId="8" w16cid:durableId="1379092370">
    <w:abstractNumId w:val="1"/>
  </w:num>
  <w:num w:numId="9" w16cid:durableId="1982072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5E7"/>
    <w:rsid w:val="00034616"/>
    <w:rsid w:val="0006063C"/>
    <w:rsid w:val="000C4F59"/>
    <w:rsid w:val="000D0E27"/>
    <w:rsid w:val="0015074B"/>
    <w:rsid w:val="001711DD"/>
    <w:rsid w:val="001C38A7"/>
    <w:rsid w:val="0020540E"/>
    <w:rsid w:val="0029639D"/>
    <w:rsid w:val="0031217D"/>
    <w:rsid w:val="00326F90"/>
    <w:rsid w:val="00337180"/>
    <w:rsid w:val="0039600D"/>
    <w:rsid w:val="003F202F"/>
    <w:rsid w:val="004339A8"/>
    <w:rsid w:val="00456201"/>
    <w:rsid w:val="0047589C"/>
    <w:rsid w:val="004B2CD6"/>
    <w:rsid w:val="00502507"/>
    <w:rsid w:val="00524821"/>
    <w:rsid w:val="0054505D"/>
    <w:rsid w:val="005931D4"/>
    <w:rsid w:val="005C3AB4"/>
    <w:rsid w:val="00671692"/>
    <w:rsid w:val="006A3316"/>
    <w:rsid w:val="006E2932"/>
    <w:rsid w:val="00781D09"/>
    <w:rsid w:val="00AA1D8D"/>
    <w:rsid w:val="00AF6DC4"/>
    <w:rsid w:val="00B47730"/>
    <w:rsid w:val="00B5376E"/>
    <w:rsid w:val="00B627AB"/>
    <w:rsid w:val="00B80BC3"/>
    <w:rsid w:val="00B9018A"/>
    <w:rsid w:val="00BC6834"/>
    <w:rsid w:val="00BF0162"/>
    <w:rsid w:val="00CB0664"/>
    <w:rsid w:val="00CB54FC"/>
    <w:rsid w:val="00CC1216"/>
    <w:rsid w:val="00CC4B4F"/>
    <w:rsid w:val="00CD2577"/>
    <w:rsid w:val="00D56AFB"/>
    <w:rsid w:val="00DD4EA4"/>
    <w:rsid w:val="00E5404D"/>
    <w:rsid w:val="00FA7DFE"/>
    <w:rsid w:val="00FB0A2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2E6C7A"/>
  <w14:defaultImageDpi w14:val="300"/>
  <w15:docId w15:val="{56574B70-2DC5-0848-BC2B-A50C68A84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rial" w:hAnsi="Arial"/>
      <w:color w:val="000000"/>
      <w:sz w:val="20"/>
    </w:rPr>
  </w:style>
  <w:style w:type="paragraph" w:styleId="Ttulo1">
    <w:name w:val="heading 1"/>
    <w:basedOn w:val="Normal"/>
    <w:next w:val="Normal"/>
    <w:link w:val="Ttulo1Carter"/>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Ttulo2">
    <w:name w:val="heading 2"/>
    <w:basedOn w:val="Normal"/>
    <w:next w:val="Normal"/>
    <w:link w:val="Ttulo2Carter"/>
    <w:uiPriority w:val="9"/>
    <w:unhideWhenUsed/>
    <w:qFormat/>
    <w:rsid w:val="00FC693F"/>
    <w:pPr>
      <w:keepNext/>
      <w:keepLines/>
      <w:spacing w:before="240" w:after="120"/>
      <w:outlineLvl w:val="1"/>
    </w:pPr>
    <w:rPr>
      <w:rFonts w:asciiTheme="majorHAnsi" w:eastAsiaTheme="majorEastAsia" w:hAnsiTheme="majorHAnsi" w:cstheme="majorBidi"/>
      <w:b/>
      <w:bCs/>
      <w:color w:val="2E74B5"/>
      <w:sz w:val="26"/>
      <w:szCs w:val="26"/>
    </w:rPr>
  </w:style>
  <w:style w:type="paragraph" w:styleId="Ttulo3">
    <w:name w:val="heading 3"/>
    <w:basedOn w:val="Normal"/>
    <w:next w:val="Normal"/>
    <w:link w:val="Ttulo3Carter"/>
    <w:uiPriority w:val="9"/>
    <w:unhideWhenUsed/>
    <w:qFormat/>
    <w:rsid w:val="00FC693F"/>
    <w:pPr>
      <w:keepNext/>
      <w:keepLines/>
      <w:spacing w:before="160"/>
      <w:outlineLvl w:val="2"/>
    </w:pPr>
    <w:rPr>
      <w:rFonts w:asciiTheme="majorHAnsi" w:eastAsiaTheme="majorEastAsia" w:hAnsiTheme="majorHAnsi" w:cstheme="majorBidi"/>
      <w:b/>
      <w:bCs/>
      <w:color w:val="17365D"/>
      <w:sz w:val="22"/>
    </w:rPr>
  </w:style>
  <w:style w:type="paragraph" w:styleId="Ttulo4">
    <w:name w:val="heading 4"/>
    <w:basedOn w:val="Normal"/>
    <w:next w:val="Normal"/>
    <w:link w:val="Ttulo4Car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E618BF"/>
    <w:pPr>
      <w:tabs>
        <w:tab w:val="center" w:pos="4680"/>
        <w:tab w:val="right" w:pos="9360"/>
      </w:tabs>
      <w:spacing w:after="0" w:line="240" w:lineRule="auto"/>
    </w:pPr>
  </w:style>
  <w:style w:type="character" w:customStyle="1" w:styleId="CabealhoCarter">
    <w:name w:val="Cabeçalho Caráter"/>
    <w:basedOn w:val="Tipodeletrapredefinidodopargrafo"/>
    <w:link w:val="Cabealho"/>
    <w:uiPriority w:val="99"/>
    <w:rsid w:val="00E618BF"/>
  </w:style>
  <w:style w:type="paragraph" w:styleId="Rodap">
    <w:name w:val="footer"/>
    <w:basedOn w:val="Normal"/>
    <w:link w:val="RodapCarter"/>
    <w:uiPriority w:val="99"/>
    <w:unhideWhenUsed/>
    <w:rsid w:val="00E618BF"/>
    <w:pPr>
      <w:tabs>
        <w:tab w:val="center" w:pos="4680"/>
        <w:tab w:val="right" w:pos="9360"/>
      </w:tabs>
      <w:spacing w:after="0" w:line="240" w:lineRule="auto"/>
    </w:pPr>
  </w:style>
  <w:style w:type="character" w:customStyle="1" w:styleId="RodapCarter">
    <w:name w:val="Rodapé Caráter"/>
    <w:basedOn w:val="Tipodeletrapredefinidodopargraf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arter">
    <w:name w:val="Título 1 Caráter"/>
    <w:basedOn w:val="Tipodeletrapredefinidodopargraf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ter">
    <w:name w:val="Título 2 Caráter"/>
    <w:basedOn w:val="Tipodeletrapredefinidodopargraf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ter">
    <w:name w:val="Título 3 Caráter"/>
    <w:basedOn w:val="Tipodeletrapredefinidodopargraf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te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color w:val="17365D"/>
      <w:spacing w:val="5"/>
      <w:kern w:val="28"/>
      <w:sz w:val="48"/>
      <w:szCs w:val="52"/>
    </w:rPr>
  </w:style>
  <w:style w:type="character" w:customStyle="1" w:styleId="TtuloCarter">
    <w:name w:val="Título Caráter"/>
    <w:basedOn w:val="Tipodeletrapredefinidodopargraf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ter"/>
    <w:uiPriority w:val="11"/>
    <w:qFormat/>
    <w:rsid w:val="00FC693F"/>
    <w:pPr>
      <w:keepNext/>
      <w:numPr>
        <w:ilvl w:val="1"/>
      </w:numPr>
      <w:spacing w:after="160"/>
    </w:pPr>
    <w:rPr>
      <w:rFonts w:asciiTheme="majorHAnsi" w:eastAsiaTheme="majorEastAsia" w:hAnsiTheme="majorHAnsi" w:cstheme="majorBidi"/>
      <w:i/>
      <w:iCs/>
      <w:color w:val="666666"/>
      <w:spacing w:val="15"/>
      <w:sz w:val="26"/>
      <w:szCs w:val="24"/>
    </w:rPr>
  </w:style>
  <w:style w:type="character" w:customStyle="1" w:styleId="SubttuloCarter">
    <w:name w:val="Subtítulo Caráter"/>
    <w:basedOn w:val="Tipodeletrapredefinidodopargraf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arter"/>
    <w:uiPriority w:val="99"/>
    <w:unhideWhenUsed/>
    <w:rsid w:val="00AA1D8D"/>
    <w:pPr>
      <w:spacing w:after="120"/>
    </w:pPr>
  </w:style>
  <w:style w:type="character" w:customStyle="1" w:styleId="CorpodetextoCarter">
    <w:name w:val="Corpo de texto Caráter"/>
    <w:basedOn w:val="Tipodeletrapredefinidodopargrafo"/>
    <w:link w:val="Corpodetexto"/>
    <w:uiPriority w:val="99"/>
    <w:rsid w:val="00AA1D8D"/>
  </w:style>
  <w:style w:type="paragraph" w:styleId="Corpodetexto2">
    <w:name w:val="Body Text 2"/>
    <w:basedOn w:val="Normal"/>
    <w:link w:val="Corpodetexto2Carter"/>
    <w:uiPriority w:val="99"/>
    <w:unhideWhenUsed/>
    <w:rsid w:val="00AA1D8D"/>
    <w:pPr>
      <w:spacing w:after="120" w:line="480" w:lineRule="auto"/>
    </w:pPr>
  </w:style>
  <w:style w:type="character" w:customStyle="1" w:styleId="Corpodetexto2Carter">
    <w:name w:val="Corpo de texto 2 Caráter"/>
    <w:basedOn w:val="Tipodeletrapredefinidodopargrafo"/>
    <w:link w:val="Corpodetexto2"/>
    <w:uiPriority w:val="99"/>
    <w:rsid w:val="00AA1D8D"/>
  </w:style>
  <w:style w:type="paragraph" w:styleId="Corpodetexto3">
    <w:name w:val="Body Text 3"/>
    <w:basedOn w:val="Normal"/>
    <w:link w:val="Corpodetexto3Carter"/>
    <w:uiPriority w:val="99"/>
    <w:unhideWhenUsed/>
    <w:rsid w:val="00AA1D8D"/>
    <w:pPr>
      <w:spacing w:after="120"/>
    </w:pPr>
    <w:rPr>
      <w:sz w:val="16"/>
      <w:szCs w:val="16"/>
    </w:rPr>
  </w:style>
  <w:style w:type="character" w:customStyle="1" w:styleId="Corpodetexto3Carter">
    <w:name w:val="Corpo de texto 3 Caráter"/>
    <w:basedOn w:val="Tipodeletrapredefinidodopargraf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mmarcas">
    <w:name w:val="List Bullet"/>
    <w:basedOn w:val="Normal"/>
    <w:uiPriority w:val="99"/>
    <w:unhideWhenUsed/>
    <w:rsid w:val="00326F90"/>
    <w:pPr>
      <w:numPr>
        <w:numId w:val="1"/>
      </w:numPr>
      <w:contextualSpacing/>
    </w:pPr>
  </w:style>
  <w:style w:type="paragraph" w:styleId="Listacommarcas2">
    <w:name w:val="List Bullet 2"/>
    <w:basedOn w:val="Normal"/>
    <w:uiPriority w:val="99"/>
    <w:unhideWhenUsed/>
    <w:rsid w:val="00326F90"/>
    <w:pPr>
      <w:numPr>
        <w:numId w:val="2"/>
      </w:numPr>
      <w:contextualSpacing/>
    </w:pPr>
  </w:style>
  <w:style w:type="paragraph" w:styleId="Listacommarcas3">
    <w:name w:val="List Bullet 3"/>
    <w:basedOn w:val="Normal"/>
    <w:uiPriority w:val="99"/>
    <w:unhideWhenUsed/>
    <w:rsid w:val="00326F90"/>
    <w:pPr>
      <w:numPr>
        <w:numId w:val="3"/>
      </w:numPr>
      <w:contextualSpacing/>
    </w:pPr>
  </w:style>
  <w:style w:type="paragraph" w:styleId="Listanumerada">
    <w:name w:val="List Number"/>
    <w:basedOn w:val="Normal"/>
    <w:uiPriority w:val="99"/>
    <w:unhideWhenUsed/>
    <w:rsid w:val="00326F90"/>
    <w:pPr>
      <w:numPr>
        <w:numId w:val="5"/>
      </w:numPr>
      <w:contextualSpacing/>
    </w:pPr>
  </w:style>
  <w:style w:type="paragraph" w:styleId="Listanumerada2">
    <w:name w:val="List Number 2"/>
    <w:basedOn w:val="Normal"/>
    <w:uiPriority w:val="99"/>
    <w:unhideWhenUsed/>
    <w:rsid w:val="0029639D"/>
    <w:pPr>
      <w:numPr>
        <w:numId w:val="6"/>
      </w:numPr>
      <w:contextualSpacing/>
    </w:pPr>
  </w:style>
  <w:style w:type="paragraph" w:styleId="Listanumerada3">
    <w:name w:val="List Number 3"/>
    <w:basedOn w:val="Normal"/>
    <w:uiPriority w:val="99"/>
    <w:unhideWhenUsed/>
    <w:rsid w:val="0029639D"/>
    <w:pPr>
      <w:numPr>
        <w:numId w:val="7"/>
      </w:numPr>
      <w:contextualSpacing/>
    </w:pPr>
  </w:style>
  <w:style w:type="paragraph" w:styleId="Listadecont">
    <w:name w:val="List Continue"/>
    <w:basedOn w:val="Normal"/>
    <w:uiPriority w:val="99"/>
    <w:unhideWhenUsed/>
    <w:rsid w:val="0029639D"/>
    <w:pPr>
      <w:spacing w:after="120"/>
      <w:ind w:left="360"/>
      <w:contextualSpacing/>
    </w:pPr>
  </w:style>
  <w:style w:type="paragraph" w:styleId="Listadecont2">
    <w:name w:val="List Continue 2"/>
    <w:basedOn w:val="Normal"/>
    <w:uiPriority w:val="99"/>
    <w:unhideWhenUsed/>
    <w:rsid w:val="0029639D"/>
    <w:pPr>
      <w:spacing w:after="120"/>
      <w:ind w:left="720"/>
      <w:contextualSpacing/>
    </w:pPr>
  </w:style>
  <w:style w:type="paragraph" w:styleId="Listadecont3">
    <w:name w:val="List Continue 3"/>
    <w:basedOn w:val="Normal"/>
    <w:uiPriority w:val="99"/>
    <w:unhideWhenUsed/>
    <w:rsid w:val="0029639D"/>
    <w:pPr>
      <w:spacing w:after="120"/>
      <w:ind w:left="1080"/>
      <w:contextualSpacing/>
    </w:pPr>
  </w:style>
  <w:style w:type="paragraph" w:styleId="Textodemacro">
    <w:name w:val="macro"/>
    <w:link w:val="TextodemacroCar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arter">
    <w:name w:val="Texto de macro Caráter"/>
    <w:basedOn w:val="Tipodeletrapredefinidodopargrafo"/>
    <w:link w:val="Textodemacro"/>
    <w:uiPriority w:val="99"/>
    <w:rsid w:val="0029639D"/>
    <w:rPr>
      <w:rFonts w:ascii="Courier" w:hAnsi="Courier"/>
      <w:sz w:val="20"/>
      <w:szCs w:val="20"/>
    </w:rPr>
  </w:style>
  <w:style w:type="paragraph" w:styleId="Citao">
    <w:name w:val="Quote"/>
    <w:basedOn w:val="Normal"/>
    <w:next w:val="Normal"/>
    <w:link w:val="CitaoCarter"/>
    <w:uiPriority w:val="29"/>
    <w:qFormat/>
    <w:rsid w:val="00FC693F"/>
    <w:rPr>
      <w:i/>
      <w:iCs/>
      <w:color w:val="000000" w:themeColor="text1"/>
    </w:rPr>
  </w:style>
  <w:style w:type="character" w:customStyle="1" w:styleId="CitaoCarter">
    <w:name w:val="Citação Caráter"/>
    <w:basedOn w:val="Tipodeletrapredefinidodopargrafo"/>
    <w:link w:val="Citao"/>
    <w:uiPriority w:val="29"/>
    <w:rsid w:val="00FC693F"/>
    <w:rPr>
      <w:i/>
      <w:iCs/>
      <w:color w:val="000000" w:themeColor="text1"/>
    </w:rPr>
  </w:style>
  <w:style w:type="character" w:customStyle="1" w:styleId="Ttulo4Carter">
    <w:name w:val="Título 4 Caráter"/>
    <w:basedOn w:val="Tipodeletrapredefinidodopargraf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ter">
    <w:name w:val="Título 5 Caráter"/>
    <w:basedOn w:val="Tipodeletrapredefinidodopargraf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ter">
    <w:name w:val="Título 6 Caráter"/>
    <w:basedOn w:val="Tipodeletrapredefinidodopargraf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ter">
    <w:name w:val="Título 7 Caráter"/>
    <w:basedOn w:val="Tipodeletrapredefinidodopargraf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ter">
    <w:name w:val="Título 8 Caráter"/>
    <w:basedOn w:val="Tipodeletrapredefinidodopargraf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ter">
    <w:name w:val="Título 9 Caráter"/>
    <w:basedOn w:val="Tipodeletrapredefinidodopargraf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Tipodeletrapredefinidodopargrafo"/>
    <w:uiPriority w:val="22"/>
    <w:qFormat/>
    <w:rsid w:val="00FC693F"/>
    <w:rPr>
      <w:b/>
      <w:bCs/>
    </w:rPr>
  </w:style>
  <w:style w:type="character" w:styleId="nfase">
    <w:name w:val="Emphasis"/>
    <w:basedOn w:val="Tipodeletrapredefinidodopargrafo"/>
    <w:uiPriority w:val="20"/>
    <w:qFormat/>
    <w:rsid w:val="00FC693F"/>
    <w:rPr>
      <w:i/>
      <w:iCs/>
    </w:rPr>
  </w:style>
  <w:style w:type="paragraph" w:styleId="CitaoIntensa">
    <w:name w:val="Intense Quote"/>
    <w:basedOn w:val="Normal"/>
    <w:next w:val="Normal"/>
    <w:link w:val="CitaoIntensaCar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arter">
    <w:name w:val="Citação Intensa Caráter"/>
    <w:basedOn w:val="Tipodeletrapredefinidodopargrafo"/>
    <w:link w:val="CitaoIntensa"/>
    <w:uiPriority w:val="30"/>
    <w:rsid w:val="00FC693F"/>
    <w:rPr>
      <w:b/>
      <w:bCs/>
      <w:i/>
      <w:iCs/>
      <w:color w:val="4F81BD" w:themeColor="accent1"/>
    </w:rPr>
  </w:style>
  <w:style w:type="character" w:styleId="nfaseDiscreta">
    <w:name w:val="Subtle Emphasis"/>
    <w:basedOn w:val="Tipodeletrapredefinidodopargrafo"/>
    <w:uiPriority w:val="19"/>
    <w:qFormat/>
    <w:rsid w:val="00FC693F"/>
    <w:rPr>
      <w:i/>
      <w:iCs/>
      <w:color w:val="808080" w:themeColor="text1" w:themeTint="7F"/>
    </w:rPr>
  </w:style>
  <w:style w:type="character" w:styleId="nfaseIntensa">
    <w:name w:val="Intense Emphasis"/>
    <w:basedOn w:val="Tipodeletrapredefinidodopargrafo"/>
    <w:uiPriority w:val="21"/>
    <w:qFormat/>
    <w:rsid w:val="00FC693F"/>
    <w:rPr>
      <w:b/>
      <w:bCs/>
      <w:i/>
      <w:iCs/>
      <w:color w:val="4F81BD" w:themeColor="accent1"/>
    </w:rPr>
  </w:style>
  <w:style w:type="character" w:styleId="RefernciaDiscreta">
    <w:name w:val="Subtle Reference"/>
    <w:basedOn w:val="Tipodeletrapredefinidodopargrafo"/>
    <w:uiPriority w:val="31"/>
    <w:qFormat/>
    <w:rsid w:val="00FC693F"/>
    <w:rPr>
      <w:smallCaps/>
      <w:color w:val="C0504D" w:themeColor="accent2"/>
      <w:u w:val="single"/>
    </w:rPr>
  </w:style>
  <w:style w:type="character" w:styleId="RefernciaIntensa">
    <w:name w:val="Intense Reference"/>
    <w:basedOn w:val="Tipodeletrapredefinidodopargrafo"/>
    <w:uiPriority w:val="32"/>
    <w:qFormat/>
    <w:rsid w:val="00FC693F"/>
    <w:rPr>
      <w:b/>
      <w:bCs/>
      <w:smallCaps/>
      <w:color w:val="C0504D" w:themeColor="accent2"/>
      <w:spacing w:val="5"/>
      <w:u w:val="single"/>
    </w:rPr>
  </w:style>
  <w:style w:type="character" w:styleId="TtulodoLivro">
    <w:name w:val="Book Title"/>
    <w:basedOn w:val="Tipodeletrapredefinidodopargrafo"/>
    <w:uiPriority w:val="33"/>
    <w:qFormat/>
    <w:rsid w:val="00FC693F"/>
    <w:rPr>
      <w:b/>
      <w:bCs/>
      <w:smallCaps/>
      <w:spacing w:val="5"/>
    </w:rPr>
  </w:style>
  <w:style w:type="paragraph" w:styleId="Cabealhodondice">
    <w:name w:val="TOC Heading"/>
    <w:basedOn w:val="Ttulo1"/>
    <w:next w:val="Normal"/>
    <w:uiPriority w:val="39"/>
    <w:semiHidden/>
    <w:unhideWhenUsed/>
    <w:qFormat/>
    <w:rsid w:val="00FC693F"/>
    <w:pPr>
      <w:outlineLvl w:val="9"/>
    </w:pPr>
  </w:style>
  <w:style w:type="table" w:styleId="TabelacomGrelha">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Cor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Cor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Cor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Cor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Cor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Cor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Cor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Cor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Cor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Cor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Cor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Cor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elha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elhaClara-Cor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elhaClara-Cor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elhaClara-Cor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elhaClara-Cor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elhaClara-Cor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elhaClara-Cor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dio1-Cor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dio1-Cor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dio1-Cor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dio1-Cor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dio1-Cor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dio1-Cor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Cor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Cor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Cor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Cor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Cor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Cor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elha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elhaMdia1-Cor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elhaMdia1-Cor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elhaMdia1-Cor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elhaMdia1-Cor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elhaMdia1-Cor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elhaMdia1-Cor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elha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elhaMdia2-Cor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elhaMdia2-Cor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elhaMdia2-Cor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elhaMdia2-Cor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elhaMdia2-Cor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elhaMdia2-Cor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elha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elhaMdia3-Cor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elhaMdia3-Cor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elhaMdia3-Cor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elhaMdia3-Cor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elhaMdia3-Cor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elhaMdia3-Cor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Cor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Cor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Cor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Cor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Cor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Cor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Colorido-Cor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Colorido-Cor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Colorido-Cor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Colorido-Cor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Colorido-Cor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Colorido-Cor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Cor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Cor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Cor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Cor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Cor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Cor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elha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elhaColorida-Cor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elhaColorida-Cor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elhaColorida-Cor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elhaColorida-Cor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elhaColorida-Cor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elhaColorida-Cor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Label">
    <w:name w:val="Form Label"/>
    <w:pPr>
      <w:spacing w:after="40"/>
    </w:pPr>
    <w:rPr>
      <w:rFonts w:ascii="Arial" w:hAnsi="Arial"/>
      <w:b/>
      <w:color w:val="666666"/>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3659</Words>
  <Characters>19759</Characters>
  <DocSecurity>4</DocSecurity>
  <Lines>164</Lines>
  <Paragraphs>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Formulários para apresentação de candidaturas — OA — Mandato 2027–2029</vt:lpstr>
      <vt:lpstr/>
    </vt:vector>
  </TitlesOfParts>
  <Manager/>
  <Company/>
  <LinksUpToDate>false</LinksUpToDate>
  <CharactersWithSpaces>23372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cp:lastPrinted>2026-07-28T11:34:00Z</cp:lastPrinted>
  <dcterms:created xsi:type="dcterms:W3CDTF">2026-08-06T18:17:00Z</dcterms:created>
  <dcterms:modified xsi:type="dcterms:W3CDTF">2026-08-06T18:17:00Z</dcterms:modified>
  <cp:category/>
</cp:coreProperties>
</file>